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E065A8" w:rsidRDefault="00B77BAF" w:rsidP="00456BCD">
      <w:pPr>
        <w:rPr>
          <w:rFonts w:eastAsia="Calibri"/>
          <w:lang w:val="ru-RU" w:eastAsia="en-US"/>
        </w:rPr>
      </w:pPr>
      <w:r w:rsidRPr="00B77BAF">
        <w:rPr>
          <w:rFonts w:eastAsia="Calibri"/>
          <w:lang w:val="ru-RU"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762.55pt" o:ole="">
            <v:imagedata r:id="rId6" o:title=""/>
          </v:shape>
          <o:OLEObject Type="Embed" ProgID="FoxitReader.Document" ShapeID="_x0000_i1025" DrawAspect="Content" ObjectID="_1716978196" r:id="rId7"/>
        </w:object>
      </w:r>
      <w:bookmarkEnd w:id="0"/>
    </w:p>
    <w:p w:rsidR="00E065A8" w:rsidRDefault="00E065A8" w:rsidP="00456BCD">
      <w:pPr>
        <w:rPr>
          <w:rFonts w:eastAsia="Calibri"/>
          <w:lang w:val="ru-RU" w:eastAsia="en-US"/>
        </w:rPr>
      </w:pPr>
    </w:p>
    <w:p w:rsidR="00E065A8" w:rsidRDefault="00E065A8" w:rsidP="00456BCD">
      <w:pPr>
        <w:rPr>
          <w:rFonts w:eastAsia="Calibri"/>
          <w:lang w:val="ru-RU" w:eastAsia="en-US"/>
        </w:rPr>
      </w:pPr>
    </w:p>
    <w:p w:rsidR="00E065A8" w:rsidRDefault="00E065A8" w:rsidP="00456BCD">
      <w:pPr>
        <w:rPr>
          <w:rFonts w:eastAsia="Calibri"/>
          <w:lang w:val="ru-RU" w:eastAsia="en-US"/>
        </w:rPr>
      </w:pPr>
    </w:p>
    <w:p w:rsidR="00E065A8" w:rsidRDefault="00E065A8" w:rsidP="00456BCD">
      <w:pPr>
        <w:rPr>
          <w:rFonts w:eastAsia="Calibri"/>
          <w:lang w:val="ru-RU" w:eastAsia="en-US"/>
        </w:rPr>
      </w:pPr>
    </w:p>
    <w:p w:rsidR="00E065A8" w:rsidRDefault="00E065A8" w:rsidP="00456BCD">
      <w:pPr>
        <w:rPr>
          <w:rFonts w:eastAsia="Calibri"/>
          <w:lang w:val="ru-RU" w:eastAsia="en-US"/>
        </w:rPr>
      </w:pPr>
    </w:p>
    <w:p w:rsidR="00D20BC4" w:rsidRPr="00456BCD" w:rsidRDefault="00D20BC4" w:rsidP="00456BCD">
      <w:pPr>
        <w:rPr>
          <w:rFonts w:eastAsia="Calibri"/>
          <w:lang w:val="ru-RU" w:eastAsia="en-US"/>
        </w:rPr>
      </w:pPr>
    </w:p>
    <w:p w:rsidR="00456BCD" w:rsidRDefault="00456BCD" w:rsidP="00456BCD">
      <w:pPr>
        <w:jc w:val="right"/>
        <w:rPr>
          <w:lang w:val="ru-RU" w:eastAsia="en-US"/>
        </w:rPr>
      </w:pPr>
    </w:p>
    <w:p w:rsidR="00456BCD" w:rsidRPr="008B7FC2" w:rsidRDefault="00456BCD" w:rsidP="00456BCD">
      <w:pPr>
        <w:autoSpaceDE w:val="0"/>
        <w:autoSpaceDN w:val="0"/>
        <w:ind w:firstLine="180"/>
        <w:rPr>
          <w:lang w:val="ru-RU"/>
        </w:rPr>
      </w:pPr>
      <w:r w:rsidRPr="008B7FC2">
        <w:rPr>
          <w:color w:val="000000"/>
          <w:lang w:val="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56BCD" w:rsidRPr="008B7FC2" w:rsidRDefault="000142E9" w:rsidP="00456BCD">
      <w:pPr>
        <w:autoSpaceDE w:val="0"/>
        <w:autoSpaceDN w:val="0"/>
        <w:spacing w:before="226" w:line="230" w:lineRule="auto"/>
        <w:rPr>
          <w:lang w:val="ru-RU"/>
        </w:rPr>
      </w:pPr>
      <w:r>
        <w:rPr>
          <w:b/>
          <w:color w:val="000000"/>
          <w:lang w:val="ru-RU"/>
        </w:rPr>
        <w:t xml:space="preserve">                                                     </w:t>
      </w:r>
      <w:r w:rsidR="00456BCD" w:rsidRPr="008B7FC2">
        <w:rPr>
          <w:b/>
          <w:color w:val="000000"/>
          <w:lang w:val="ru-RU"/>
        </w:rPr>
        <w:t>ПОЯСНИТЕЛЬНАЯ ЗАПИСКА</w:t>
      </w:r>
    </w:p>
    <w:p w:rsidR="00456BCD" w:rsidRPr="008B7FC2" w:rsidRDefault="00456BCD" w:rsidP="00456BCD">
      <w:pPr>
        <w:autoSpaceDE w:val="0"/>
        <w:autoSpaceDN w:val="0"/>
        <w:spacing w:before="346"/>
        <w:ind w:right="144" w:firstLine="180"/>
        <w:rPr>
          <w:lang w:val="ru-RU"/>
        </w:rPr>
      </w:pPr>
      <w:r w:rsidRPr="008B7FC2">
        <w:rPr>
          <w:color w:val="000000"/>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456BCD" w:rsidRPr="008B7FC2" w:rsidRDefault="00456BCD" w:rsidP="00456BCD">
      <w:pPr>
        <w:autoSpaceDE w:val="0"/>
        <w:autoSpaceDN w:val="0"/>
        <w:spacing w:before="72" w:line="281" w:lineRule="auto"/>
        <w:ind w:right="144" w:firstLine="180"/>
        <w:rPr>
          <w:lang w:val="ru-RU"/>
        </w:rPr>
      </w:pPr>
      <w:r w:rsidRPr="008B7FC2">
        <w:rPr>
          <w:color w:val="000000"/>
          <w:lang w:val="ru-RU"/>
        </w:rPr>
        <w:t xml:space="preserve">Программа направлена на формирование </w:t>
      </w:r>
      <w:proofErr w:type="gramStart"/>
      <w:r w:rsidRPr="008B7FC2">
        <w:rPr>
          <w:color w:val="000000"/>
          <w:lang w:val="ru-RU"/>
        </w:rPr>
        <w:t>естественно-научной</w:t>
      </w:r>
      <w:proofErr w:type="gramEnd"/>
      <w:r w:rsidRPr="008B7FC2">
        <w:rPr>
          <w:color w:val="000000"/>
          <w:lang w:val="ru-RU"/>
        </w:rPr>
        <w:t xml:space="preserve"> грамотности учащихся и </w:t>
      </w:r>
      <w:r w:rsidRPr="008B7FC2">
        <w:rPr>
          <w:lang w:val="ru-RU"/>
        </w:rPr>
        <w:br/>
      </w:r>
      <w:r w:rsidRPr="008B7FC2">
        <w:rPr>
          <w:color w:val="000000"/>
          <w:lang w:val="ru-RU"/>
        </w:rPr>
        <w:t xml:space="preserve">организацию изучения биологии на </w:t>
      </w:r>
      <w:proofErr w:type="spellStart"/>
      <w:r w:rsidRPr="008B7FC2">
        <w:rPr>
          <w:color w:val="000000"/>
          <w:lang w:val="ru-RU"/>
        </w:rPr>
        <w:t>деятельностной</w:t>
      </w:r>
      <w:proofErr w:type="spellEnd"/>
      <w:r w:rsidRPr="008B7FC2">
        <w:rPr>
          <w:color w:val="000000"/>
          <w:lang w:val="ru-RU"/>
        </w:rPr>
        <w:t xml:space="preserve"> основе. В программе учитываются возможности предмета в реализации Требований ФГОС ООО к планируемым, личностным и </w:t>
      </w:r>
      <w:proofErr w:type="spellStart"/>
      <w:r w:rsidRPr="008B7FC2">
        <w:rPr>
          <w:color w:val="000000"/>
          <w:lang w:val="ru-RU"/>
        </w:rPr>
        <w:t>метапредметным</w:t>
      </w:r>
      <w:proofErr w:type="spellEnd"/>
      <w:r w:rsidRPr="008B7FC2">
        <w:rPr>
          <w:color w:val="000000"/>
          <w:lang w:val="ru-RU"/>
        </w:rPr>
        <w:t xml:space="preserve"> результатам обучения, а также реализация </w:t>
      </w:r>
      <w:proofErr w:type="spellStart"/>
      <w:r w:rsidRPr="008B7FC2">
        <w:rPr>
          <w:color w:val="000000"/>
          <w:lang w:val="ru-RU"/>
        </w:rPr>
        <w:t>межпредметных</w:t>
      </w:r>
      <w:proofErr w:type="spellEnd"/>
      <w:r w:rsidRPr="008B7FC2">
        <w:rPr>
          <w:color w:val="000000"/>
          <w:lang w:val="ru-RU"/>
        </w:rPr>
        <w:t xml:space="preserve"> связей </w:t>
      </w:r>
      <w:proofErr w:type="gramStart"/>
      <w:r w:rsidRPr="008B7FC2">
        <w:rPr>
          <w:color w:val="000000"/>
          <w:lang w:val="ru-RU"/>
        </w:rPr>
        <w:t>естественно-научных</w:t>
      </w:r>
      <w:proofErr w:type="gramEnd"/>
      <w:r w:rsidRPr="008B7FC2">
        <w:rPr>
          <w:color w:val="000000"/>
          <w:lang w:val="ru-RU"/>
        </w:rPr>
        <w:t xml:space="preserve"> учебных предметов на уровне основного общего образования.</w:t>
      </w:r>
    </w:p>
    <w:p w:rsidR="00456BCD" w:rsidRPr="008B7FC2" w:rsidRDefault="00456BCD" w:rsidP="00456BCD">
      <w:pPr>
        <w:autoSpaceDE w:val="0"/>
        <w:autoSpaceDN w:val="0"/>
        <w:spacing w:before="70" w:line="271" w:lineRule="auto"/>
        <w:ind w:firstLine="180"/>
        <w:rPr>
          <w:lang w:val="ru-RU"/>
        </w:rPr>
      </w:pPr>
      <w:r w:rsidRPr="008B7FC2">
        <w:rPr>
          <w:color w:val="000000"/>
          <w:lang w:val="ru-RU"/>
        </w:rPr>
        <w:t xml:space="preserve">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w:t>
      </w:r>
      <w:proofErr w:type="spellStart"/>
      <w:r w:rsidRPr="008B7FC2">
        <w:rPr>
          <w:color w:val="000000"/>
          <w:lang w:val="ru-RU"/>
        </w:rPr>
        <w:t>метапредметные</w:t>
      </w:r>
      <w:proofErr w:type="spellEnd"/>
      <w:r w:rsidRPr="008B7FC2">
        <w:rPr>
          <w:color w:val="000000"/>
          <w:lang w:val="ru-RU"/>
        </w:rPr>
        <w:t>, предметные.</w:t>
      </w:r>
    </w:p>
    <w:p w:rsidR="00456BCD" w:rsidRPr="008B7FC2" w:rsidRDefault="000142E9" w:rsidP="00456BCD">
      <w:pPr>
        <w:autoSpaceDE w:val="0"/>
        <w:autoSpaceDN w:val="0"/>
        <w:spacing w:before="262" w:line="230" w:lineRule="auto"/>
        <w:rPr>
          <w:lang w:val="ru-RU"/>
        </w:rPr>
      </w:pPr>
      <w:r>
        <w:rPr>
          <w:b/>
          <w:color w:val="000000"/>
          <w:lang w:val="ru-RU"/>
        </w:rPr>
        <w:t xml:space="preserve">              </w:t>
      </w:r>
      <w:r w:rsidR="00456BCD" w:rsidRPr="008B7FC2">
        <w:rPr>
          <w:b/>
          <w:color w:val="000000"/>
          <w:lang w:val="ru-RU"/>
        </w:rPr>
        <w:t>ОБЩАЯ ХАРАКТЕРИСТИКА УЧЕБНОГО ПРЕДМЕТА «БИОЛОГИЯ»</w:t>
      </w:r>
    </w:p>
    <w:p w:rsidR="00456BCD" w:rsidRPr="008B7FC2" w:rsidRDefault="00456BCD" w:rsidP="00456BCD">
      <w:pPr>
        <w:autoSpaceDE w:val="0"/>
        <w:autoSpaceDN w:val="0"/>
        <w:spacing w:before="166" w:line="271" w:lineRule="auto"/>
        <w:ind w:right="144" w:firstLine="180"/>
        <w:rPr>
          <w:lang w:val="ru-RU"/>
        </w:rPr>
      </w:pPr>
      <w:r w:rsidRPr="008B7FC2">
        <w:rPr>
          <w:color w:val="000000"/>
          <w:lang w:val="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56BCD" w:rsidRPr="008B7FC2" w:rsidRDefault="00456BCD" w:rsidP="00456BCD">
      <w:pPr>
        <w:autoSpaceDE w:val="0"/>
        <w:autoSpaceDN w:val="0"/>
        <w:spacing w:before="70" w:line="271" w:lineRule="auto"/>
        <w:ind w:firstLine="180"/>
        <w:rPr>
          <w:lang w:val="ru-RU"/>
        </w:rPr>
      </w:pPr>
      <w:r w:rsidRPr="008B7FC2">
        <w:rPr>
          <w:color w:val="000000"/>
          <w:lang w:val="ru-RU"/>
        </w:rPr>
        <w:t xml:space="preserve">Биологическая подготовка обеспечивает понимание </w:t>
      </w:r>
      <w:proofErr w:type="gramStart"/>
      <w:r w:rsidRPr="008B7FC2">
        <w:rPr>
          <w:color w:val="000000"/>
          <w:lang w:val="ru-RU"/>
        </w:rPr>
        <w:t>обучающимися</w:t>
      </w:r>
      <w:proofErr w:type="gramEnd"/>
      <w:r w:rsidRPr="008B7FC2">
        <w:rPr>
          <w:color w:val="000000"/>
          <w:lang w:val="ru-RU"/>
        </w:rPr>
        <w:t xml:space="preserve"> научных принципов </w:t>
      </w:r>
      <w:r w:rsidRPr="008B7FC2">
        <w:rPr>
          <w:lang w:val="ru-RU"/>
        </w:rPr>
        <w:br/>
      </w:r>
      <w:r w:rsidRPr="008B7FC2">
        <w:rPr>
          <w:color w:val="000000"/>
          <w:lang w:val="ru-RU"/>
        </w:rPr>
        <w:t>человеческой деятельности в природе, закладывает основы экологической культуры, здорового образа жизни.</w:t>
      </w:r>
    </w:p>
    <w:p w:rsidR="00456BCD" w:rsidRPr="008B7FC2" w:rsidRDefault="000142E9" w:rsidP="00456BCD">
      <w:pPr>
        <w:autoSpaceDE w:val="0"/>
        <w:autoSpaceDN w:val="0"/>
        <w:spacing w:before="262" w:line="230" w:lineRule="auto"/>
        <w:rPr>
          <w:lang w:val="ru-RU"/>
        </w:rPr>
      </w:pPr>
      <w:r>
        <w:rPr>
          <w:b/>
          <w:color w:val="000000"/>
          <w:lang w:val="ru-RU"/>
        </w:rPr>
        <w:t xml:space="preserve">                           </w:t>
      </w:r>
      <w:r w:rsidR="00456BCD" w:rsidRPr="008B7FC2">
        <w:rPr>
          <w:b/>
          <w:color w:val="000000"/>
          <w:lang w:val="ru-RU"/>
        </w:rPr>
        <w:t>ЦЕЛИ ИЗУЧЕНИЯ УЧЕБНОГО ПРЕДМЕТА «БИОЛОГИЯ»</w:t>
      </w:r>
    </w:p>
    <w:p w:rsidR="00456BCD" w:rsidRPr="008B7FC2" w:rsidRDefault="00456BCD" w:rsidP="00456BCD">
      <w:pPr>
        <w:autoSpaceDE w:val="0"/>
        <w:autoSpaceDN w:val="0"/>
        <w:spacing w:before="166" w:line="230" w:lineRule="auto"/>
        <w:ind w:left="180"/>
        <w:rPr>
          <w:lang w:val="ru-RU"/>
        </w:rPr>
      </w:pPr>
      <w:r w:rsidRPr="008B7FC2">
        <w:rPr>
          <w:color w:val="000000"/>
          <w:lang w:val="ru-RU"/>
        </w:rPr>
        <w:t>Целями изучения биологии на уровне основного общего образования являются:</w:t>
      </w:r>
    </w:p>
    <w:p w:rsidR="00456BCD" w:rsidRPr="008B7FC2" w:rsidRDefault="00456BCD" w:rsidP="00456BCD">
      <w:pPr>
        <w:autoSpaceDE w:val="0"/>
        <w:autoSpaceDN w:val="0"/>
        <w:spacing w:before="178" w:line="262" w:lineRule="auto"/>
        <w:ind w:left="420" w:right="288"/>
        <w:rPr>
          <w:lang w:val="ru-RU"/>
        </w:rPr>
      </w:pPr>
      <w:r w:rsidRPr="008B7FC2">
        <w:rPr>
          <w:color w:val="000000"/>
          <w:lang w:val="ru-RU"/>
        </w:rPr>
        <w:t xml:space="preserve">—  формирование системы знаний о признаках и процессах жизнедеятельности биологических систем разного уровня организации; </w:t>
      </w:r>
    </w:p>
    <w:p w:rsidR="00456BCD" w:rsidRPr="008B7FC2" w:rsidRDefault="00456BCD" w:rsidP="00456BCD">
      <w:pPr>
        <w:autoSpaceDE w:val="0"/>
        <w:autoSpaceDN w:val="0"/>
        <w:spacing w:before="192" w:line="262" w:lineRule="auto"/>
        <w:ind w:left="420" w:right="576"/>
        <w:rPr>
          <w:lang w:val="ru-RU"/>
        </w:rPr>
      </w:pPr>
      <w:r w:rsidRPr="008B7FC2">
        <w:rPr>
          <w:color w:val="000000"/>
          <w:lang w:val="ru-RU"/>
        </w:rPr>
        <w:t xml:space="preserve">—  формирование системы знаний об особенностях строения, жизнедеятельности организма человека, условиях сохранения его здоровья; </w:t>
      </w:r>
    </w:p>
    <w:p w:rsidR="00456BCD" w:rsidRPr="008B7FC2" w:rsidRDefault="00456BCD" w:rsidP="00456BCD">
      <w:pPr>
        <w:autoSpaceDE w:val="0"/>
        <w:autoSpaceDN w:val="0"/>
        <w:spacing w:before="190" w:line="262" w:lineRule="auto"/>
        <w:ind w:left="420" w:right="144"/>
        <w:rPr>
          <w:lang w:val="ru-RU"/>
        </w:rPr>
      </w:pPr>
      <w:r w:rsidRPr="008B7FC2">
        <w:rPr>
          <w:color w:val="000000"/>
          <w:lang w:val="ru-RU"/>
        </w:rPr>
        <w:t>—  формирование умений применять методы биологической науки для изучения биологических систем, в том числе и организма человека;</w:t>
      </w:r>
    </w:p>
    <w:p w:rsidR="00456BCD" w:rsidRPr="008B7FC2" w:rsidRDefault="00456BCD" w:rsidP="00456BCD">
      <w:pPr>
        <w:autoSpaceDE w:val="0"/>
        <w:autoSpaceDN w:val="0"/>
        <w:spacing w:before="190" w:line="271" w:lineRule="auto"/>
        <w:ind w:left="420" w:right="576"/>
        <w:rPr>
          <w:lang w:val="ru-RU"/>
        </w:rPr>
      </w:pPr>
      <w:r w:rsidRPr="008B7FC2">
        <w:rPr>
          <w:color w:val="000000"/>
          <w:lang w:val="ru-RU"/>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56BCD" w:rsidRPr="008B7FC2" w:rsidRDefault="00456BCD" w:rsidP="00456BCD">
      <w:pPr>
        <w:autoSpaceDE w:val="0"/>
        <w:autoSpaceDN w:val="0"/>
        <w:spacing w:before="190" w:line="271" w:lineRule="auto"/>
        <w:ind w:left="420" w:right="576"/>
        <w:rPr>
          <w:lang w:val="ru-RU"/>
        </w:rPr>
      </w:pPr>
      <w:r w:rsidRPr="008B7FC2">
        <w:rPr>
          <w:color w:val="000000"/>
          <w:lang w:val="ru-RU"/>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56BCD" w:rsidRPr="008B7FC2" w:rsidRDefault="00456BCD" w:rsidP="00456BCD">
      <w:pPr>
        <w:autoSpaceDE w:val="0"/>
        <w:autoSpaceDN w:val="0"/>
        <w:spacing w:before="190" w:line="262" w:lineRule="auto"/>
        <w:ind w:left="420" w:right="144"/>
        <w:rPr>
          <w:lang w:val="ru-RU"/>
        </w:rPr>
      </w:pPr>
      <w:r w:rsidRPr="008B7FC2">
        <w:rPr>
          <w:color w:val="000000"/>
          <w:lang w:val="ru-RU"/>
        </w:rPr>
        <w:t xml:space="preserve">—  формирование экологической культуры в целях сохранения собственного здоровья и охраны окружающей среды. </w:t>
      </w:r>
    </w:p>
    <w:p w:rsidR="00456BCD" w:rsidRPr="008B7FC2" w:rsidRDefault="00456BCD" w:rsidP="00456BCD">
      <w:pPr>
        <w:autoSpaceDE w:val="0"/>
        <w:autoSpaceDN w:val="0"/>
        <w:spacing w:before="178" w:line="230" w:lineRule="auto"/>
        <w:ind w:left="180"/>
        <w:rPr>
          <w:lang w:val="ru-RU"/>
        </w:rPr>
      </w:pPr>
      <w:r w:rsidRPr="008B7FC2">
        <w:rPr>
          <w:color w:val="000000"/>
          <w:lang w:val="ru-RU"/>
        </w:rPr>
        <w:lastRenderedPageBreak/>
        <w:t xml:space="preserve">Достижение целей обеспечивается решением следующих ЗАДАЧ: </w:t>
      </w:r>
    </w:p>
    <w:p w:rsidR="00456BCD" w:rsidRPr="008B7FC2" w:rsidRDefault="00456BCD" w:rsidP="00456BCD">
      <w:pPr>
        <w:rPr>
          <w:lang w:val="ru-RU"/>
        </w:rPr>
        <w:sectPr w:rsidR="00456BCD" w:rsidRPr="008B7FC2">
          <w:pgSz w:w="11900" w:h="16840"/>
          <w:pgMar w:top="358" w:right="650" w:bottom="296" w:left="666" w:header="720" w:footer="720" w:gutter="0"/>
          <w:cols w:space="720" w:equalWidth="0">
            <w:col w:w="10584" w:space="0"/>
          </w:cols>
          <w:docGrid w:linePitch="360"/>
        </w:sectPr>
      </w:pPr>
    </w:p>
    <w:p w:rsidR="00456BCD" w:rsidRPr="008B7FC2" w:rsidRDefault="00456BCD" w:rsidP="00456BCD">
      <w:pPr>
        <w:autoSpaceDE w:val="0"/>
        <w:autoSpaceDN w:val="0"/>
        <w:spacing w:after="144" w:line="220" w:lineRule="exact"/>
        <w:rPr>
          <w:lang w:val="ru-RU"/>
        </w:rPr>
      </w:pPr>
    </w:p>
    <w:p w:rsidR="00456BCD" w:rsidRPr="008B7FC2" w:rsidRDefault="00456BCD" w:rsidP="00456BCD">
      <w:pPr>
        <w:autoSpaceDE w:val="0"/>
        <w:autoSpaceDN w:val="0"/>
        <w:spacing w:line="271" w:lineRule="auto"/>
        <w:ind w:left="420"/>
        <w:rPr>
          <w:lang w:val="ru-RU"/>
        </w:rPr>
      </w:pPr>
      <w:r w:rsidRPr="008B7FC2">
        <w:rPr>
          <w:color w:val="000000"/>
          <w:lang w:val="ru-RU"/>
        </w:rPr>
        <w:t xml:space="preserve">—  приобретение знаний </w:t>
      </w:r>
      <w:proofErr w:type="gramStart"/>
      <w:r w:rsidRPr="008B7FC2">
        <w:rPr>
          <w:color w:val="000000"/>
          <w:lang w:val="ru-RU"/>
        </w:rPr>
        <w:t>обучающимися</w:t>
      </w:r>
      <w:proofErr w:type="gramEnd"/>
      <w:r w:rsidRPr="008B7FC2">
        <w:rPr>
          <w:color w:val="000000"/>
          <w:lang w:val="ru-RU"/>
        </w:rPr>
        <w:t xml:space="preserve"> о живой природе, закономерностях строения, </w:t>
      </w:r>
      <w:r w:rsidRPr="008B7FC2">
        <w:rPr>
          <w:lang w:val="ru-RU"/>
        </w:rPr>
        <w:br/>
      </w:r>
      <w:r w:rsidRPr="008B7FC2">
        <w:rPr>
          <w:color w:val="000000"/>
          <w:lang w:val="ru-RU"/>
        </w:rPr>
        <w:t xml:space="preserve">жизнедеятельности и </w:t>
      </w:r>
      <w:proofErr w:type="spellStart"/>
      <w:r w:rsidRPr="008B7FC2">
        <w:rPr>
          <w:color w:val="000000"/>
          <w:lang w:val="ru-RU"/>
        </w:rPr>
        <w:t>средообразующей</w:t>
      </w:r>
      <w:proofErr w:type="spellEnd"/>
      <w:r w:rsidRPr="008B7FC2">
        <w:rPr>
          <w:color w:val="000000"/>
          <w:lang w:val="ru-RU"/>
        </w:rPr>
        <w:t xml:space="preserve"> роли организмов; человеке как биосоциальном существе; о роли биологической науки в практической деятельности людей; </w:t>
      </w:r>
    </w:p>
    <w:p w:rsidR="00456BCD" w:rsidRPr="008B7FC2" w:rsidRDefault="00456BCD" w:rsidP="00456BCD">
      <w:pPr>
        <w:autoSpaceDE w:val="0"/>
        <w:autoSpaceDN w:val="0"/>
        <w:spacing w:before="190" w:line="262" w:lineRule="auto"/>
        <w:ind w:left="420" w:right="1296"/>
        <w:rPr>
          <w:lang w:val="ru-RU"/>
        </w:rPr>
      </w:pPr>
      <w:r w:rsidRPr="008B7FC2">
        <w:rPr>
          <w:color w:val="000000"/>
          <w:lang w:val="ru-RU"/>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56BCD" w:rsidRPr="008B7FC2" w:rsidRDefault="00456BCD" w:rsidP="00456BCD">
      <w:pPr>
        <w:autoSpaceDE w:val="0"/>
        <w:autoSpaceDN w:val="0"/>
        <w:spacing w:before="190" w:line="262" w:lineRule="auto"/>
        <w:ind w:left="420" w:right="864"/>
        <w:rPr>
          <w:lang w:val="ru-RU"/>
        </w:rPr>
      </w:pPr>
      <w:r w:rsidRPr="008B7FC2">
        <w:rPr>
          <w:color w:val="000000"/>
          <w:lang w:val="ru-RU"/>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56BCD" w:rsidRPr="008B7FC2" w:rsidRDefault="00456BCD" w:rsidP="00456BCD">
      <w:pPr>
        <w:autoSpaceDE w:val="0"/>
        <w:autoSpaceDN w:val="0"/>
        <w:spacing w:before="190" w:line="262" w:lineRule="auto"/>
        <w:ind w:left="420" w:right="864"/>
        <w:rPr>
          <w:lang w:val="ru-RU"/>
        </w:rPr>
      </w:pPr>
      <w:r w:rsidRPr="008B7FC2">
        <w:rPr>
          <w:color w:val="000000"/>
          <w:lang w:val="ru-RU"/>
        </w:rPr>
        <w:t>—  воспитание биологически и экологически грамотной личности, готовой к сохранению собственного здоровья и охраны окружающей среды.</w:t>
      </w:r>
    </w:p>
    <w:p w:rsidR="00456BCD" w:rsidRPr="008B7FC2" w:rsidRDefault="000142E9" w:rsidP="00456BCD">
      <w:pPr>
        <w:autoSpaceDE w:val="0"/>
        <w:autoSpaceDN w:val="0"/>
        <w:spacing w:before="492" w:line="230" w:lineRule="auto"/>
        <w:rPr>
          <w:lang w:val="ru-RU"/>
        </w:rPr>
      </w:pPr>
      <w:r>
        <w:rPr>
          <w:b/>
          <w:color w:val="000000"/>
          <w:lang w:val="ru-RU"/>
        </w:rPr>
        <w:t xml:space="preserve">                 </w:t>
      </w:r>
      <w:r w:rsidR="00456BCD" w:rsidRPr="008B7FC2">
        <w:rPr>
          <w:b/>
          <w:color w:val="000000"/>
          <w:lang w:val="ru-RU"/>
        </w:rPr>
        <w:t>МЕСТО УЧЕБНОГО ПРЕДМЕТА «БИОЛОГИЯ» В УЧЕБНОМ ПЛАНЕ</w:t>
      </w:r>
    </w:p>
    <w:p w:rsidR="00456BCD" w:rsidRPr="008B7FC2" w:rsidRDefault="00456BCD" w:rsidP="00456BCD">
      <w:pPr>
        <w:autoSpaceDE w:val="0"/>
        <w:autoSpaceDN w:val="0"/>
        <w:spacing w:before="166" w:line="271" w:lineRule="auto"/>
        <w:ind w:right="432" w:firstLine="180"/>
        <w:rPr>
          <w:lang w:val="ru-RU"/>
        </w:rPr>
      </w:pPr>
      <w:r w:rsidRPr="008B7FC2">
        <w:rPr>
          <w:color w:val="000000"/>
          <w:lang w:val="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rsidR="003D4276" w:rsidRDefault="003D4276" w:rsidP="00456BCD">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rPr>
          <w:lang w:val="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r w:rsidRPr="003D4276">
        <w:rPr>
          <w:lang w:val="ru-RU" w:eastAsia="ru-RU"/>
        </w:rPr>
        <w:t xml:space="preserve"> Для приобретения практических навыков и повышения уровня знаний в рабочую программу включены лабораторные работы, контрольные работы и тематические зачёты, предусмотренные авторской программой. Нумерация лабораторных работ дана в соответствии с последовательностью уроков, на которых они проводятся. Тематика предложенных экспериментов, количественных опытов, соответствует структуре примерной образовательной программы по биологии, содержанию Федерального государственного образовательного стандарта (ФГОС) основного общего образования. В программу заложено применение цифровых лабораторий, полученных в рамках проекта центра «Точка роста». </w:t>
      </w:r>
    </w:p>
    <w:p w:rsidR="003D4276" w:rsidRPr="003D4276" w:rsidRDefault="003D4276" w:rsidP="003D4276">
      <w:pPr>
        <w:suppressAutoHyphens w:val="0"/>
        <w:jc w:val="both"/>
        <w:rPr>
          <w:lang w:val="ru-RU" w:eastAsia="ru-RU"/>
        </w:rPr>
      </w:pPr>
      <w:r w:rsidRPr="003D4276">
        <w:rPr>
          <w:lang w:val="ru-RU" w:eastAsia="ru-RU"/>
        </w:rPr>
        <w:t xml:space="preserve">          При изучении естественных наук в современной школе огромное значение имеет наглядность учебного материала. Наглядность даёт возможность быстрее и глубже усваивать изучаемую тему, помогает разобраться в трудных для восприятия вопросах, и повышает интерес к предмету.</w:t>
      </w:r>
    </w:p>
    <w:p w:rsidR="003D4276" w:rsidRPr="003D4276" w:rsidRDefault="003D4276" w:rsidP="003D4276">
      <w:pPr>
        <w:suppressAutoHyphens w:val="0"/>
        <w:jc w:val="both"/>
        <w:rPr>
          <w:lang w:val="ru-RU" w:eastAsia="ru-RU"/>
        </w:rPr>
      </w:pPr>
      <w:r w:rsidRPr="003D4276">
        <w:rPr>
          <w:lang w:val="ru-RU" w:eastAsia="ru-RU"/>
        </w:rPr>
        <w:t xml:space="preserve">           Цифровые ла</w:t>
      </w:r>
      <w:r w:rsidR="00BC28CE">
        <w:rPr>
          <w:lang w:val="ru-RU" w:eastAsia="ru-RU"/>
        </w:rPr>
        <w:t>боратории «Точка роста</w:t>
      </w:r>
      <w:r w:rsidRPr="003D4276">
        <w:rPr>
          <w:lang w:val="ru-RU" w:eastAsia="ru-RU"/>
        </w:rPr>
        <w:t xml:space="preserve">» — это качественный скачок в становлении современной </w:t>
      </w:r>
      <w:proofErr w:type="gramStart"/>
      <w:r w:rsidRPr="003D4276">
        <w:rPr>
          <w:lang w:val="ru-RU" w:eastAsia="ru-RU"/>
        </w:rPr>
        <w:t>естественно-научной</w:t>
      </w:r>
      <w:proofErr w:type="gramEnd"/>
      <w:r w:rsidRPr="003D4276">
        <w:rPr>
          <w:lang w:val="ru-RU" w:eastAsia="ru-RU"/>
        </w:rPr>
        <w:t xml:space="preserve"> лаборатории. Все программное обеспечение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биологии.  </w:t>
      </w:r>
    </w:p>
    <w:p w:rsidR="003D4276" w:rsidRPr="003D4276" w:rsidRDefault="003D4276" w:rsidP="003D4276">
      <w:pPr>
        <w:suppressAutoHyphens w:val="0"/>
        <w:jc w:val="both"/>
        <w:rPr>
          <w:lang w:val="ru-RU" w:eastAsia="ru-RU"/>
        </w:rPr>
      </w:pPr>
      <w:r w:rsidRPr="003D4276">
        <w:rPr>
          <w:lang w:val="ru-RU" w:eastAsia="ru-RU"/>
        </w:rPr>
        <w:t xml:space="preserve">          Цифровые лаборатории являются новым, современным оборудованием для проведения самых различных школьных исследований </w:t>
      </w:r>
      <w:proofErr w:type="gramStart"/>
      <w:r w:rsidRPr="003D4276">
        <w:rPr>
          <w:lang w:val="ru-RU" w:eastAsia="ru-RU"/>
        </w:rPr>
        <w:t>естественно-научного</w:t>
      </w:r>
      <w:proofErr w:type="gramEnd"/>
      <w:r w:rsidRPr="003D4276">
        <w:rPr>
          <w:lang w:val="ru-RU" w:eastAsia="ru-RU"/>
        </w:rPr>
        <w:t xml:space="preserve"> направления. С их помощью можно проводить работы, как входящие в школьную программу, так и совершенно новые исследования.</w:t>
      </w:r>
    </w:p>
    <w:p w:rsidR="003D4276" w:rsidRPr="003D4276" w:rsidRDefault="003D4276" w:rsidP="003D4276">
      <w:pPr>
        <w:suppressAutoHyphens w:val="0"/>
        <w:jc w:val="both"/>
        <w:rPr>
          <w:lang w:val="ru-RU" w:eastAsia="ru-RU"/>
        </w:rPr>
      </w:pPr>
      <w:r w:rsidRPr="003D4276">
        <w:rPr>
          <w:lang w:val="ru-RU" w:eastAsia="ru-RU"/>
        </w:rPr>
        <w:t xml:space="preserve">      Использование оборудования центра «Точка роста» при реализации данной ОП позволяет создать условия: </w:t>
      </w:r>
    </w:p>
    <w:p w:rsidR="003D4276" w:rsidRPr="003D4276" w:rsidRDefault="00790DD6" w:rsidP="003D4276">
      <w:pPr>
        <w:suppressAutoHyphens w:val="0"/>
        <w:jc w:val="both"/>
        <w:rPr>
          <w:lang w:val="ru-RU" w:eastAsia="ru-RU"/>
        </w:rPr>
      </w:pPr>
      <w:r>
        <w:rPr>
          <w:lang w:val="ru-RU" w:eastAsia="ru-RU"/>
        </w:rPr>
        <w:t xml:space="preserve"> -</w:t>
      </w:r>
      <w:r w:rsidR="003D4276" w:rsidRPr="003D4276">
        <w:rPr>
          <w:lang w:val="ru-RU" w:eastAsia="ru-RU"/>
        </w:rPr>
        <w:t xml:space="preserve"> для расширения содержания школьного биологического образования; </w:t>
      </w:r>
    </w:p>
    <w:p w:rsidR="003D4276" w:rsidRPr="003D4276" w:rsidRDefault="00790DD6" w:rsidP="003D4276">
      <w:pPr>
        <w:suppressAutoHyphens w:val="0"/>
        <w:jc w:val="both"/>
        <w:rPr>
          <w:lang w:val="ru-RU" w:eastAsia="ru-RU"/>
        </w:rPr>
      </w:pPr>
      <w:r>
        <w:rPr>
          <w:lang w:val="ru-RU" w:eastAsia="ru-RU"/>
        </w:rPr>
        <w:t xml:space="preserve"> -</w:t>
      </w:r>
      <w:r w:rsidR="003D4276" w:rsidRPr="003D4276">
        <w:rPr>
          <w:lang w:val="ru-RU" w:eastAsia="ru-RU"/>
        </w:rPr>
        <w:t xml:space="preserve"> для повышения познавательной активности </w:t>
      </w:r>
      <w:proofErr w:type="gramStart"/>
      <w:r w:rsidR="003D4276" w:rsidRPr="003D4276">
        <w:rPr>
          <w:lang w:val="ru-RU" w:eastAsia="ru-RU"/>
        </w:rPr>
        <w:t>обучающихся</w:t>
      </w:r>
      <w:proofErr w:type="gramEnd"/>
      <w:r w:rsidR="003D4276" w:rsidRPr="003D4276">
        <w:rPr>
          <w:lang w:val="ru-RU" w:eastAsia="ru-RU"/>
        </w:rPr>
        <w:t xml:space="preserve"> в естественно-научной области; </w:t>
      </w:r>
    </w:p>
    <w:p w:rsidR="003D4276" w:rsidRPr="003D4276" w:rsidRDefault="00790DD6" w:rsidP="003D4276">
      <w:pPr>
        <w:suppressAutoHyphens w:val="0"/>
        <w:jc w:val="both"/>
        <w:rPr>
          <w:lang w:val="ru-RU" w:eastAsia="ru-RU"/>
        </w:rPr>
      </w:pPr>
      <w:r>
        <w:rPr>
          <w:lang w:val="ru-RU" w:eastAsia="ru-RU"/>
        </w:rPr>
        <w:t xml:space="preserve"> -</w:t>
      </w:r>
      <w:r w:rsidR="003D4276" w:rsidRPr="003D4276">
        <w:rPr>
          <w:lang w:val="ru-RU" w:eastAsia="ru-RU"/>
        </w:rPr>
        <w:t xml:space="preserve"> 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w:t>
      </w:r>
    </w:p>
    <w:p w:rsidR="003D4276" w:rsidRPr="003D4276" w:rsidRDefault="00790DD6" w:rsidP="003D4276">
      <w:pPr>
        <w:suppressAutoHyphens w:val="0"/>
        <w:jc w:val="both"/>
        <w:rPr>
          <w:lang w:val="ru-RU" w:eastAsia="ru-RU"/>
        </w:rPr>
      </w:pPr>
      <w:r>
        <w:rPr>
          <w:lang w:val="ru-RU" w:eastAsia="ru-RU"/>
        </w:rPr>
        <w:lastRenderedPageBreak/>
        <w:t xml:space="preserve"> -</w:t>
      </w:r>
      <w:r w:rsidR="003D4276" w:rsidRPr="003D4276">
        <w:rPr>
          <w:lang w:val="ru-RU" w:eastAsia="ru-RU"/>
        </w:rPr>
        <w:t xml:space="preserve"> для работы с одарёнными школьниками, организации их развития в различных областях образовательной, творческой деятельности.</w:t>
      </w:r>
    </w:p>
    <w:p w:rsidR="003D4276" w:rsidRPr="003D4276" w:rsidRDefault="003D4276" w:rsidP="003D4276">
      <w:pPr>
        <w:suppressAutoHyphens w:val="0"/>
        <w:jc w:val="both"/>
        <w:rPr>
          <w:lang w:val="ru-RU" w:eastAsia="ru-RU"/>
        </w:rPr>
      </w:pPr>
      <w:r w:rsidRPr="003D4276">
        <w:rPr>
          <w:lang w:val="ru-RU" w:eastAsia="ru-RU"/>
        </w:rPr>
        <w:t xml:space="preserve">      Применяя цифровые лаборатории на уроках биологии, учащиеся смогут выполнить множество лабораторных работ и экспериментов по программе основной школы. </w:t>
      </w:r>
    </w:p>
    <w:p w:rsidR="003D4276" w:rsidRPr="003D4276" w:rsidRDefault="003D4276" w:rsidP="003D4276">
      <w:pPr>
        <w:suppressAutoHyphens w:val="0"/>
        <w:jc w:val="both"/>
        <w:rPr>
          <w:b/>
          <w:lang w:val="ru-RU" w:eastAsia="ru-RU"/>
        </w:rPr>
      </w:pPr>
    </w:p>
    <w:p w:rsidR="003D4276" w:rsidRPr="003D4276" w:rsidRDefault="003D4276" w:rsidP="003D4276">
      <w:pPr>
        <w:suppressAutoHyphens w:val="0"/>
        <w:jc w:val="both"/>
        <w:rPr>
          <w:lang w:val="ru-RU" w:eastAsia="ru-RU"/>
        </w:rPr>
      </w:pPr>
      <w:r w:rsidRPr="003D4276">
        <w:rPr>
          <w:b/>
          <w:lang w:val="ru-RU" w:eastAsia="ru-RU"/>
        </w:rPr>
        <w:t xml:space="preserve">    Описание материально-технической базы центра «Точка роста», используемого для реализации образовательной программы в рамках преподавания биологии</w:t>
      </w:r>
      <w:r w:rsidRPr="003D4276">
        <w:rPr>
          <w:lang w:val="ru-RU" w:eastAsia="ru-RU"/>
        </w:rPr>
        <w:t xml:space="preserve">  </w:t>
      </w:r>
    </w:p>
    <w:p w:rsidR="003D4276" w:rsidRPr="003D4276" w:rsidRDefault="003D4276" w:rsidP="003D4276">
      <w:pPr>
        <w:suppressAutoHyphens w:val="0"/>
        <w:jc w:val="both"/>
        <w:rPr>
          <w:lang w:val="ru-RU" w:eastAsia="ru-RU"/>
        </w:rPr>
      </w:pPr>
      <w:r w:rsidRPr="003D4276">
        <w:rPr>
          <w:lang w:val="ru-RU" w:eastAsia="ru-RU"/>
        </w:rPr>
        <w:t xml:space="preserve">      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c использованием цифрового микроскопа.    </w:t>
      </w: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tbl>
      <w:tblPr>
        <w:tblStyle w:val="14"/>
        <w:tblW w:w="0" w:type="auto"/>
        <w:tblLook w:val="04A0" w:firstRow="1" w:lastRow="0" w:firstColumn="1" w:lastColumn="0" w:noHBand="0" w:noVBand="1"/>
      </w:tblPr>
      <w:tblGrid>
        <w:gridCol w:w="959"/>
        <w:gridCol w:w="4394"/>
        <w:gridCol w:w="4218"/>
      </w:tblGrid>
      <w:tr w:rsidR="003D4276" w:rsidRPr="00B77BAF" w:rsidTr="004C706A">
        <w:trPr>
          <w:trHeight w:val="562"/>
        </w:trPr>
        <w:tc>
          <w:tcPr>
            <w:tcW w:w="9571" w:type="dxa"/>
            <w:gridSpan w:val="3"/>
          </w:tcPr>
          <w:p w:rsidR="003D4276" w:rsidRPr="003D4276" w:rsidRDefault="003D4276" w:rsidP="003D4276">
            <w:pPr>
              <w:suppressAutoHyphens w:val="0"/>
              <w:jc w:val="both"/>
              <w:rPr>
                <w:b/>
                <w:lang w:val="ru-RU" w:eastAsia="ru-RU"/>
              </w:rPr>
            </w:pPr>
            <w:r w:rsidRPr="003D4276">
              <w:rPr>
                <w:b/>
                <w:lang w:val="ru-RU" w:eastAsia="ru-RU"/>
              </w:rPr>
              <w:t xml:space="preserve">                 Датчики цифровых лабораторий по биологии и физиологии</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 xml:space="preserve">№ </w:t>
            </w:r>
            <w:proofErr w:type="gramStart"/>
            <w:r w:rsidRPr="003D4276">
              <w:rPr>
                <w:lang w:val="ru-RU" w:eastAsia="ru-RU"/>
              </w:rPr>
              <w:t>п</w:t>
            </w:r>
            <w:proofErr w:type="gramEnd"/>
            <w:r w:rsidRPr="003D4276">
              <w:rPr>
                <w:lang w:eastAsia="ru-RU"/>
              </w:rPr>
              <w:t>/</w:t>
            </w:r>
            <w:r w:rsidRPr="003D4276">
              <w:rPr>
                <w:lang w:val="ru-RU" w:eastAsia="ru-RU"/>
              </w:rPr>
              <w:t>п</w:t>
            </w:r>
          </w:p>
        </w:tc>
        <w:tc>
          <w:tcPr>
            <w:tcW w:w="4394" w:type="dxa"/>
          </w:tcPr>
          <w:p w:rsidR="003D4276" w:rsidRPr="003D4276" w:rsidRDefault="003D4276" w:rsidP="003D4276">
            <w:pPr>
              <w:suppressAutoHyphens w:val="0"/>
              <w:jc w:val="both"/>
              <w:rPr>
                <w:lang w:val="ru-RU" w:eastAsia="ru-RU"/>
              </w:rPr>
            </w:pPr>
            <w:r w:rsidRPr="003D4276">
              <w:rPr>
                <w:lang w:val="ru-RU" w:eastAsia="ru-RU"/>
              </w:rPr>
              <w:t xml:space="preserve">                         БИОЛОГИЯ</w:t>
            </w:r>
          </w:p>
        </w:tc>
        <w:tc>
          <w:tcPr>
            <w:tcW w:w="4218" w:type="dxa"/>
          </w:tcPr>
          <w:p w:rsidR="003D4276" w:rsidRPr="003D4276" w:rsidRDefault="003D4276" w:rsidP="003D4276">
            <w:pPr>
              <w:suppressAutoHyphens w:val="0"/>
              <w:jc w:val="both"/>
              <w:rPr>
                <w:lang w:val="ru-RU" w:eastAsia="ru-RU"/>
              </w:rPr>
            </w:pPr>
            <w:r w:rsidRPr="003D4276">
              <w:rPr>
                <w:lang w:val="ru-RU" w:eastAsia="ru-RU"/>
              </w:rPr>
              <w:t xml:space="preserve">       ФИЗИОЛОГИЯ</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1.</w:t>
            </w:r>
          </w:p>
        </w:tc>
        <w:tc>
          <w:tcPr>
            <w:tcW w:w="4394" w:type="dxa"/>
          </w:tcPr>
          <w:p w:rsidR="003D4276" w:rsidRPr="003D4276" w:rsidRDefault="003D4276" w:rsidP="003D4276">
            <w:pPr>
              <w:suppressAutoHyphens w:val="0"/>
              <w:jc w:val="both"/>
              <w:rPr>
                <w:lang w:val="ru-RU" w:eastAsia="ru-RU"/>
              </w:rPr>
            </w:pPr>
            <w:r w:rsidRPr="003D4276">
              <w:rPr>
                <w:lang w:val="ru-RU" w:eastAsia="ru-RU"/>
              </w:rPr>
              <w:t>Влажности воздуха</w:t>
            </w:r>
          </w:p>
        </w:tc>
        <w:tc>
          <w:tcPr>
            <w:tcW w:w="4218" w:type="dxa"/>
          </w:tcPr>
          <w:p w:rsidR="003D4276" w:rsidRPr="003D4276" w:rsidRDefault="003D4276" w:rsidP="003D4276">
            <w:pPr>
              <w:suppressAutoHyphens w:val="0"/>
              <w:jc w:val="both"/>
              <w:rPr>
                <w:lang w:val="ru-RU" w:eastAsia="ru-RU"/>
              </w:rPr>
            </w:pPr>
            <w:r w:rsidRPr="003D4276">
              <w:rPr>
                <w:lang w:val="ru-RU" w:eastAsia="ru-RU"/>
              </w:rPr>
              <w:t xml:space="preserve">Артериального давления  </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2.</w:t>
            </w:r>
          </w:p>
        </w:tc>
        <w:tc>
          <w:tcPr>
            <w:tcW w:w="4394" w:type="dxa"/>
          </w:tcPr>
          <w:p w:rsidR="003D4276" w:rsidRPr="003D4276" w:rsidRDefault="003D4276" w:rsidP="003D4276">
            <w:pPr>
              <w:suppressAutoHyphens w:val="0"/>
              <w:jc w:val="both"/>
              <w:rPr>
                <w:lang w:val="ru-RU" w:eastAsia="ru-RU"/>
              </w:rPr>
            </w:pPr>
            <w:r w:rsidRPr="003D4276">
              <w:rPr>
                <w:lang w:val="ru-RU" w:eastAsia="ru-RU"/>
              </w:rPr>
              <w:t>Электропроводимости</w:t>
            </w:r>
          </w:p>
        </w:tc>
        <w:tc>
          <w:tcPr>
            <w:tcW w:w="4218" w:type="dxa"/>
          </w:tcPr>
          <w:p w:rsidR="003D4276" w:rsidRPr="003D4276" w:rsidRDefault="003D4276" w:rsidP="003D4276">
            <w:pPr>
              <w:suppressAutoHyphens w:val="0"/>
              <w:jc w:val="both"/>
              <w:rPr>
                <w:lang w:val="ru-RU" w:eastAsia="ru-RU"/>
              </w:rPr>
            </w:pPr>
            <w:r w:rsidRPr="003D4276">
              <w:rPr>
                <w:lang w:val="ru-RU" w:eastAsia="ru-RU"/>
              </w:rPr>
              <w:t>Пульса</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3.</w:t>
            </w:r>
          </w:p>
        </w:tc>
        <w:tc>
          <w:tcPr>
            <w:tcW w:w="4394" w:type="dxa"/>
          </w:tcPr>
          <w:p w:rsidR="003D4276" w:rsidRPr="003D4276" w:rsidRDefault="003D4276" w:rsidP="003D4276">
            <w:pPr>
              <w:suppressAutoHyphens w:val="0"/>
              <w:jc w:val="both"/>
              <w:rPr>
                <w:lang w:val="ru-RU" w:eastAsia="ru-RU"/>
              </w:rPr>
            </w:pPr>
            <w:r w:rsidRPr="003D4276">
              <w:rPr>
                <w:lang w:val="ru-RU" w:eastAsia="ru-RU"/>
              </w:rPr>
              <w:t>Освещенности</w:t>
            </w:r>
          </w:p>
        </w:tc>
        <w:tc>
          <w:tcPr>
            <w:tcW w:w="4218" w:type="dxa"/>
          </w:tcPr>
          <w:p w:rsidR="003D4276" w:rsidRPr="003D4276" w:rsidRDefault="003D4276" w:rsidP="003D4276">
            <w:pPr>
              <w:suppressAutoHyphens w:val="0"/>
              <w:jc w:val="both"/>
              <w:rPr>
                <w:lang w:val="ru-RU" w:eastAsia="ru-RU"/>
              </w:rPr>
            </w:pPr>
            <w:r w:rsidRPr="003D4276">
              <w:rPr>
                <w:lang w:val="ru-RU" w:eastAsia="ru-RU"/>
              </w:rPr>
              <w:t>Освещённости</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4.</w:t>
            </w:r>
          </w:p>
        </w:tc>
        <w:tc>
          <w:tcPr>
            <w:tcW w:w="4394" w:type="dxa"/>
          </w:tcPr>
          <w:p w:rsidR="003D4276" w:rsidRPr="003D4276" w:rsidRDefault="003D4276" w:rsidP="003D4276">
            <w:pPr>
              <w:suppressAutoHyphens w:val="0"/>
              <w:jc w:val="both"/>
              <w:rPr>
                <w:lang w:val="ru-RU" w:eastAsia="ru-RU"/>
              </w:rPr>
            </w:pPr>
            <w:r w:rsidRPr="003D4276">
              <w:rPr>
                <w:lang w:val="ru-RU" w:eastAsia="ru-RU"/>
              </w:rPr>
              <w:t>рН</w:t>
            </w:r>
          </w:p>
        </w:tc>
        <w:tc>
          <w:tcPr>
            <w:tcW w:w="4218" w:type="dxa"/>
          </w:tcPr>
          <w:p w:rsidR="003D4276" w:rsidRPr="003D4276" w:rsidRDefault="003D4276" w:rsidP="003D4276">
            <w:pPr>
              <w:suppressAutoHyphens w:val="0"/>
              <w:jc w:val="both"/>
              <w:rPr>
                <w:lang w:val="ru-RU" w:eastAsia="ru-RU"/>
              </w:rPr>
            </w:pPr>
            <w:r w:rsidRPr="003D4276">
              <w:rPr>
                <w:lang w:val="ru-RU" w:eastAsia="ru-RU"/>
              </w:rPr>
              <w:t>рН</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5.</w:t>
            </w:r>
          </w:p>
        </w:tc>
        <w:tc>
          <w:tcPr>
            <w:tcW w:w="4394" w:type="dxa"/>
          </w:tcPr>
          <w:p w:rsidR="003D4276" w:rsidRPr="003D4276" w:rsidRDefault="003D4276" w:rsidP="003D4276">
            <w:pPr>
              <w:suppressAutoHyphens w:val="0"/>
              <w:jc w:val="both"/>
              <w:rPr>
                <w:lang w:val="ru-RU" w:eastAsia="ru-RU"/>
              </w:rPr>
            </w:pPr>
            <w:r w:rsidRPr="003D4276">
              <w:rPr>
                <w:lang w:val="ru-RU" w:eastAsia="ru-RU"/>
              </w:rPr>
              <w:t xml:space="preserve">Температуры окружающей среды  </w:t>
            </w:r>
          </w:p>
        </w:tc>
        <w:tc>
          <w:tcPr>
            <w:tcW w:w="4218" w:type="dxa"/>
          </w:tcPr>
          <w:p w:rsidR="003D4276" w:rsidRPr="003D4276" w:rsidRDefault="003D4276" w:rsidP="003D4276">
            <w:pPr>
              <w:suppressAutoHyphens w:val="0"/>
              <w:jc w:val="both"/>
              <w:rPr>
                <w:lang w:val="ru-RU" w:eastAsia="ru-RU"/>
              </w:rPr>
            </w:pPr>
            <w:r w:rsidRPr="003D4276">
              <w:rPr>
                <w:lang w:val="ru-RU" w:eastAsia="ru-RU"/>
              </w:rPr>
              <w:t xml:space="preserve">Температуры тела  </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6.</w:t>
            </w:r>
          </w:p>
        </w:tc>
        <w:tc>
          <w:tcPr>
            <w:tcW w:w="4394" w:type="dxa"/>
          </w:tcPr>
          <w:p w:rsidR="003D4276" w:rsidRPr="003D4276" w:rsidRDefault="003D4276" w:rsidP="003D4276">
            <w:pPr>
              <w:suppressAutoHyphens w:val="0"/>
              <w:jc w:val="both"/>
              <w:rPr>
                <w:lang w:val="ru-RU" w:eastAsia="ru-RU"/>
              </w:rPr>
            </w:pPr>
          </w:p>
        </w:tc>
        <w:tc>
          <w:tcPr>
            <w:tcW w:w="4218" w:type="dxa"/>
          </w:tcPr>
          <w:p w:rsidR="003D4276" w:rsidRPr="003D4276" w:rsidRDefault="003D4276" w:rsidP="003D4276">
            <w:pPr>
              <w:suppressAutoHyphens w:val="0"/>
              <w:jc w:val="both"/>
              <w:rPr>
                <w:lang w:val="ru-RU" w:eastAsia="ru-RU"/>
              </w:rPr>
            </w:pPr>
            <w:r w:rsidRPr="003D4276">
              <w:rPr>
                <w:lang w:val="ru-RU" w:eastAsia="ru-RU"/>
              </w:rPr>
              <w:t xml:space="preserve">Частоты дыхания  </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7.</w:t>
            </w:r>
          </w:p>
        </w:tc>
        <w:tc>
          <w:tcPr>
            <w:tcW w:w="4394" w:type="dxa"/>
          </w:tcPr>
          <w:p w:rsidR="003D4276" w:rsidRPr="003D4276" w:rsidRDefault="003D4276" w:rsidP="003D4276">
            <w:pPr>
              <w:suppressAutoHyphens w:val="0"/>
              <w:jc w:val="both"/>
              <w:rPr>
                <w:lang w:val="ru-RU" w:eastAsia="ru-RU"/>
              </w:rPr>
            </w:pPr>
          </w:p>
        </w:tc>
        <w:tc>
          <w:tcPr>
            <w:tcW w:w="4218" w:type="dxa"/>
          </w:tcPr>
          <w:p w:rsidR="003D4276" w:rsidRPr="003D4276" w:rsidRDefault="003D4276" w:rsidP="003D4276">
            <w:pPr>
              <w:suppressAutoHyphens w:val="0"/>
              <w:jc w:val="both"/>
              <w:rPr>
                <w:lang w:val="ru-RU" w:eastAsia="ru-RU"/>
              </w:rPr>
            </w:pPr>
            <w:r w:rsidRPr="003D4276">
              <w:rPr>
                <w:lang w:val="ru-RU" w:eastAsia="ru-RU"/>
              </w:rPr>
              <w:t>Ускорения</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8.</w:t>
            </w:r>
          </w:p>
        </w:tc>
        <w:tc>
          <w:tcPr>
            <w:tcW w:w="4394" w:type="dxa"/>
          </w:tcPr>
          <w:p w:rsidR="003D4276" w:rsidRPr="003D4276" w:rsidRDefault="003D4276" w:rsidP="003D4276">
            <w:pPr>
              <w:suppressAutoHyphens w:val="0"/>
              <w:jc w:val="both"/>
              <w:rPr>
                <w:lang w:val="ru-RU" w:eastAsia="ru-RU"/>
              </w:rPr>
            </w:pPr>
          </w:p>
        </w:tc>
        <w:tc>
          <w:tcPr>
            <w:tcW w:w="4218" w:type="dxa"/>
          </w:tcPr>
          <w:p w:rsidR="003D4276" w:rsidRPr="003D4276" w:rsidRDefault="003D4276" w:rsidP="003D4276">
            <w:pPr>
              <w:suppressAutoHyphens w:val="0"/>
              <w:jc w:val="both"/>
              <w:rPr>
                <w:lang w:val="ru-RU" w:eastAsia="ru-RU"/>
              </w:rPr>
            </w:pPr>
            <w:r w:rsidRPr="003D4276">
              <w:rPr>
                <w:lang w:val="ru-RU" w:eastAsia="ru-RU"/>
              </w:rPr>
              <w:t>ЭКГ</w:t>
            </w:r>
          </w:p>
        </w:tc>
      </w:tr>
      <w:tr w:rsidR="003D4276" w:rsidRPr="003D4276" w:rsidTr="004C706A">
        <w:tc>
          <w:tcPr>
            <w:tcW w:w="959" w:type="dxa"/>
          </w:tcPr>
          <w:p w:rsidR="003D4276" w:rsidRPr="003D4276" w:rsidRDefault="003D4276" w:rsidP="003D4276">
            <w:pPr>
              <w:suppressAutoHyphens w:val="0"/>
              <w:jc w:val="both"/>
              <w:rPr>
                <w:lang w:val="ru-RU" w:eastAsia="ru-RU"/>
              </w:rPr>
            </w:pPr>
            <w:r w:rsidRPr="003D4276">
              <w:rPr>
                <w:lang w:val="ru-RU" w:eastAsia="ru-RU"/>
              </w:rPr>
              <w:t>9.</w:t>
            </w:r>
          </w:p>
        </w:tc>
        <w:tc>
          <w:tcPr>
            <w:tcW w:w="4394" w:type="dxa"/>
          </w:tcPr>
          <w:p w:rsidR="003D4276" w:rsidRPr="003D4276" w:rsidRDefault="003D4276" w:rsidP="003D4276">
            <w:pPr>
              <w:suppressAutoHyphens w:val="0"/>
              <w:jc w:val="both"/>
              <w:rPr>
                <w:lang w:val="ru-RU" w:eastAsia="ru-RU"/>
              </w:rPr>
            </w:pPr>
          </w:p>
        </w:tc>
        <w:tc>
          <w:tcPr>
            <w:tcW w:w="4218" w:type="dxa"/>
          </w:tcPr>
          <w:p w:rsidR="003D4276" w:rsidRPr="003D4276" w:rsidRDefault="003D4276" w:rsidP="003D4276">
            <w:pPr>
              <w:suppressAutoHyphens w:val="0"/>
              <w:jc w:val="both"/>
              <w:rPr>
                <w:lang w:val="ru-RU" w:eastAsia="ru-RU"/>
              </w:rPr>
            </w:pPr>
            <w:r w:rsidRPr="003D4276">
              <w:rPr>
                <w:lang w:val="ru-RU" w:eastAsia="ru-RU"/>
              </w:rPr>
              <w:t xml:space="preserve">Силы (эргометр)  </w:t>
            </w:r>
          </w:p>
        </w:tc>
      </w:tr>
    </w:tbl>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r w:rsidRPr="003D4276">
        <w:rPr>
          <w:lang w:val="ru-RU" w:eastAsia="ru-RU"/>
        </w:rPr>
        <w:t xml:space="preserve">                              </w:t>
      </w: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Pr="003D4276" w:rsidRDefault="003D4276" w:rsidP="003D4276">
      <w:pPr>
        <w:suppressAutoHyphens w:val="0"/>
        <w:jc w:val="both"/>
        <w:rPr>
          <w:lang w:val="ru-RU" w:eastAsia="ru-RU"/>
        </w:rPr>
      </w:pPr>
    </w:p>
    <w:p w:rsidR="003D4276" w:rsidRDefault="003D4276" w:rsidP="003D4276">
      <w:pPr>
        <w:rPr>
          <w:lang w:val="ru-RU"/>
        </w:rPr>
      </w:pPr>
    </w:p>
    <w:p w:rsidR="003D4276" w:rsidRDefault="003D4276" w:rsidP="003D4276">
      <w:pPr>
        <w:tabs>
          <w:tab w:val="left" w:pos="2020"/>
        </w:tabs>
        <w:rPr>
          <w:lang w:val="ru-RU"/>
        </w:rPr>
      </w:pPr>
      <w:r>
        <w:rPr>
          <w:lang w:val="ru-RU"/>
        </w:rPr>
        <w:tab/>
      </w:r>
    </w:p>
    <w:p w:rsidR="003D4276" w:rsidRDefault="003D4276" w:rsidP="003D4276">
      <w:pPr>
        <w:rPr>
          <w:lang w:val="ru-RU"/>
        </w:rPr>
      </w:pPr>
    </w:p>
    <w:p w:rsidR="00456BCD" w:rsidRPr="003D4276" w:rsidRDefault="00456BCD" w:rsidP="003D4276">
      <w:pPr>
        <w:rPr>
          <w:lang w:val="ru-RU"/>
        </w:rPr>
        <w:sectPr w:rsidR="00456BCD" w:rsidRPr="003D4276">
          <w:pgSz w:w="11900" w:h="16840"/>
          <w:pgMar w:top="364" w:right="744" w:bottom="1440" w:left="666" w:header="720" w:footer="720" w:gutter="0"/>
          <w:cols w:space="720" w:equalWidth="0">
            <w:col w:w="10490" w:space="0"/>
          </w:cols>
          <w:docGrid w:linePitch="360"/>
        </w:sectPr>
      </w:pPr>
    </w:p>
    <w:p w:rsidR="00456BCD" w:rsidRPr="008B7FC2" w:rsidRDefault="00456BCD" w:rsidP="00456BCD">
      <w:pPr>
        <w:autoSpaceDE w:val="0"/>
        <w:autoSpaceDN w:val="0"/>
        <w:spacing w:after="78" w:line="220" w:lineRule="exact"/>
        <w:rPr>
          <w:lang w:val="ru-RU"/>
        </w:rPr>
      </w:pPr>
    </w:p>
    <w:p w:rsidR="00456BCD" w:rsidRPr="008B7FC2" w:rsidRDefault="000142E9" w:rsidP="00456BCD">
      <w:pPr>
        <w:autoSpaceDE w:val="0"/>
        <w:autoSpaceDN w:val="0"/>
        <w:spacing w:line="230" w:lineRule="auto"/>
        <w:rPr>
          <w:lang w:val="ru-RU"/>
        </w:rPr>
      </w:pPr>
      <w:r>
        <w:rPr>
          <w:b/>
          <w:color w:val="000000"/>
          <w:lang w:val="ru-RU"/>
        </w:rPr>
        <w:t xml:space="preserve">                           </w:t>
      </w:r>
      <w:r w:rsidR="00456BCD" w:rsidRPr="008B7FC2">
        <w:rPr>
          <w:b/>
          <w:color w:val="000000"/>
          <w:lang w:val="ru-RU"/>
        </w:rPr>
        <w:t xml:space="preserve">СОДЕРЖАНИЕ УЧЕБНОГО ПРЕДМЕТА </w:t>
      </w:r>
    </w:p>
    <w:p w:rsidR="00456BCD" w:rsidRPr="008B7FC2" w:rsidRDefault="00456BCD" w:rsidP="00456BCD">
      <w:pPr>
        <w:autoSpaceDE w:val="0"/>
        <w:autoSpaceDN w:val="0"/>
        <w:spacing w:before="346" w:line="262" w:lineRule="auto"/>
        <w:ind w:left="180"/>
        <w:rPr>
          <w:lang w:val="ru-RU"/>
        </w:rPr>
      </w:pPr>
      <w:r w:rsidRPr="008B7FC2">
        <w:rPr>
          <w:b/>
          <w:color w:val="000000"/>
          <w:lang w:val="ru-RU"/>
        </w:rPr>
        <w:t xml:space="preserve">1. Биология — наука о живой природе </w:t>
      </w:r>
      <w:r w:rsidRPr="008B7FC2">
        <w:rPr>
          <w:lang w:val="ru-RU"/>
        </w:rPr>
        <w:br/>
      </w:r>
      <w:proofErr w:type="gramStart"/>
      <w:r w:rsidRPr="008B7FC2">
        <w:rPr>
          <w:color w:val="000000"/>
          <w:lang w:val="ru-RU"/>
        </w:rPr>
        <w:t>Понятие</w:t>
      </w:r>
      <w:proofErr w:type="gramEnd"/>
      <w:r w:rsidRPr="008B7FC2">
        <w:rPr>
          <w:color w:val="000000"/>
          <w:lang w:val="ru-RU"/>
        </w:rPr>
        <w:t xml:space="preserve"> о жизни. Признаки живого (клеточное строение, питание, дыхание, выделение, рост и др.).</w:t>
      </w:r>
    </w:p>
    <w:p w:rsidR="00456BCD" w:rsidRPr="008B7FC2" w:rsidRDefault="00456BCD" w:rsidP="00456BCD">
      <w:pPr>
        <w:autoSpaceDE w:val="0"/>
        <w:autoSpaceDN w:val="0"/>
        <w:spacing w:before="70" w:line="230" w:lineRule="auto"/>
        <w:rPr>
          <w:lang w:val="ru-RU"/>
        </w:rPr>
      </w:pPr>
      <w:r w:rsidRPr="008B7FC2">
        <w:rPr>
          <w:color w:val="000000"/>
          <w:lang w:val="ru-RU"/>
        </w:rPr>
        <w:t>Объекты живой и неживой природы, их сравнение. Живая и неживая природа — единое целое.</w:t>
      </w:r>
    </w:p>
    <w:p w:rsidR="00456BCD" w:rsidRPr="008B7FC2" w:rsidRDefault="00456BCD" w:rsidP="00456BCD">
      <w:pPr>
        <w:autoSpaceDE w:val="0"/>
        <w:autoSpaceDN w:val="0"/>
        <w:spacing w:before="70" w:line="281" w:lineRule="auto"/>
        <w:ind w:right="576" w:firstLine="180"/>
        <w:rPr>
          <w:lang w:val="ru-RU"/>
        </w:rPr>
      </w:pPr>
      <w:r w:rsidRPr="008B7FC2">
        <w:rPr>
          <w:color w:val="000000"/>
          <w:lang w:val="ru-RU"/>
        </w:rPr>
        <w:t xml:space="preserve">Биология — система наук о живой природе. </w:t>
      </w:r>
      <w:proofErr w:type="gramStart"/>
      <w:r w:rsidRPr="008B7FC2">
        <w:rPr>
          <w:color w:val="000000"/>
          <w:lang w:val="ru-RU"/>
        </w:rPr>
        <w:t>Основные разделы биологии (ботаника, зоология, экология, цитология, анатомия, физиология и др.).</w:t>
      </w:r>
      <w:proofErr w:type="gramEnd"/>
      <w:r w:rsidRPr="008B7FC2">
        <w:rPr>
          <w:color w:val="000000"/>
          <w:lang w:val="ru-RU"/>
        </w:rPr>
        <w:t xml:space="preserve">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56BCD" w:rsidRPr="008B7FC2" w:rsidRDefault="00456BCD" w:rsidP="00456BCD">
      <w:pPr>
        <w:tabs>
          <w:tab w:val="left" w:pos="180"/>
        </w:tabs>
        <w:autoSpaceDE w:val="0"/>
        <w:autoSpaceDN w:val="0"/>
        <w:spacing w:before="72" w:line="262" w:lineRule="auto"/>
        <w:ind w:right="864"/>
        <w:rPr>
          <w:lang w:val="ru-RU"/>
        </w:rPr>
      </w:pPr>
      <w:r w:rsidRPr="008B7FC2">
        <w:rPr>
          <w:lang w:val="ru-RU"/>
        </w:rPr>
        <w:tab/>
      </w:r>
      <w:r w:rsidRPr="008B7FC2">
        <w:rPr>
          <w:color w:val="000000"/>
          <w:lang w:val="ru-RU"/>
        </w:rPr>
        <w:t>Кабинет биологии. Правила поведения и работы в кабинете с биологическими приборами и инструментами.</w:t>
      </w:r>
    </w:p>
    <w:p w:rsidR="00456BCD" w:rsidRPr="008B7FC2" w:rsidRDefault="00456BCD" w:rsidP="00456BCD">
      <w:pPr>
        <w:tabs>
          <w:tab w:val="left" w:pos="180"/>
        </w:tabs>
        <w:autoSpaceDE w:val="0"/>
        <w:autoSpaceDN w:val="0"/>
        <w:spacing w:before="70" w:line="262" w:lineRule="auto"/>
        <w:rPr>
          <w:lang w:val="ru-RU"/>
        </w:rPr>
      </w:pPr>
      <w:r w:rsidRPr="008B7FC2">
        <w:rPr>
          <w:lang w:val="ru-RU"/>
        </w:rPr>
        <w:tab/>
      </w:r>
      <w:r w:rsidRPr="008B7FC2">
        <w:rPr>
          <w:color w:val="000000"/>
          <w:lang w:val="ru-RU"/>
        </w:rPr>
        <w:t>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8B7FC2">
        <w:rPr>
          <w:color w:val="000000"/>
          <w:lang w:val="ru-RU"/>
        </w:rPr>
        <w:t>научнопопулярная</w:t>
      </w:r>
      <w:proofErr w:type="spellEnd"/>
      <w:r w:rsidRPr="008B7FC2">
        <w:rPr>
          <w:color w:val="000000"/>
          <w:lang w:val="ru-RU"/>
        </w:rPr>
        <w:t xml:space="preserve"> литература, справочники, Интернет).</w:t>
      </w:r>
    </w:p>
    <w:p w:rsidR="00456BCD" w:rsidRPr="008B7FC2" w:rsidRDefault="00456BCD" w:rsidP="00456BCD">
      <w:pPr>
        <w:tabs>
          <w:tab w:val="left" w:pos="180"/>
        </w:tabs>
        <w:autoSpaceDE w:val="0"/>
        <w:autoSpaceDN w:val="0"/>
        <w:spacing w:before="190"/>
        <w:ind w:right="720"/>
        <w:rPr>
          <w:lang w:val="ru-RU"/>
        </w:rPr>
      </w:pPr>
      <w:r w:rsidRPr="008B7FC2">
        <w:rPr>
          <w:lang w:val="ru-RU"/>
        </w:rPr>
        <w:tab/>
      </w:r>
      <w:r w:rsidRPr="008B7FC2">
        <w:rPr>
          <w:b/>
          <w:color w:val="000000"/>
          <w:lang w:val="ru-RU"/>
        </w:rPr>
        <w:t xml:space="preserve">2. Методы изучения живой природы </w:t>
      </w:r>
      <w:r w:rsidRPr="008B7FC2">
        <w:rPr>
          <w:lang w:val="ru-RU"/>
        </w:rPr>
        <w:br/>
      </w:r>
      <w:r w:rsidRPr="008B7FC2">
        <w:rPr>
          <w:lang w:val="ru-RU"/>
        </w:rPr>
        <w:tab/>
      </w:r>
      <w:r w:rsidRPr="008B7FC2">
        <w:rPr>
          <w:color w:val="000000"/>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56BCD" w:rsidRPr="008B7FC2" w:rsidRDefault="00456BCD" w:rsidP="00456BCD">
      <w:pPr>
        <w:autoSpaceDE w:val="0"/>
        <w:autoSpaceDN w:val="0"/>
        <w:spacing w:before="70" w:line="271" w:lineRule="auto"/>
        <w:ind w:right="864" w:firstLine="180"/>
        <w:rPr>
          <w:lang w:val="ru-RU"/>
        </w:rPr>
      </w:pPr>
      <w:r w:rsidRPr="008B7FC2">
        <w:rPr>
          <w:color w:val="000000"/>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56BCD" w:rsidRPr="008B7FC2" w:rsidRDefault="00456BCD" w:rsidP="00456BCD">
      <w:pPr>
        <w:autoSpaceDE w:val="0"/>
        <w:autoSpaceDN w:val="0"/>
        <w:spacing w:before="70" w:line="271" w:lineRule="auto"/>
        <w:ind w:right="576" w:firstLine="180"/>
        <w:rPr>
          <w:lang w:val="ru-RU"/>
        </w:rPr>
      </w:pPr>
      <w:r w:rsidRPr="008B7FC2">
        <w:rPr>
          <w:i/>
          <w:color w:val="000000"/>
          <w:lang w:val="ru-RU"/>
        </w:rPr>
        <w:t xml:space="preserve">Лабораторные и практические работы </w:t>
      </w:r>
      <w:r w:rsidRPr="008B7FC2">
        <w:rPr>
          <w:lang w:val="ru-RU"/>
        </w:rPr>
        <w:br/>
      </w:r>
      <w:r w:rsidRPr="008B7FC2">
        <w:rPr>
          <w:color w:val="000000"/>
          <w:lang w:val="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56BCD" w:rsidRPr="008B7FC2" w:rsidRDefault="00456BCD" w:rsidP="00456BCD">
      <w:pPr>
        <w:autoSpaceDE w:val="0"/>
        <w:autoSpaceDN w:val="0"/>
        <w:spacing w:before="70" w:line="230" w:lineRule="auto"/>
        <w:rPr>
          <w:lang w:val="ru-RU"/>
        </w:rPr>
      </w:pPr>
      <w:r w:rsidRPr="008B7FC2">
        <w:rPr>
          <w:color w:val="000000"/>
          <w:lang w:val="ru-RU"/>
        </w:rPr>
        <w:t>2. Ознакомление с устройством лупы, светового микроскопа, правила работы с ними.</w:t>
      </w:r>
    </w:p>
    <w:p w:rsidR="00456BCD" w:rsidRPr="008B7FC2" w:rsidRDefault="00456BCD" w:rsidP="00456BCD">
      <w:pPr>
        <w:autoSpaceDE w:val="0"/>
        <w:autoSpaceDN w:val="0"/>
        <w:spacing w:before="70" w:line="262" w:lineRule="auto"/>
        <w:rPr>
          <w:lang w:val="ru-RU"/>
        </w:rPr>
      </w:pPr>
      <w:r w:rsidRPr="008B7FC2">
        <w:rPr>
          <w:color w:val="000000"/>
          <w:lang w:val="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56BCD" w:rsidRPr="008B7FC2" w:rsidRDefault="00456BCD" w:rsidP="00456BCD">
      <w:pPr>
        <w:autoSpaceDE w:val="0"/>
        <w:autoSpaceDN w:val="0"/>
        <w:spacing w:before="70" w:line="262" w:lineRule="auto"/>
        <w:ind w:left="180" w:right="1872"/>
        <w:rPr>
          <w:lang w:val="ru-RU"/>
        </w:rPr>
      </w:pPr>
      <w:r w:rsidRPr="008B7FC2">
        <w:rPr>
          <w:i/>
          <w:color w:val="000000"/>
          <w:lang w:val="ru-RU"/>
        </w:rPr>
        <w:t xml:space="preserve">Экскурсии или </w:t>
      </w:r>
      <w:proofErr w:type="spellStart"/>
      <w:r w:rsidRPr="008B7FC2">
        <w:rPr>
          <w:i/>
          <w:color w:val="000000"/>
          <w:lang w:val="ru-RU"/>
        </w:rPr>
        <w:t>видеоэкскурсии</w:t>
      </w:r>
      <w:proofErr w:type="spellEnd"/>
      <w:r w:rsidRPr="008B7FC2">
        <w:rPr>
          <w:i/>
          <w:color w:val="000000"/>
          <w:lang w:val="ru-RU"/>
        </w:rPr>
        <w:t xml:space="preserve"> </w:t>
      </w:r>
      <w:r w:rsidRPr="008B7FC2">
        <w:rPr>
          <w:lang w:val="ru-RU"/>
        </w:rPr>
        <w:br/>
      </w:r>
      <w:r w:rsidRPr="008B7FC2">
        <w:rPr>
          <w:color w:val="000000"/>
          <w:lang w:val="ru-RU"/>
        </w:rPr>
        <w:t>Овладение методами изучения живой природы — наблюдением и экспериментом.</w:t>
      </w:r>
    </w:p>
    <w:p w:rsidR="00456BCD" w:rsidRPr="008B7FC2" w:rsidRDefault="00456BCD" w:rsidP="00456BCD">
      <w:pPr>
        <w:autoSpaceDE w:val="0"/>
        <w:autoSpaceDN w:val="0"/>
        <w:spacing w:before="190" w:line="262" w:lineRule="auto"/>
        <w:ind w:left="180" w:right="4464"/>
        <w:rPr>
          <w:lang w:val="ru-RU"/>
        </w:rPr>
      </w:pPr>
      <w:r w:rsidRPr="008B7FC2">
        <w:rPr>
          <w:b/>
          <w:color w:val="000000"/>
          <w:lang w:val="ru-RU"/>
        </w:rPr>
        <w:t xml:space="preserve">3. Организмы — тела живой природы </w:t>
      </w:r>
      <w:r w:rsidRPr="008B7FC2">
        <w:rPr>
          <w:lang w:val="ru-RU"/>
        </w:rPr>
        <w:br/>
      </w:r>
      <w:r w:rsidRPr="008B7FC2">
        <w:rPr>
          <w:color w:val="000000"/>
          <w:lang w:val="ru-RU"/>
        </w:rPr>
        <w:t>Понятие об организме. Доядерные и ядерные организмы.</w:t>
      </w:r>
    </w:p>
    <w:p w:rsidR="00456BCD" w:rsidRPr="008B7FC2" w:rsidRDefault="00456BCD" w:rsidP="00456BCD">
      <w:pPr>
        <w:autoSpaceDE w:val="0"/>
        <w:autoSpaceDN w:val="0"/>
        <w:spacing w:before="72" w:line="271" w:lineRule="auto"/>
        <w:ind w:right="432" w:firstLine="180"/>
        <w:rPr>
          <w:lang w:val="ru-RU"/>
        </w:rPr>
      </w:pPr>
      <w:r w:rsidRPr="008B7FC2">
        <w:rPr>
          <w:color w:val="000000"/>
          <w:lang w:val="ru-RU"/>
        </w:rPr>
        <w:t xml:space="preserve">Клетка и её открытие. Клеточное строение организмов. Цитология — наука о клетке. Клетка </w:t>
      </w:r>
      <w:proofErr w:type="gramStart"/>
      <w:r w:rsidRPr="008B7FC2">
        <w:rPr>
          <w:color w:val="000000"/>
          <w:lang w:val="ru-RU"/>
        </w:rPr>
        <w:t>—н</w:t>
      </w:r>
      <w:proofErr w:type="gramEnd"/>
      <w:r w:rsidRPr="008B7FC2">
        <w:rPr>
          <w:color w:val="000000"/>
          <w:lang w:val="ru-RU"/>
        </w:rPr>
        <w:t>аименьшая единица строения и жизнедеятельности организмов. Строение клетки под световым микроскопом: клеточная оболочка, цитоплазма, ядро.</w:t>
      </w:r>
    </w:p>
    <w:p w:rsidR="00456BCD" w:rsidRPr="008B7FC2" w:rsidRDefault="00456BCD" w:rsidP="00456BCD">
      <w:pPr>
        <w:autoSpaceDE w:val="0"/>
        <w:autoSpaceDN w:val="0"/>
        <w:spacing w:before="70" w:line="230" w:lineRule="auto"/>
        <w:ind w:left="180"/>
        <w:rPr>
          <w:lang w:val="ru-RU"/>
        </w:rPr>
      </w:pPr>
      <w:r w:rsidRPr="008B7FC2">
        <w:rPr>
          <w:color w:val="000000"/>
          <w:lang w:val="ru-RU"/>
        </w:rPr>
        <w:t>Одноклеточные и многоклеточные организмы. Клетки, ткани, органы, системы органов.</w:t>
      </w:r>
    </w:p>
    <w:p w:rsidR="00456BCD" w:rsidRPr="008B7FC2" w:rsidRDefault="00456BCD" w:rsidP="00456BCD">
      <w:pPr>
        <w:tabs>
          <w:tab w:val="left" w:pos="180"/>
        </w:tabs>
        <w:autoSpaceDE w:val="0"/>
        <w:autoSpaceDN w:val="0"/>
        <w:spacing w:before="70" w:line="262" w:lineRule="auto"/>
        <w:rPr>
          <w:lang w:val="ru-RU"/>
        </w:rPr>
      </w:pPr>
      <w:r w:rsidRPr="008B7FC2">
        <w:rPr>
          <w:lang w:val="ru-RU"/>
        </w:rPr>
        <w:tab/>
      </w:r>
      <w:r w:rsidRPr="008B7FC2">
        <w:rPr>
          <w:color w:val="000000"/>
          <w:lang w:val="ru-RU"/>
        </w:rPr>
        <w:t>Жизнедеятельность организмов. Особенности строения и процессов жизнедеятельности у растений, животных, бактерий и грибов.</w:t>
      </w:r>
    </w:p>
    <w:p w:rsidR="00456BCD" w:rsidRPr="008B7FC2" w:rsidRDefault="00456BCD" w:rsidP="00456BCD">
      <w:pPr>
        <w:tabs>
          <w:tab w:val="left" w:pos="180"/>
        </w:tabs>
        <w:autoSpaceDE w:val="0"/>
        <w:autoSpaceDN w:val="0"/>
        <w:spacing w:before="70" w:line="262" w:lineRule="auto"/>
        <w:ind w:right="1296"/>
        <w:rPr>
          <w:lang w:val="ru-RU"/>
        </w:rPr>
      </w:pPr>
      <w:r w:rsidRPr="008B7FC2">
        <w:rPr>
          <w:lang w:val="ru-RU"/>
        </w:rPr>
        <w:tab/>
      </w:r>
      <w:r w:rsidRPr="008B7FC2">
        <w:rPr>
          <w:color w:val="000000"/>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56BCD" w:rsidRPr="008B7FC2" w:rsidRDefault="00456BCD" w:rsidP="00456BCD">
      <w:pPr>
        <w:autoSpaceDE w:val="0"/>
        <w:autoSpaceDN w:val="0"/>
        <w:spacing w:before="70" w:line="271" w:lineRule="auto"/>
        <w:ind w:firstLine="180"/>
        <w:rPr>
          <w:lang w:val="ru-RU"/>
        </w:rPr>
      </w:pPr>
      <w:proofErr w:type="gramStart"/>
      <w:r w:rsidRPr="008B7FC2">
        <w:rPr>
          <w:color w:val="000000"/>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8B7FC2">
        <w:rPr>
          <w:color w:val="000000"/>
          <w:lang w:val="ru-RU"/>
        </w:rPr>
        <w:t xml:space="preserve"> Бактерии и вирусы как формы жизни. Значение бактерий и вирусов в природе и в жизни человека.</w:t>
      </w:r>
    </w:p>
    <w:p w:rsidR="00456BCD" w:rsidRPr="008B7FC2" w:rsidRDefault="00456BCD" w:rsidP="00456BCD">
      <w:pPr>
        <w:autoSpaceDE w:val="0"/>
        <w:autoSpaceDN w:val="0"/>
        <w:spacing w:before="70" w:line="271" w:lineRule="auto"/>
        <w:ind w:right="720" w:firstLine="180"/>
        <w:rPr>
          <w:lang w:val="ru-RU"/>
        </w:rPr>
      </w:pPr>
      <w:r w:rsidRPr="008B7FC2">
        <w:rPr>
          <w:i/>
          <w:color w:val="000000"/>
          <w:lang w:val="ru-RU"/>
        </w:rPr>
        <w:t xml:space="preserve">Лабораторные и практические работы </w:t>
      </w:r>
      <w:r w:rsidRPr="008B7FC2">
        <w:rPr>
          <w:lang w:val="ru-RU"/>
        </w:rPr>
        <w:br/>
      </w:r>
      <w:r w:rsidRPr="008B7FC2">
        <w:rPr>
          <w:color w:val="000000"/>
          <w:lang w:val="ru-RU"/>
        </w:rPr>
        <w:t>1. Изучение клеток кожицы чешуи лука под лупой и микроскопом (на примере самостоятельно приготовленного микропрепарата).</w:t>
      </w:r>
    </w:p>
    <w:p w:rsidR="00456BCD" w:rsidRPr="008B7FC2" w:rsidRDefault="00456BCD" w:rsidP="00456BCD">
      <w:pPr>
        <w:autoSpaceDE w:val="0"/>
        <w:autoSpaceDN w:val="0"/>
        <w:spacing w:before="70" w:line="230" w:lineRule="auto"/>
        <w:rPr>
          <w:lang w:val="ru-RU"/>
        </w:rPr>
      </w:pPr>
      <w:r w:rsidRPr="008B7FC2">
        <w:rPr>
          <w:color w:val="000000"/>
          <w:lang w:val="ru-RU"/>
        </w:rPr>
        <w:t>2. Ознакомление с принципами систематики организмов.</w:t>
      </w:r>
    </w:p>
    <w:p w:rsidR="00456BCD" w:rsidRPr="008B7FC2" w:rsidRDefault="00456BCD" w:rsidP="00456BCD">
      <w:pPr>
        <w:rPr>
          <w:lang w:val="ru-RU"/>
        </w:rPr>
        <w:sectPr w:rsidR="00456BCD" w:rsidRPr="008B7FC2">
          <w:pgSz w:w="11900" w:h="16840"/>
          <w:pgMar w:top="298" w:right="650" w:bottom="338" w:left="666" w:header="720" w:footer="720" w:gutter="0"/>
          <w:cols w:space="720" w:equalWidth="0">
            <w:col w:w="10584" w:space="0"/>
          </w:cols>
          <w:docGrid w:linePitch="360"/>
        </w:sectPr>
      </w:pPr>
    </w:p>
    <w:p w:rsidR="00456BCD" w:rsidRPr="008B7FC2" w:rsidRDefault="00456BCD" w:rsidP="00456BCD">
      <w:pPr>
        <w:autoSpaceDE w:val="0"/>
        <w:autoSpaceDN w:val="0"/>
        <w:spacing w:after="66" w:line="220" w:lineRule="exact"/>
        <w:rPr>
          <w:lang w:val="ru-RU"/>
        </w:rPr>
      </w:pPr>
    </w:p>
    <w:p w:rsidR="00456BCD" w:rsidRPr="008B7FC2" w:rsidRDefault="00456BCD" w:rsidP="00456BCD">
      <w:pPr>
        <w:autoSpaceDE w:val="0"/>
        <w:autoSpaceDN w:val="0"/>
        <w:spacing w:line="230" w:lineRule="auto"/>
        <w:rPr>
          <w:lang w:val="ru-RU"/>
        </w:rPr>
      </w:pPr>
      <w:r w:rsidRPr="008B7FC2">
        <w:rPr>
          <w:color w:val="000000"/>
          <w:lang w:val="ru-RU"/>
        </w:rPr>
        <w:t>3. Наблюдение за потреблением воды растением.</w:t>
      </w:r>
    </w:p>
    <w:p w:rsidR="00456BCD" w:rsidRPr="008B7FC2" w:rsidRDefault="00456BCD" w:rsidP="00456BCD">
      <w:pPr>
        <w:tabs>
          <w:tab w:val="left" w:pos="180"/>
        </w:tabs>
        <w:autoSpaceDE w:val="0"/>
        <w:autoSpaceDN w:val="0"/>
        <w:spacing w:before="190"/>
        <w:ind w:right="144"/>
        <w:rPr>
          <w:lang w:val="ru-RU"/>
        </w:rPr>
      </w:pPr>
      <w:r w:rsidRPr="008B7FC2">
        <w:rPr>
          <w:lang w:val="ru-RU"/>
        </w:rPr>
        <w:tab/>
      </w:r>
      <w:r w:rsidRPr="008B7FC2">
        <w:rPr>
          <w:b/>
          <w:color w:val="000000"/>
          <w:lang w:val="ru-RU"/>
        </w:rPr>
        <w:t xml:space="preserve">4. Организмы и среда обитания </w:t>
      </w:r>
      <w:r w:rsidRPr="008B7FC2">
        <w:rPr>
          <w:lang w:val="ru-RU"/>
        </w:rPr>
        <w:br/>
      </w:r>
      <w:r w:rsidRPr="008B7FC2">
        <w:rPr>
          <w:lang w:val="ru-RU"/>
        </w:rPr>
        <w:tab/>
      </w:r>
      <w:r w:rsidRPr="008B7FC2">
        <w:rPr>
          <w:color w:val="000000"/>
          <w:lang w:val="ru-RU"/>
        </w:rPr>
        <w:t xml:space="preserve">Понятие о среде обитания. Водная, </w:t>
      </w:r>
      <w:proofErr w:type="spellStart"/>
      <w:r w:rsidRPr="008B7FC2">
        <w:rPr>
          <w:color w:val="000000"/>
          <w:lang w:val="ru-RU"/>
        </w:rPr>
        <w:t>наземновоздушная</w:t>
      </w:r>
      <w:proofErr w:type="spellEnd"/>
      <w:r w:rsidRPr="008B7FC2">
        <w:rPr>
          <w:color w:val="000000"/>
          <w:lang w:val="ru-RU"/>
        </w:rPr>
        <w:t xml:space="preserve">, почвенная, </w:t>
      </w:r>
      <w:proofErr w:type="spellStart"/>
      <w:r w:rsidRPr="008B7FC2">
        <w:rPr>
          <w:color w:val="000000"/>
          <w:lang w:val="ru-RU"/>
        </w:rPr>
        <w:t>внутриорганизменная</w:t>
      </w:r>
      <w:proofErr w:type="spellEnd"/>
      <w:r w:rsidRPr="008B7FC2">
        <w:rPr>
          <w:color w:val="000000"/>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56BCD" w:rsidRPr="008B7FC2" w:rsidRDefault="00456BCD" w:rsidP="00456BCD">
      <w:pPr>
        <w:autoSpaceDE w:val="0"/>
        <w:autoSpaceDN w:val="0"/>
        <w:spacing w:before="70" w:line="262" w:lineRule="auto"/>
        <w:ind w:left="180" w:right="1440"/>
        <w:rPr>
          <w:lang w:val="ru-RU"/>
        </w:rPr>
      </w:pPr>
      <w:r w:rsidRPr="008B7FC2">
        <w:rPr>
          <w:i/>
          <w:color w:val="000000"/>
          <w:lang w:val="ru-RU"/>
        </w:rPr>
        <w:t xml:space="preserve">Лабораторные и практические работы </w:t>
      </w:r>
      <w:r w:rsidRPr="008B7FC2">
        <w:rPr>
          <w:lang w:val="ru-RU"/>
        </w:rPr>
        <w:br/>
      </w:r>
      <w:r w:rsidRPr="008B7FC2">
        <w:rPr>
          <w:color w:val="000000"/>
          <w:lang w:val="ru-RU"/>
        </w:rPr>
        <w:t>Выявление приспособлений организмов к среде обитания (на конкретных примерах).</w:t>
      </w:r>
    </w:p>
    <w:p w:rsidR="00456BCD" w:rsidRPr="008B7FC2" w:rsidRDefault="00456BCD" w:rsidP="00456BCD">
      <w:pPr>
        <w:autoSpaceDE w:val="0"/>
        <w:autoSpaceDN w:val="0"/>
        <w:spacing w:before="70" w:line="262" w:lineRule="auto"/>
        <w:ind w:left="180" w:right="4032"/>
        <w:rPr>
          <w:lang w:val="ru-RU"/>
        </w:rPr>
      </w:pPr>
      <w:r w:rsidRPr="008B7FC2">
        <w:rPr>
          <w:i/>
          <w:color w:val="000000"/>
          <w:lang w:val="ru-RU"/>
        </w:rPr>
        <w:t xml:space="preserve">Экскурсии или </w:t>
      </w:r>
      <w:proofErr w:type="spellStart"/>
      <w:r w:rsidRPr="008B7FC2">
        <w:rPr>
          <w:i/>
          <w:color w:val="000000"/>
          <w:lang w:val="ru-RU"/>
        </w:rPr>
        <w:t>видеоэкскурсии</w:t>
      </w:r>
      <w:proofErr w:type="spellEnd"/>
      <w:r w:rsidRPr="008B7FC2">
        <w:rPr>
          <w:i/>
          <w:color w:val="000000"/>
          <w:lang w:val="ru-RU"/>
        </w:rPr>
        <w:t xml:space="preserve"> </w:t>
      </w:r>
      <w:r w:rsidRPr="008B7FC2">
        <w:rPr>
          <w:lang w:val="ru-RU"/>
        </w:rPr>
        <w:br/>
      </w:r>
      <w:r w:rsidRPr="008B7FC2">
        <w:rPr>
          <w:color w:val="000000"/>
          <w:lang w:val="ru-RU"/>
        </w:rPr>
        <w:t>Растительный и животный мир родного края (краеведение).</w:t>
      </w:r>
    </w:p>
    <w:p w:rsidR="00456BCD" w:rsidRPr="008B7FC2" w:rsidRDefault="00456BCD" w:rsidP="00456BCD">
      <w:pPr>
        <w:tabs>
          <w:tab w:val="left" w:pos="180"/>
        </w:tabs>
        <w:autoSpaceDE w:val="0"/>
        <w:autoSpaceDN w:val="0"/>
        <w:spacing w:before="192" w:line="281" w:lineRule="auto"/>
        <w:rPr>
          <w:lang w:val="ru-RU"/>
        </w:rPr>
      </w:pPr>
      <w:r w:rsidRPr="008B7FC2">
        <w:rPr>
          <w:lang w:val="ru-RU"/>
        </w:rPr>
        <w:tab/>
      </w:r>
      <w:r w:rsidRPr="008B7FC2">
        <w:rPr>
          <w:b/>
          <w:color w:val="000000"/>
          <w:lang w:val="ru-RU"/>
        </w:rPr>
        <w:t xml:space="preserve">5. Природные сообщества </w:t>
      </w:r>
      <w:r w:rsidRPr="008B7FC2">
        <w:rPr>
          <w:lang w:val="ru-RU"/>
        </w:rPr>
        <w:br/>
      </w:r>
      <w:r w:rsidRPr="008B7FC2">
        <w:rPr>
          <w:lang w:val="ru-RU"/>
        </w:rPr>
        <w:tab/>
      </w:r>
      <w:r w:rsidRPr="008B7FC2">
        <w:rPr>
          <w:color w:val="000000"/>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8B7FC2">
        <w:rPr>
          <w:color w:val="000000"/>
          <w:lang w:val="ru-RU"/>
        </w:rPr>
        <w:t>ств в пр</w:t>
      </w:r>
      <w:proofErr w:type="gramEnd"/>
      <w:r w:rsidRPr="008B7FC2">
        <w:rPr>
          <w:color w:val="000000"/>
          <w:lang w:val="ru-RU"/>
        </w:rPr>
        <w:t>иродных сообществах. Примеры природных сообществ (лес, пруд, озеро и др.).</w:t>
      </w:r>
    </w:p>
    <w:p w:rsidR="00456BCD" w:rsidRPr="008B7FC2" w:rsidRDefault="00456BCD" w:rsidP="00456BCD">
      <w:pPr>
        <w:tabs>
          <w:tab w:val="left" w:pos="180"/>
        </w:tabs>
        <w:autoSpaceDE w:val="0"/>
        <w:autoSpaceDN w:val="0"/>
        <w:spacing w:before="70" w:line="262" w:lineRule="auto"/>
        <w:ind w:right="576"/>
        <w:rPr>
          <w:lang w:val="ru-RU"/>
        </w:rPr>
      </w:pPr>
      <w:r w:rsidRPr="008B7FC2">
        <w:rPr>
          <w:lang w:val="ru-RU"/>
        </w:rPr>
        <w:tab/>
      </w:r>
      <w:r w:rsidRPr="008B7FC2">
        <w:rPr>
          <w:color w:val="000000"/>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56BCD" w:rsidRPr="008B7FC2" w:rsidRDefault="00456BCD" w:rsidP="00456BCD">
      <w:pPr>
        <w:tabs>
          <w:tab w:val="left" w:pos="180"/>
        </w:tabs>
        <w:autoSpaceDE w:val="0"/>
        <w:autoSpaceDN w:val="0"/>
        <w:spacing w:before="70" w:line="262" w:lineRule="auto"/>
        <w:ind w:right="288"/>
        <w:rPr>
          <w:lang w:val="ru-RU"/>
        </w:rPr>
      </w:pPr>
      <w:r w:rsidRPr="008B7FC2">
        <w:rPr>
          <w:lang w:val="ru-RU"/>
        </w:rPr>
        <w:tab/>
      </w:r>
      <w:r w:rsidRPr="008B7FC2">
        <w:rPr>
          <w:color w:val="000000"/>
          <w:lang w:val="ru-RU"/>
        </w:rPr>
        <w:t>Природные зоны Земли, их обитатели. Флора и фауна природных зон. Ландшафты: природные и культурные.</w:t>
      </w:r>
    </w:p>
    <w:p w:rsidR="00456BCD" w:rsidRPr="008B7FC2" w:rsidRDefault="00456BCD" w:rsidP="00456BCD">
      <w:pPr>
        <w:autoSpaceDE w:val="0"/>
        <w:autoSpaceDN w:val="0"/>
        <w:spacing w:before="70" w:line="262" w:lineRule="auto"/>
        <w:ind w:left="180" w:right="1584"/>
        <w:rPr>
          <w:lang w:val="ru-RU"/>
        </w:rPr>
      </w:pPr>
      <w:r w:rsidRPr="008B7FC2">
        <w:rPr>
          <w:i/>
          <w:color w:val="000000"/>
          <w:lang w:val="ru-RU"/>
        </w:rPr>
        <w:t xml:space="preserve">Лабораторные и практические работы </w:t>
      </w:r>
      <w:r w:rsidRPr="008B7FC2">
        <w:rPr>
          <w:lang w:val="ru-RU"/>
        </w:rPr>
        <w:br/>
      </w:r>
      <w:r w:rsidRPr="008B7FC2">
        <w:rPr>
          <w:color w:val="000000"/>
          <w:lang w:val="ru-RU"/>
        </w:rPr>
        <w:t>Изучение искусственных сообществ и их обитателей (на примере аквариума и др.).</w:t>
      </w:r>
    </w:p>
    <w:p w:rsidR="00456BCD" w:rsidRPr="008B7FC2" w:rsidRDefault="00456BCD" w:rsidP="00456BCD">
      <w:pPr>
        <w:tabs>
          <w:tab w:val="left" w:pos="180"/>
        </w:tabs>
        <w:autoSpaceDE w:val="0"/>
        <w:autoSpaceDN w:val="0"/>
        <w:spacing w:before="70" w:line="262" w:lineRule="auto"/>
        <w:ind w:right="2304"/>
        <w:rPr>
          <w:lang w:val="ru-RU"/>
        </w:rPr>
      </w:pPr>
      <w:r w:rsidRPr="008B7FC2">
        <w:rPr>
          <w:lang w:val="ru-RU"/>
        </w:rPr>
        <w:tab/>
      </w:r>
      <w:r w:rsidRPr="008B7FC2">
        <w:rPr>
          <w:i/>
          <w:color w:val="000000"/>
          <w:lang w:val="ru-RU"/>
        </w:rPr>
        <w:t xml:space="preserve">Экскурсии или </w:t>
      </w:r>
      <w:proofErr w:type="spellStart"/>
      <w:r w:rsidRPr="008B7FC2">
        <w:rPr>
          <w:i/>
          <w:color w:val="000000"/>
          <w:lang w:val="ru-RU"/>
        </w:rPr>
        <w:t>видеоэкскурсии</w:t>
      </w:r>
      <w:proofErr w:type="spellEnd"/>
      <w:r w:rsidRPr="008B7FC2">
        <w:rPr>
          <w:i/>
          <w:color w:val="000000"/>
          <w:lang w:val="ru-RU"/>
        </w:rPr>
        <w:t xml:space="preserve"> </w:t>
      </w:r>
      <w:r w:rsidRPr="008B7FC2">
        <w:rPr>
          <w:lang w:val="ru-RU"/>
        </w:rPr>
        <w:br/>
      </w:r>
      <w:r w:rsidRPr="008B7FC2">
        <w:rPr>
          <w:color w:val="000000"/>
          <w:lang w:val="ru-RU"/>
        </w:rPr>
        <w:t>1. Изучение природных сообществ (на примере леса, озера, пруда, луга и др.).</w:t>
      </w:r>
    </w:p>
    <w:p w:rsidR="00456BCD" w:rsidRPr="008B7FC2" w:rsidRDefault="00456BCD" w:rsidP="00456BCD">
      <w:pPr>
        <w:autoSpaceDE w:val="0"/>
        <w:autoSpaceDN w:val="0"/>
        <w:spacing w:before="70" w:line="230" w:lineRule="auto"/>
        <w:rPr>
          <w:lang w:val="ru-RU"/>
        </w:rPr>
      </w:pPr>
      <w:r w:rsidRPr="008B7FC2">
        <w:rPr>
          <w:color w:val="000000"/>
          <w:lang w:val="ru-RU"/>
        </w:rPr>
        <w:t>2. Изучение сезонных явлений в жизни природных сообществ.</w:t>
      </w:r>
    </w:p>
    <w:p w:rsidR="00456BCD" w:rsidRPr="008B7FC2" w:rsidRDefault="00456BCD" w:rsidP="00456BCD">
      <w:pPr>
        <w:tabs>
          <w:tab w:val="left" w:pos="180"/>
        </w:tabs>
        <w:autoSpaceDE w:val="0"/>
        <w:autoSpaceDN w:val="0"/>
        <w:spacing w:before="190" w:line="283" w:lineRule="auto"/>
        <w:rPr>
          <w:lang w:val="ru-RU"/>
        </w:rPr>
      </w:pPr>
      <w:r w:rsidRPr="008B7FC2">
        <w:rPr>
          <w:lang w:val="ru-RU"/>
        </w:rPr>
        <w:tab/>
      </w:r>
      <w:r w:rsidRPr="008B7FC2">
        <w:rPr>
          <w:b/>
          <w:color w:val="000000"/>
          <w:lang w:val="ru-RU"/>
        </w:rPr>
        <w:t xml:space="preserve">6. Живая природа и человек </w:t>
      </w:r>
      <w:r w:rsidRPr="008B7FC2">
        <w:rPr>
          <w:lang w:val="ru-RU"/>
        </w:rPr>
        <w:br/>
      </w:r>
      <w:r w:rsidRPr="008B7FC2">
        <w:rPr>
          <w:lang w:val="ru-RU"/>
        </w:rPr>
        <w:tab/>
      </w:r>
      <w:r w:rsidRPr="008B7FC2">
        <w:rPr>
          <w:color w:val="000000"/>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56BCD" w:rsidRPr="008B7FC2" w:rsidRDefault="00456BCD" w:rsidP="00456BCD">
      <w:pPr>
        <w:tabs>
          <w:tab w:val="left" w:pos="180"/>
        </w:tabs>
        <w:autoSpaceDE w:val="0"/>
        <w:autoSpaceDN w:val="0"/>
        <w:spacing w:before="72" w:line="271" w:lineRule="auto"/>
        <w:ind w:right="720"/>
        <w:rPr>
          <w:lang w:val="ru-RU"/>
        </w:rPr>
      </w:pPr>
      <w:r w:rsidRPr="008B7FC2">
        <w:rPr>
          <w:lang w:val="ru-RU"/>
        </w:rPr>
        <w:tab/>
      </w:r>
      <w:r w:rsidRPr="008B7FC2">
        <w:rPr>
          <w:i/>
          <w:color w:val="000000"/>
          <w:lang w:val="ru-RU"/>
        </w:rPr>
        <w:t xml:space="preserve">Практические работы </w:t>
      </w:r>
      <w:r w:rsidRPr="008B7FC2">
        <w:rPr>
          <w:lang w:val="ru-RU"/>
        </w:rPr>
        <w:br/>
      </w:r>
      <w:r w:rsidRPr="008B7FC2">
        <w:rPr>
          <w:lang w:val="ru-RU"/>
        </w:rPr>
        <w:tab/>
      </w:r>
      <w:r w:rsidRPr="008B7FC2">
        <w:rPr>
          <w:color w:val="000000"/>
          <w:lang w:val="ru-RU"/>
        </w:rPr>
        <w:t>Проведение акции по уборке мусора в ближайшем лесу, парке, сквере или на пришкольной территории.</w:t>
      </w:r>
    </w:p>
    <w:p w:rsidR="00456BCD" w:rsidRPr="008B7FC2" w:rsidRDefault="00456BCD" w:rsidP="00456BCD">
      <w:pPr>
        <w:rPr>
          <w:lang w:val="ru-RU"/>
        </w:rPr>
        <w:sectPr w:rsidR="00456BCD" w:rsidRPr="008B7FC2">
          <w:pgSz w:w="11900" w:h="16840"/>
          <w:pgMar w:top="286" w:right="802" w:bottom="1440" w:left="666" w:header="720" w:footer="720" w:gutter="0"/>
          <w:cols w:space="720" w:equalWidth="0">
            <w:col w:w="10432" w:space="0"/>
          </w:cols>
          <w:docGrid w:linePitch="360"/>
        </w:sectPr>
      </w:pPr>
    </w:p>
    <w:p w:rsidR="00456BCD" w:rsidRPr="008B7FC2" w:rsidRDefault="00456BCD" w:rsidP="00456BCD">
      <w:pPr>
        <w:autoSpaceDE w:val="0"/>
        <w:autoSpaceDN w:val="0"/>
        <w:spacing w:after="78" w:line="220" w:lineRule="exact"/>
        <w:rPr>
          <w:lang w:val="ru-RU"/>
        </w:rPr>
      </w:pPr>
    </w:p>
    <w:p w:rsidR="00456BCD" w:rsidRPr="008B7FC2" w:rsidRDefault="000142E9" w:rsidP="00456BCD">
      <w:pPr>
        <w:autoSpaceDE w:val="0"/>
        <w:autoSpaceDN w:val="0"/>
        <w:spacing w:line="230" w:lineRule="auto"/>
        <w:rPr>
          <w:lang w:val="ru-RU"/>
        </w:rPr>
      </w:pPr>
      <w:r>
        <w:rPr>
          <w:b/>
          <w:color w:val="000000"/>
          <w:lang w:val="ru-RU"/>
        </w:rPr>
        <w:t xml:space="preserve">                       </w:t>
      </w:r>
      <w:r w:rsidR="00456BCD" w:rsidRPr="008B7FC2">
        <w:rPr>
          <w:b/>
          <w:color w:val="000000"/>
          <w:lang w:val="ru-RU"/>
        </w:rPr>
        <w:t>ПЛАНИРУЕМЫЕ ОБРАЗОВАТЕЛЬНЫЕ РЕЗУЛЬТАТЫ</w:t>
      </w:r>
    </w:p>
    <w:p w:rsidR="00456BCD" w:rsidRPr="008B7FC2" w:rsidRDefault="00456BCD" w:rsidP="00456BCD">
      <w:pPr>
        <w:autoSpaceDE w:val="0"/>
        <w:autoSpaceDN w:val="0"/>
        <w:spacing w:before="346" w:line="271" w:lineRule="auto"/>
        <w:ind w:right="144" w:firstLine="180"/>
        <w:rPr>
          <w:lang w:val="ru-RU"/>
        </w:rPr>
      </w:pPr>
      <w:r w:rsidRPr="008B7FC2">
        <w:rPr>
          <w:color w:val="000000"/>
          <w:lang w:val="ru-RU"/>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8B7FC2">
        <w:rPr>
          <w:color w:val="000000"/>
          <w:lang w:val="ru-RU"/>
        </w:rPr>
        <w:t>метапредметных</w:t>
      </w:r>
      <w:proofErr w:type="spellEnd"/>
      <w:r w:rsidRPr="008B7FC2">
        <w:rPr>
          <w:color w:val="000000"/>
          <w:lang w:val="ru-RU"/>
        </w:rPr>
        <w:t xml:space="preserve"> и предметных образовательных результатов:</w:t>
      </w:r>
    </w:p>
    <w:p w:rsidR="00456BCD" w:rsidRPr="008B7FC2" w:rsidRDefault="00456BCD" w:rsidP="00456BCD">
      <w:pPr>
        <w:tabs>
          <w:tab w:val="left" w:pos="180"/>
          <w:tab w:val="left" w:pos="420"/>
        </w:tabs>
        <w:autoSpaceDE w:val="0"/>
        <w:autoSpaceDN w:val="0"/>
        <w:spacing w:before="262" w:line="322" w:lineRule="auto"/>
        <w:ind w:right="144"/>
        <w:rPr>
          <w:lang w:val="ru-RU"/>
        </w:rPr>
      </w:pPr>
      <w:r w:rsidRPr="008B7FC2">
        <w:rPr>
          <w:b/>
          <w:color w:val="000000"/>
          <w:lang w:val="ru-RU"/>
        </w:rPr>
        <w:t xml:space="preserve">ЛИЧНОСТНЫЕ РЕЗУЛЬТАТЫ </w:t>
      </w:r>
      <w:r w:rsidRPr="008B7FC2">
        <w:rPr>
          <w:lang w:val="ru-RU"/>
        </w:rPr>
        <w:br/>
      </w:r>
      <w:r w:rsidRPr="008B7FC2">
        <w:rPr>
          <w:lang w:val="ru-RU"/>
        </w:rPr>
        <w:tab/>
      </w:r>
      <w:r w:rsidRPr="008B7FC2">
        <w:rPr>
          <w:b/>
          <w:i/>
          <w:color w:val="000000"/>
          <w:lang w:val="ru-RU"/>
        </w:rPr>
        <w:t>Патриотическое воспитание:</w:t>
      </w:r>
      <w:r w:rsidRPr="008B7FC2">
        <w:rPr>
          <w:lang w:val="ru-RU"/>
        </w:rPr>
        <w:br/>
      </w:r>
      <w:r w:rsidRPr="008B7FC2">
        <w:rPr>
          <w:lang w:val="ru-RU"/>
        </w:rPr>
        <w:tab/>
      </w:r>
      <w:r w:rsidRPr="008B7FC2">
        <w:rPr>
          <w:color w:val="000000"/>
          <w:lang w:val="ru-RU"/>
        </w:rPr>
        <w:t xml:space="preserve">—  отношение к биологии как к важной составляющей культуры, гордость за вклад российских и </w:t>
      </w:r>
      <w:r w:rsidRPr="008B7FC2">
        <w:rPr>
          <w:lang w:val="ru-RU"/>
        </w:rPr>
        <w:tab/>
      </w:r>
      <w:r w:rsidRPr="008B7FC2">
        <w:rPr>
          <w:color w:val="000000"/>
          <w:lang w:val="ru-RU"/>
        </w:rPr>
        <w:t>советских учёных в развитие мировой биологической науки.</w:t>
      </w:r>
    </w:p>
    <w:p w:rsidR="00456BCD" w:rsidRPr="008B7FC2" w:rsidRDefault="00456BCD" w:rsidP="00456BCD">
      <w:pPr>
        <w:autoSpaceDE w:val="0"/>
        <w:autoSpaceDN w:val="0"/>
        <w:spacing w:before="180" w:line="302" w:lineRule="auto"/>
        <w:ind w:left="420" w:right="576" w:hanging="240"/>
        <w:rPr>
          <w:lang w:val="ru-RU"/>
        </w:rPr>
      </w:pPr>
      <w:r w:rsidRPr="008B7FC2">
        <w:rPr>
          <w:b/>
          <w:i/>
          <w:color w:val="000000"/>
          <w:lang w:val="ru-RU"/>
        </w:rPr>
        <w:t>Гражданское воспитание:</w:t>
      </w:r>
      <w:r w:rsidRPr="008B7FC2">
        <w:rPr>
          <w:lang w:val="ru-RU"/>
        </w:rPr>
        <w:br/>
      </w:r>
      <w:r w:rsidRPr="008B7FC2">
        <w:rPr>
          <w:color w:val="000000"/>
          <w:lang w:val="ru-RU"/>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456BCD" w:rsidRPr="008B7FC2" w:rsidRDefault="00456BCD" w:rsidP="00456BCD">
      <w:pPr>
        <w:autoSpaceDE w:val="0"/>
        <w:autoSpaceDN w:val="0"/>
        <w:spacing w:before="178" w:line="300" w:lineRule="auto"/>
        <w:ind w:left="420" w:hanging="240"/>
        <w:rPr>
          <w:lang w:val="ru-RU"/>
        </w:rPr>
      </w:pPr>
      <w:r w:rsidRPr="008B7FC2">
        <w:rPr>
          <w:b/>
          <w:i/>
          <w:color w:val="000000"/>
          <w:lang w:val="ru-RU"/>
        </w:rPr>
        <w:t>Духовно-нравственное воспитание:</w:t>
      </w:r>
      <w:r w:rsidRPr="008B7FC2">
        <w:rPr>
          <w:lang w:val="ru-RU"/>
        </w:rPr>
        <w:br/>
      </w:r>
      <w:r w:rsidRPr="008B7FC2">
        <w:rPr>
          <w:color w:val="000000"/>
          <w:lang w:val="ru-RU"/>
        </w:rPr>
        <w:t xml:space="preserve">—  готовность оценивать поведение и поступки с позиции нравственных норм и норм </w:t>
      </w:r>
      <w:r w:rsidRPr="008B7FC2">
        <w:rPr>
          <w:lang w:val="ru-RU"/>
        </w:rPr>
        <w:br/>
      </w:r>
      <w:r w:rsidRPr="008B7FC2">
        <w:rPr>
          <w:color w:val="000000"/>
          <w:lang w:val="ru-RU"/>
        </w:rPr>
        <w:t>экологической культуры</w:t>
      </w:r>
      <w:proofErr w:type="gramStart"/>
      <w:r w:rsidRPr="008B7FC2">
        <w:rPr>
          <w:color w:val="000000"/>
          <w:lang w:val="ru-RU"/>
        </w:rPr>
        <w:t xml:space="preserve">;. </w:t>
      </w:r>
      <w:proofErr w:type="gramEnd"/>
      <w:r w:rsidRPr="008B7FC2">
        <w:rPr>
          <w:color w:val="000000"/>
          <w:lang w:val="ru-RU"/>
        </w:rPr>
        <w:t>понимание значимости нравственного аспекта деятельности человека в медицине и биологии.</w:t>
      </w:r>
    </w:p>
    <w:p w:rsidR="00456BCD" w:rsidRPr="008B7FC2" w:rsidRDefault="00456BCD" w:rsidP="00456BCD">
      <w:pPr>
        <w:tabs>
          <w:tab w:val="left" w:pos="420"/>
        </w:tabs>
        <w:autoSpaceDE w:val="0"/>
        <w:autoSpaceDN w:val="0"/>
        <w:spacing w:before="178" w:line="310" w:lineRule="auto"/>
        <w:ind w:left="180" w:right="1728"/>
        <w:rPr>
          <w:lang w:val="ru-RU"/>
        </w:rPr>
      </w:pPr>
      <w:r w:rsidRPr="008B7FC2">
        <w:rPr>
          <w:b/>
          <w:i/>
          <w:color w:val="000000"/>
          <w:lang w:val="ru-RU"/>
        </w:rPr>
        <w:t>Эстетическое воспитание:</w:t>
      </w:r>
      <w:r w:rsidRPr="008B7FC2">
        <w:rPr>
          <w:lang w:val="ru-RU"/>
        </w:rPr>
        <w:br/>
      </w:r>
      <w:r w:rsidRPr="008B7FC2">
        <w:rPr>
          <w:lang w:val="ru-RU"/>
        </w:rPr>
        <w:tab/>
      </w:r>
      <w:r w:rsidRPr="008B7FC2">
        <w:rPr>
          <w:color w:val="000000"/>
          <w:lang w:val="ru-RU"/>
        </w:rPr>
        <w:t>—  понимание роли биологии в формировании эстетической культуры личности.</w:t>
      </w:r>
    </w:p>
    <w:p w:rsidR="00456BCD" w:rsidRPr="008B7FC2" w:rsidRDefault="00456BCD" w:rsidP="00456BCD">
      <w:pPr>
        <w:autoSpaceDE w:val="0"/>
        <w:autoSpaceDN w:val="0"/>
        <w:spacing w:before="178" w:line="302" w:lineRule="auto"/>
        <w:ind w:left="420" w:right="432" w:hanging="240"/>
        <w:rPr>
          <w:lang w:val="ru-RU"/>
        </w:rPr>
      </w:pPr>
      <w:r w:rsidRPr="008B7FC2">
        <w:rPr>
          <w:b/>
          <w:i/>
          <w:color w:val="000000"/>
          <w:lang w:val="ru-RU"/>
        </w:rPr>
        <w:t>Ценности научного познания:</w:t>
      </w:r>
      <w:r w:rsidRPr="008B7FC2">
        <w:rPr>
          <w:lang w:val="ru-RU"/>
        </w:rPr>
        <w:br/>
      </w:r>
      <w:r w:rsidRPr="008B7FC2">
        <w:rPr>
          <w:color w:val="000000"/>
          <w:lang w:val="ru-RU"/>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56BCD" w:rsidRPr="008B7FC2" w:rsidRDefault="00456BCD" w:rsidP="00456BCD">
      <w:pPr>
        <w:autoSpaceDE w:val="0"/>
        <w:autoSpaceDN w:val="0"/>
        <w:spacing w:before="238" w:line="230" w:lineRule="auto"/>
        <w:ind w:left="420"/>
        <w:rPr>
          <w:lang w:val="ru-RU"/>
        </w:rPr>
      </w:pPr>
      <w:r w:rsidRPr="008B7FC2">
        <w:rPr>
          <w:color w:val="000000"/>
          <w:lang w:val="ru-RU"/>
        </w:rPr>
        <w:t>—  понимание роли биологической науки в формировании научного мировоззрения;</w:t>
      </w:r>
    </w:p>
    <w:p w:rsidR="00456BCD" w:rsidRPr="008B7FC2" w:rsidRDefault="00456BCD" w:rsidP="00456BCD">
      <w:pPr>
        <w:autoSpaceDE w:val="0"/>
        <w:autoSpaceDN w:val="0"/>
        <w:spacing w:before="238" w:line="262" w:lineRule="auto"/>
        <w:ind w:left="420" w:right="1584"/>
        <w:rPr>
          <w:lang w:val="ru-RU"/>
        </w:rPr>
      </w:pPr>
      <w:r w:rsidRPr="008B7FC2">
        <w:rPr>
          <w:color w:val="000000"/>
          <w:lang w:val="ru-RU"/>
        </w:rPr>
        <w:t>—  развитие научной любознательности, интереса к биологической науке, навыков исследовательской деятельности.</w:t>
      </w:r>
    </w:p>
    <w:p w:rsidR="00456BCD" w:rsidRPr="008B7FC2" w:rsidRDefault="00456BCD" w:rsidP="00456BCD">
      <w:pPr>
        <w:autoSpaceDE w:val="0"/>
        <w:autoSpaceDN w:val="0"/>
        <w:spacing w:before="178" w:line="331" w:lineRule="auto"/>
        <w:ind w:left="420" w:right="144" w:hanging="240"/>
        <w:rPr>
          <w:lang w:val="ru-RU"/>
        </w:rPr>
      </w:pPr>
      <w:r w:rsidRPr="008B7FC2">
        <w:rPr>
          <w:b/>
          <w:i/>
          <w:color w:val="000000"/>
          <w:lang w:val="ru-RU"/>
        </w:rPr>
        <w:t>Формирование культуры здоровья:</w:t>
      </w:r>
      <w:r w:rsidRPr="008B7FC2">
        <w:rPr>
          <w:lang w:val="ru-RU"/>
        </w:rPr>
        <w:br/>
      </w:r>
      <w:r w:rsidRPr="008B7FC2">
        <w:rPr>
          <w:color w:val="000000"/>
          <w:lang w:val="ru-RU"/>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rsidRPr="008B7FC2">
        <w:rPr>
          <w:lang w:val="ru-RU"/>
        </w:rPr>
        <w:br/>
      </w:r>
      <w:r w:rsidRPr="008B7FC2">
        <w:rPr>
          <w:color w:val="000000"/>
          <w:lang w:val="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Pr="008B7FC2">
        <w:rPr>
          <w:lang w:val="ru-RU"/>
        </w:rPr>
        <w:br/>
      </w:r>
      <w:r w:rsidRPr="008B7FC2">
        <w:rPr>
          <w:color w:val="000000"/>
          <w:lang w:val="ru-RU"/>
        </w:rPr>
        <w:t>—  соблюдение правил безопасности, в том числе навыки безопасного поведения в природной среде;</w:t>
      </w:r>
      <w:r w:rsidRPr="008B7FC2">
        <w:rPr>
          <w:lang w:val="ru-RU"/>
        </w:rPr>
        <w:br/>
      </w:r>
      <w:r w:rsidRPr="008B7FC2">
        <w:rPr>
          <w:color w:val="000000"/>
          <w:lang w:val="ru-RU"/>
        </w:rPr>
        <w:t xml:space="preserve">—  </w:t>
      </w:r>
      <w:proofErr w:type="spellStart"/>
      <w:r w:rsidRPr="008B7FC2">
        <w:rPr>
          <w:color w:val="000000"/>
          <w:lang w:val="ru-RU"/>
        </w:rPr>
        <w:t>сформированность</w:t>
      </w:r>
      <w:proofErr w:type="spellEnd"/>
      <w:r w:rsidRPr="008B7FC2">
        <w:rPr>
          <w:color w:val="000000"/>
          <w:lang w:val="ru-RU"/>
        </w:rPr>
        <w:t xml:space="preserve"> навыка рефлексии, управление собственным эмоциональным состоянием.</w:t>
      </w:r>
    </w:p>
    <w:p w:rsidR="00456BCD" w:rsidRPr="008B7FC2" w:rsidRDefault="00456BCD" w:rsidP="00456BCD">
      <w:pPr>
        <w:autoSpaceDE w:val="0"/>
        <w:autoSpaceDN w:val="0"/>
        <w:spacing w:before="178" w:line="300" w:lineRule="auto"/>
        <w:ind w:left="420" w:right="144" w:hanging="240"/>
        <w:rPr>
          <w:lang w:val="ru-RU"/>
        </w:rPr>
      </w:pPr>
      <w:r w:rsidRPr="008B7FC2">
        <w:rPr>
          <w:b/>
          <w:i/>
          <w:color w:val="000000"/>
          <w:lang w:val="ru-RU"/>
        </w:rPr>
        <w:t>Трудовое воспитание:</w:t>
      </w:r>
      <w:r w:rsidRPr="008B7FC2">
        <w:rPr>
          <w:lang w:val="ru-RU"/>
        </w:rPr>
        <w:br/>
      </w:r>
      <w:r w:rsidRPr="008B7FC2">
        <w:rPr>
          <w:color w:val="000000"/>
          <w:lang w:val="ru-RU"/>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56BCD" w:rsidRPr="008B7FC2" w:rsidRDefault="00456BCD" w:rsidP="00456BCD">
      <w:pPr>
        <w:tabs>
          <w:tab w:val="left" w:pos="420"/>
        </w:tabs>
        <w:autoSpaceDE w:val="0"/>
        <w:autoSpaceDN w:val="0"/>
        <w:spacing w:before="178" w:line="310" w:lineRule="auto"/>
        <w:ind w:left="180" w:right="144"/>
        <w:rPr>
          <w:lang w:val="ru-RU"/>
        </w:rPr>
      </w:pPr>
      <w:r w:rsidRPr="008B7FC2">
        <w:rPr>
          <w:b/>
          <w:i/>
          <w:color w:val="000000"/>
          <w:lang w:val="ru-RU"/>
        </w:rPr>
        <w:t>Экологическое воспитание:</w:t>
      </w:r>
      <w:r w:rsidRPr="008B7FC2">
        <w:rPr>
          <w:lang w:val="ru-RU"/>
        </w:rPr>
        <w:br/>
      </w:r>
      <w:r w:rsidRPr="008B7FC2">
        <w:rPr>
          <w:lang w:val="ru-RU"/>
        </w:rPr>
        <w:tab/>
      </w:r>
      <w:r w:rsidRPr="008B7FC2">
        <w:rPr>
          <w:color w:val="000000"/>
          <w:lang w:val="ru-RU"/>
        </w:rPr>
        <w:t>—  ориентация на применение биологических знаний при решении задач в области окружающей</w:t>
      </w:r>
    </w:p>
    <w:p w:rsidR="00456BCD" w:rsidRPr="008B7FC2" w:rsidRDefault="00456BCD" w:rsidP="00456BCD">
      <w:pPr>
        <w:rPr>
          <w:lang w:val="ru-RU"/>
        </w:rPr>
        <w:sectPr w:rsidR="00456BCD" w:rsidRPr="008B7FC2">
          <w:pgSz w:w="11900" w:h="16840"/>
          <w:pgMar w:top="298" w:right="650" w:bottom="330" w:left="666" w:header="720" w:footer="720" w:gutter="0"/>
          <w:cols w:space="720" w:equalWidth="0">
            <w:col w:w="10584" w:space="0"/>
          </w:cols>
          <w:docGrid w:linePitch="360"/>
        </w:sectPr>
      </w:pPr>
    </w:p>
    <w:p w:rsidR="00456BCD" w:rsidRPr="008B7FC2" w:rsidRDefault="00456BCD" w:rsidP="00456BCD">
      <w:pPr>
        <w:autoSpaceDE w:val="0"/>
        <w:autoSpaceDN w:val="0"/>
        <w:spacing w:after="66" w:line="220" w:lineRule="exact"/>
        <w:rPr>
          <w:lang w:val="ru-RU"/>
        </w:rPr>
      </w:pPr>
    </w:p>
    <w:p w:rsidR="00456BCD" w:rsidRPr="008B7FC2" w:rsidRDefault="00456BCD" w:rsidP="00456BCD">
      <w:pPr>
        <w:autoSpaceDE w:val="0"/>
        <w:autoSpaceDN w:val="0"/>
        <w:spacing w:line="230" w:lineRule="auto"/>
        <w:ind w:left="420"/>
        <w:rPr>
          <w:lang w:val="ru-RU"/>
        </w:rPr>
      </w:pPr>
      <w:r w:rsidRPr="008B7FC2">
        <w:rPr>
          <w:color w:val="000000"/>
          <w:lang w:val="ru-RU"/>
        </w:rPr>
        <w:t>среды;</w:t>
      </w:r>
    </w:p>
    <w:p w:rsidR="00456BCD" w:rsidRPr="008B7FC2" w:rsidRDefault="00456BCD" w:rsidP="00456BCD">
      <w:pPr>
        <w:autoSpaceDE w:val="0"/>
        <w:autoSpaceDN w:val="0"/>
        <w:spacing w:before="190" w:line="230" w:lineRule="auto"/>
        <w:ind w:left="420"/>
        <w:rPr>
          <w:lang w:val="ru-RU"/>
        </w:rPr>
      </w:pPr>
      <w:r w:rsidRPr="008B7FC2">
        <w:rPr>
          <w:color w:val="000000"/>
          <w:lang w:val="ru-RU"/>
        </w:rPr>
        <w:t>—  осознание экологических проблем и путей их решения;</w:t>
      </w:r>
    </w:p>
    <w:p w:rsidR="00456BCD" w:rsidRPr="008B7FC2" w:rsidRDefault="00456BCD" w:rsidP="00456BCD">
      <w:pPr>
        <w:autoSpaceDE w:val="0"/>
        <w:autoSpaceDN w:val="0"/>
        <w:spacing w:before="190" w:line="230" w:lineRule="auto"/>
        <w:ind w:left="420"/>
        <w:rPr>
          <w:lang w:val="ru-RU"/>
        </w:rPr>
      </w:pPr>
      <w:r w:rsidRPr="008B7FC2">
        <w:rPr>
          <w:color w:val="000000"/>
          <w:lang w:val="ru-RU"/>
        </w:rPr>
        <w:t>—  готовность к участию в практической деятельности экологической направленности.</w:t>
      </w:r>
    </w:p>
    <w:p w:rsidR="00456BCD" w:rsidRPr="008B7FC2" w:rsidRDefault="00456BCD" w:rsidP="00456BCD">
      <w:pPr>
        <w:autoSpaceDE w:val="0"/>
        <w:autoSpaceDN w:val="0"/>
        <w:spacing w:before="178" w:line="230" w:lineRule="auto"/>
        <w:ind w:left="180"/>
        <w:rPr>
          <w:lang w:val="ru-RU"/>
        </w:rPr>
      </w:pPr>
      <w:r w:rsidRPr="008B7FC2">
        <w:rPr>
          <w:b/>
          <w:i/>
          <w:color w:val="000000"/>
          <w:lang w:val="ru-RU"/>
        </w:rPr>
        <w:t xml:space="preserve">Адаптация </w:t>
      </w:r>
      <w:proofErr w:type="gramStart"/>
      <w:r w:rsidRPr="008B7FC2">
        <w:rPr>
          <w:b/>
          <w:i/>
          <w:color w:val="000000"/>
          <w:lang w:val="ru-RU"/>
        </w:rPr>
        <w:t>обучающегося</w:t>
      </w:r>
      <w:proofErr w:type="gramEnd"/>
      <w:r w:rsidRPr="008B7FC2">
        <w:rPr>
          <w:b/>
          <w:i/>
          <w:color w:val="000000"/>
          <w:lang w:val="ru-RU"/>
        </w:rPr>
        <w:t xml:space="preserve"> к изменяющимся условиям социальной и природной среды:</w:t>
      </w:r>
    </w:p>
    <w:p w:rsidR="00456BCD" w:rsidRPr="008B7FC2" w:rsidRDefault="00456BCD" w:rsidP="00456BCD">
      <w:pPr>
        <w:autoSpaceDE w:val="0"/>
        <w:autoSpaceDN w:val="0"/>
        <w:spacing w:before="178" w:line="230" w:lineRule="auto"/>
        <w:ind w:left="420"/>
        <w:rPr>
          <w:lang w:val="ru-RU"/>
        </w:rPr>
      </w:pPr>
      <w:r w:rsidRPr="008B7FC2">
        <w:rPr>
          <w:color w:val="000000"/>
          <w:lang w:val="ru-RU"/>
        </w:rPr>
        <w:t>—  адекватная оценка изменяющихся условий;</w:t>
      </w:r>
    </w:p>
    <w:p w:rsidR="00456BCD" w:rsidRPr="008B7FC2" w:rsidRDefault="00456BCD" w:rsidP="00456BCD">
      <w:pPr>
        <w:autoSpaceDE w:val="0"/>
        <w:autoSpaceDN w:val="0"/>
        <w:spacing w:before="190" w:line="262" w:lineRule="auto"/>
        <w:ind w:left="420" w:right="576"/>
        <w:rPr>
          <w:lang w:val="ru-RU"/>
        </w:rPr>
      </w:pPr>
      <w:r w:rsidRPr="008B7FC2">
        <w:rPr>
          <w:color w:val="000000"/>
          <w:lang w:val="ru-RU"/>
        </w:rPr>
        <w:t>—  принятие решения (индивидуальное, в группе) в изменяющихся условиях на основании анализа биологической информации;</w:t>
      </w:r>
    </w:p>
    <w:p w:rsidR="00456BCD" w:rsidRPr="008B7FC2" w:rsidRDefault="00456BCD" w:rsidP="00456BCD">
      <w:pPr>
        <w:autoSpaceDE w:val="0"/>
        <w:autoSpaceDN w:val="0"/>
        <w:spacing w:before="190" w:line="262" w:lineRule="auto"/>
        <w:ind w:left="420" w:right="1584"/>
        <w:rPr>
          <w:lang w:val="ru-RU"/>
        </w:rPr>
      </w:pPr>
      <w:r w:rsidRPr="008B7FC2">
        <w:rPr>
          <w:color w:val="000000"/>
          <w:lang w:val="ru-RU"/>
        </w:rPr>
        <w:t>—  планирование действий в новой ситуации на основании знаний биологических закономерностей.</w:t>
      </w:r>
    </w:p>
    <w:p w:rsidR="00456BCD" w:rsidRPr="008B7FC2" w:rsidRDefault="00456BCD" w:rsidP="00456BCD">
      <w:pPr>
        <w:autoSpaceDE w:val="0"/>
        <w:autoSpaceDN w:val="0"/>
        <w:spacing w:before="324" w:line="230" w:lineRule="auto"/>
        <w:rPr>
          <w:lang w:val="ru-RU"/>
        </w:rPr>
      </w:pPr>
      <w:r w:rsidRPr="008B7FC2">
        <w:rPr>
          <w:b/>
          <w:color w:val="000000"/>
          <w:lang w:val="ru-RU"/>
        </w:rPr>
        <w:t>МЕТАПРЕДМЕТНЫЕ РЕЗУЛЬТАТЫ</w:t>
      </w:r>
    </w:p>
    <w:p w:rsidR="00456BCD" w:rsidRPr="008B7FC2" w:rsidRDefault="00456BCD" w:rsidP="00456BCD">
      <w:pPr>
        <w:autoSpaceDE w:val="0"/>
        <w:autoSpaceDN w:val="0"/>
        <w:spacing w:before="166" w:line="230" w:lineRule="auto"/>
        <w:ind w:left="180"/>
        <w:rPr>
          <w:lang w:val="ru-RU"/>
        </w:rPr>
      </w:pPr>
      <w:r w:rsidRPr="008B7FC2">
        <w:rPr>
          <w:b/>
          <w:color w:val="000000"/>
          <w:lang w:val="ru-RU"/>
        </w:rPr>
        <w:t>Универсальные познавательные действия</w:t>
      </w:r>
    </w:p>
    <w:p w:rsidR="00456BCD" w:rsidRPr="008B7FC2" w:rsidRDefault="00456BCD" w:rsidP="00456BCD">
      <w:pPr>
        <w:autoSpaceDE w:val="0"/>
        <w:autoSpaceDN w:val="0"/>
        <w:spacing w:before="190" w:line="230" w:lineRule="auto"/>
        <w:ind w:left="180"/>
        <w:rPr>
          <w:lang w:val="ru-RU"/>
        </w:rPr>
      </w:pPr>
      <w:r w:rsidRPr="008B7FC2">
        <w:rPr>
          <w:b/>
          <w:i/>
          <w:color w:val="000000"/>
          <w:lang w:val="ru-RU"/>
        </w:rPr>
        <w:t>Базовые логические действия:</w:t>
      </w:r>
    </w:p>
    <w:p w:rsidR="00456BCD" w:rsidRPr="008B7FC2" w:rsidRDefault="00456BCD" w:rsidP="00456BCD">
      <w:pPr>
        <w:autoSpaceDE w:val="0"/>
        <w:autoSpaceDN w:val="0"/>
        <w:spacing w:before="178" w:line="230" w:lineRule="auto"/>
        <w:ind w:left="420"/>
        <w:rPr>
          <w:lang w:val="ru-RU"/>
        </w:rPr>
      </w:pPr>
      <w:r w:rsidRPr="008B7FC2">
        <w:rPr>
          <w:color w:val="000000"/>
          <w:lang w:val="ru-RU"/>
        </w:rPr>
        <w:t>—  выявлять и характеризовать существенные признаки биологических объектов (явлений);</w:t>
      </w:r>
    </w:p>
    <w:p w:rsidR="00456BCD" w:rsidRPr="008B7FC2" w:rsidRDefault="00456BCD" w:rsidP="00456BCD">
      <w:pPr>
        <w:autoSpaceDE w:val="0"/>
        <w:autoSpaceDN w:val="0"/>
        <w:spacing w:before="238" w:line="262" w:lineRule="auto"/>
        <w:ind w:left="420" w:right="432"/>
        <w:rPr>
          <w:lang w:val="ru-RU"/>
        </w:rPr>
      </w:pPr>
      <w:r w:rsidRPr="008B7FC2">
        <w:rPr>
          <w:color w:val="000000"/>
          <w:lang w:val="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56BCD" w:rsidRPr="008B7FC2" w:rsidRDefault="00456BCD" w:rsidP="00456BCD">
      <w:pPr>
        <w:autoSpaceDE w:val="0"/>
        <w:autoSpaceDN w:val="0"/>
        <w:spacing w:before="238" w:line="271" w:lineRule="auto"/>
        <w:ind w:left="420"/>
        <w:rPr>
          <w:lang w:val="ru-RU"/>
        </w:rPr>
      </w:pPr>
      <w:r w:rsidRPr="008B7FC2">
        <w:rPr>
          <w:color w:val="000000"/>
          <w:lang w:val="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56BCD" w:rsidRPr="008B7FC2" w:rsidRDefault="00456BCD" w:rsidP="00456BCD">
      <w:pPr>
        <w:autoSpaceDE w:val="0"/>
        <w:autoSpaceDN w:val="0"/>
        <w:spacing w:before="238" w:line="230" w:lineRule="auto"/>
        <w:ind w:left="420"/>
        <w:rPr>
          <w:lang w:val="ru-RU"/>
        </w:rPr>
      </w:pPr>
      <w:r w:rsidRPr="008B7FC2">
        <w:rPr>
          <w:color w:val="000000"/>
          <w:lang w:val="ru-RU"/>
        </w:rPr>
        <w:t>—  выявлять дефициты информации, данных, необходимых для решения поставленной задачи;</w:t>
      </w:r>
    </w:p>
    <w:p w:rsidR="00456BCD" w:rsidRPr="008B7FC2" w:rsidRDefault="00456BCD" w:rsidP="00456BCD">
      <w:pPr>
        <w:autoSpaceDE w:val="0"/>
        <w:autoSpaceDN w:val="0"/>
        <w:spacing w:before="238" w:line="271" w:lineRule="auto"/>
        <w:ind w:left="420" w:right="144"/>
        <w:rPr>
          <w:lang w:val="ru-RU"/>
        </w:rPr>
      </w:pPr>
      <w:r w:rsidRPr="008B7FC2">
        <w:rPr>
          <w:color w:val="000000"/>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56BCD" w:rsidRPr="008B7FC2" w:rsidRDefault="00456BCD" w:rsidP="00456BCD">
      <w:pPr>
        <w:autoSpaceDE w:val="0"/>
        <w:autoSpaceDN w:val="0"/>
        <w:spacing w:before="238" w:line="271" w:lineRule="auto"/>
        <w:ind w:left="420" w:right="720"/>
        <w:rPr>
          <w:lang w:val="ru-RU"/>
        </w:rPr>
      </w:pPr>
      <w:r w:rsidRPr="008B7FC2">
        <w:rPr>
          <w:color w:val="000000"/>
          <w:lang w:val="ru-RU"/>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56BCD" w:rsidRPr="008B7FC2" w:rsidRDefault="00456BCD" w:rsidP="00456BCD">
      <w:pPr>
        <w:autoSpaceDE w:val="0"/>
        <w:autoSpaceDN w:val="0"/>
        <w:spacing w:before="300" w:line="230" w:lineRule="auto"/>
        <w:ind w:left="180"/>
        <w:rPr>
          <w:lang w:val="ru-RU"/>
        </w:rPr>
      </w:pPr>
      <w:r w:rsidRPr="008B7FC2">
        <w:rPr>
          <w:b/>
          <w:i/>
          <w:color w:val="000000"/>
          <w:lang w:val="ru-RU"/>
        </w:rPr>
        <w:t>Базовые исследовательские действия:</w:t>
      </w:r>
    </w:p>
    <w:p w:rsidR="00456BCD" w:rsidRPr="008B7FC2" w:rsidRDefault="00456BCD" w:rsidP="00456BCD">
      <w:pPr>
        <w:autoSpaceDE w:val="0"/>
        <w:autoSpaceDN w:val="0"/>
        <w:spacing w:before="180" w:line="230" w:lineRule="auto"/>
        <w:ind w:left="420"/>
        <w:rPr>
          <w:lang w:val="ru-RU"/>
        </w:rPr>
      </w:pPr>
      <w:r w:rsidRPr="008B7FC2">
        <w:rPr>
          <w:color w:val="000000"/>
          <w:lang w:val="ru-RU"/>
        </w:rPr>
        <w:t>—  использовать вопросы как исследовательский инструмент познания;</w:t>
      </w:r>
    </w:p>
    <w:p w:rsidR="00456BCD" w:rsidRPr="008B7FC2" w:rsidRDefault="00456BCD" w:rsidP="00456BCD">
      <w:pPr>
        <w:autoSpaceDE w:val="0"/>
        <w:autoSpaceDN w:val="0"/>
        <w:spacing w:before="238" w:line="262" w:lineRule="auto"/>
        <w:ind w:left="420"/>
        <w:rPr>
          <w:lang w:val="ru-RU"/>
        </w:rPr>
      </w:pPr>
      <w:r w:rsidRPr="008B7FC2">
        <w:rPr>
          <w:color w:val="000000"/>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6BCD" w:rsidRPr="008B7FC2" w:rsidRDefault="00456BCD" w:rsidP="00456BCD">
      <w:pPr>
        <w:autoSpaceDE w:val="0"/>
        <w:autoSpaceDN w:val="0"/>
        <w:spacing w:before="238" w:line="262" w:lineRule="auto"/>
        <w:ind w:left="420" w:right="864"/>
        <w:rPr>
          <w:lang w:val="ru-RU"/>
        </w:rPr>
      </w:pPr>
      <w:r w:rsidRPr="008B7FC2">
        <w:rPr>
          <w:color w:val="000000"/>
          <w:lang w:val="ru-RU"/>
        </w:rPr>
        <w:t>—  формировать гипотезу об истинности собственных суждений, аргументировать свою позицию, мнение;</w:t>
      </w:r>
    </w:p>
    <w:p w:rsidR="00456BCD" w:rsidRPr="008B7FC2" w:rsidRDefault="00456BCD" w:rsidP="00456BCD">
      <w:pPr>
        <w:autoSpaceDE w:val="0"/>
        <w:autoSpaceDN w:val="0"/>
        <w:spacing w:before="238"/>
        <w:ind w:left="420" w:right="144"/>
        <w:rPr>
          <w:lang w:val="ru-RU"/>
        </w:rPr>
      </w:pPr>
      <w:r w:rsidRPr="008B7FC2">
        <w:rPr>
          <w:color w:val="000000"/>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56BCD" w:rsidRPr="008B7FC2" w:rsidRDefault="00456BCD" w:rsidP="00456BCD">
      <w:pPr>
        <w:autoSpaceDE w:val="0"/>
        <w:autoSpaceDN w:val="0"/>
        <w:spacing w:before="238" w:line="262" w:lineRule="auto"/>
        <w:ind w:left="420"/>
        <w:rPr>
          <w:lang w:val="ru-RU"/>
        </w:rPr>
      </w:pPr>
      <w:r w:rsidRPr="008B7FC2">
        <w:rPr>
          <w:color w:val="000000"/>
          <w:lang w:val="ru-RU"/>
        </w:rPr>
        <w:t>—  оценивать на применимость и достоверность информацию, полученную в ходе наблюдения и эксперимента;</w:t>
      </w:r>
    </w:p>
    <w:p w:rsidR="00456BCD" w:rsidRPr="008B7FC2" w:rsidRDefault="00456BCD" w:rsidP="00456BCD">
      <w:pPr>
        <w:rPr>
          <w:lang w:val="ru-RU"/>
        </w:rPr>
        <w:sectPr w:rsidR="00456BCD" w:rsidRPr="008B7FC2">
          <w:pgSz w:w="11900" w:h="16840"/>
          <w:pgMar w:top="286" w:right="758" w:bottom="392" w:left="666" w:header="720" w:footer="720" w:gutter="0"/>
          <w:cols w:space="720" w:equalWidth="0">
            <w:col w:w="10476" w:space="0"/>
          </w:cols>
          <w:docGrid w:linePitch="360"/>
        </w:sectPr>
      </w:pPr>
    </w:p>
    <w:p w:rsidR="00456BCD" w:rsidRPr="008B7FC2" w:rsidRDefault="00456BCD" w:rsidP="00456BCD">
      <w:pPr>
        <w:autoSpaceDE w:val="0"/>
        <w:autoSpaceDN w:val="0"/>
        <w:spacing w:after="78" w:line="220" w:lineRule="exact"/>
        <w:rPr>
          <w:lang w:val="ru-RU"/>
        </w:rPr>
      </w:pPr>
    </w:p>
    <w:p w:rsidR="00456BCD" w:rsidRPr="008B7FC2" w:rsidRDefault="00456BCD" w:rsidP="00456BCD">
      <w:pPr>
        <w:autoSpaceDE w:val="0"/>
        <w:autoSpaceDN w:val="0"/>
        <w:spacing w:line="271" w:lineRule="auto"/>
        <w:ind w:left="240" w:right="144"/>
        <w:rPr>
          <w:lang w:val="ru-RU"/>
        </w:rPr>
      </w:pPr>
      <w:r w:rsidRPr="008B7FC2">
        <w:rPr>
          <w:color w:val="000000"/>
          <w:lang w:val="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56BCD" w:rsidRPr="008B7FC2" w:rsidRDefault="00456BCD" w:rsidP="00456BCD">
      <w:pPr>
        <w:autoSpaceDE w:val="0"/>
        <w:autoSpaceDN w:val="0"/>
        <w:spacing w:before="238" w:line="271" w:lineRule="auto"/>
        <w:ind w:left="240" w:right="144"/>
        <w:rPr>
          <w:lang w:val="ru-RU"/>
        </w:rPr>
      </w:pPr>
      <w:r w:rsidRPr="008B7FC2">
        <w:rPr>
          <w:color w:val="000000"/>
          <w:lang w:val="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56BCD" w:rsidRPr="008B7FC2" w:rsidRDefault="00456BCD" w:rsidP="00456BCD">
      <w:pPr>
        <w:autoSpaceDE w:val="0"/>
        <w:autoSpaceDN w:val="0"/>
        <w:spacing w:before="298" w:line="230" w:lineRule="auto"/>
        <w:rPr>
          <w:lang w:val="ru-RU"/>
        </w:rPr>
      </w:pPr>
      <w:r w:rsidRPr="008B7FC2">
        <w:rPr>
          <w:b/>
          <w:i/>
          <w:color w:val="000000"/>
          <w:lang w:val="ru-RU"/>
        </w:rPr>
        <w:t>Работа с информацией:</w:t>
      </w:r>
    </w:p>
    <w:p w:rsidR="00456BCD" w:rsidRPr="008B7FC2" w:rsidRDefault="00456BCD" w:rsidP="00456BCD">
      <w:pPr>
        <w:autoSpaceDE w:val="0"/>
        <w:autoSpaceDN w:val="0"/>
        <w:spacing w:before="178" w:line="262" w:lineRule="auto"/>
        <w:ind w:left="240" w:right="144"/>
        <w:rPr>
          <w:lang w:val="ru-RU"/>
        </w:rPr>
      </w:pPr>
      <w:r w:rsidRPr="008B7FC2">
        <w:rPr>
          <w:color w:val="000000"/>
          <w:lang w:val="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56BCD" w:rsidRPr="008B7FC2" w:rsidRDefault="00456BCD" w:rsidP="00456BCD">
      <w:pPr>
        <w:autoSpaceDE w:val="0"/>
        <w:autoSpaceDN w:val="0"/>
        <w:spacing w:before="240" w:line="262" w:lineRule="auto"/>
        <w:ind w:left="240" w:right="1296"/>
        <w:rPr>
          <w:lang w:val="ru-RU"/>
        </w:rPr>
      </w:pPr>
      <w:r w:rsidRPr="008B7FC2">
        <w:rPr>
          <w:color w:val="000000"/>
          <w:lang w:val="ru-RU"/>
        </w:rPr>
        <w:t>—  выбирать, анализировать, систематизировать и интерпретировать биологическую информацию различных видов и форм представления;</w:t>
      </w:r>
    </w:p>
    <w:p w:rsidR="00456BCD" w:rsidRPr="008B7FC2" w:rsidRDefault="00456BCD" w:rsidP="00456BCD">
      <w:pPr>
        <w:autoSpaceDE w:val="0"/>
        <w:autoSpaceDN w:val="0"/>
        <w:spacing w:before="238" w:line="262" w:lineRule="auto"/>
        <w:ind w:left="240" w:right="576"/>
        <w:rPr>
          <w:lang w:val="ru-RU"/>
        </w:rPr>
      </w:pPr>
      <w:r w:rsidRPr="008B7FC2">
        <w:rPr>
          <w:color w:val="000000"/>
          <w:lang w:val="ru-RU"/>
        </w:rPr>
        <w:t>—  находить сходные аргументы (подтверждающие или опровергающие одну и ту же идею, версию) в различных информационных источниках;</w:t>
      </w:r>
    </w:p>
    <w:p w:rsidR="00456BCD" w:rsidRPr="008B7FC2" w:rsidRDefault="00456BCD" w:rsidP="00456BCD">
      <w:pPr>
        <w:autoSpaceDE w:val="0"/>
        <w:autoSpaceDN w:val="0"/>
        <w:spacing w:before="238" w:line="262" w:lineRule="auto"/>
        <w:ind w:left="240"/>
        <w:rPr>
          <w:lang w:val="ru-RU"/>
        </w:rPr>
      </w:pPr>
      <w:r w:rsidRPr="008B7FC2">
        <w:rPr>
          <w:color w:val="000000"/>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6BCD" w:rsidRPr="008B7FC2" w:rsidRDefault="00456BCD" w:rsidP="00456BCD">
      <w:pPr>
        <w:autoSpaceDE w:val="0"/>
        <w:autoSpaceDN w:val="0"/>
        <w:spacing w:before="238" w:line="262" w:lineRule="auto"/>
        <w:ind w:left="240" w:right="288"/>
        <w:rPr>
          <w:lang w:val="ru-RU"/>
        </w:rPr>
      </w:pPr>
      <w:r w:rsidRPr="008B7FC2">
        <w:rPr>
          <w:color w:val="000000"/>
          <w:lang w:val="ru-RU"/>
        </w:rPr>
        <w:t>—  оценивать надёжность биологической информации по критериям, предложенным учителем или сформулированным самостоятельно;</w:t>
      </w:r>
    </w:p>
    <w:p w:rsidR="00456BCD" w:rsidRPr="008B7FC2" w:rsidRDefault="00456BCD" w:rsidP="00456BCD">
      <w:pPr>
        <w:autoSpaceDE w:val="0"/>
        <w:autoSpaceDN w:val="0"/>
        <w:spacing w:before="238" w:line="230" w:lineRule="auto"/>
        <w:ind w:left="240"/>
        <w:rPr>
          <w:lang w:val="ru-RU"/>
        </w:rPr>
      </w:pPr>
      <w:r w:rsidRPr="008B7FC2">
        <w:rPr>
          <w:color w:val="000000"/>
          <w:lang w:val="ru-RU"/>
        </w:rPr>
        <w:t>—  запоминать и систематизировать биологическую информацию.</w:t>
      </w:r>
    </w:p>
    <w:p w:rsidR="00456BCD" w:rsidRPr="008B7FC2" w:rsidRDefault="00456BCD" w:rsidP="00456BCD">
      <w:pPr>
        <w:autoSpaceDE w:val="0"/>
        <w:autoSpaceDN w:val="0"/>
        <w:spacing w:before="298" w:line="230" w:lineRule="auto"/>
        <w:rPr>
          <w:lang w:val="ru-RU"/>
        </w:rPr>
      </w:pPr>
      <w:r w:rsidRPr="008B7FC2">
        <w:rPr>
          <w:b/>
          <w:color w:val="000000"/>
          <w:lang w:val="ru-RU"/>
        </w:rPr>
        <w:t>Универсальные коммуникативные действия</w:t>
      </w:r>
    </w:p>
    <w:p w:rsidR="00456BCD" w:rsidRPr="008B7FC2" w:rsidRDefault="00456BCD" w:rsidP="00456BCD">
      <w:pPr>
        <w:autoSpaceDE w:val="0"/>
        <w:autoSpaceDN w:val="0"/>
        <w:spacing w:before="190" w:line="230" w:lineRule="auto"/>
        <w:rPr>
          <w:lang w:val="ru-RU"/>
        </w:rPr>
      </w:pPr>
      <w:r w:rsidRPr="008B7FC2">
        <w:rPr>
          <w:b/>
          <w:i/>
          <w:color w:val="000000"/>
          <w:lang w:val="ru-RU"/>
        </w:rPr>
        <w:t>Общение</w:t>
      </w:r>
      <w:r w:rsidRPr="008B7FC2">
        <w:rPr>
          <w:color w:val="000000"/>
          <w:lang w:val="ru-RU"/>
        </w:rPr>
        <w:t>:</w:t>
      </w:r>
    </w:p>
    <w:p w:rsidR="00456BCD" w:rsidRPr="008B7FC2" w:rsidRDefault="00456BCD" w:rsidP="00456BCD">
      <w:pPr>
        <w:autoSpaceDE w:val="0"/>
        <w:autoSpaceDN w:val="0"/>
        <w:spacing w:before="178" w:line="262" w:lineRule="auto"/>
        <w:ind w:left="240" w:right="864"/>
        <w:rPr>
          <w:lang w:val="ru-RU"/>
        </w:rPr>
      </w:pPr>
      <w:r w:rsidRPr="008B7FC2">
        <w:rPr>
          <w:color w:val="000000"/>
          <w:lang w:val="ru-RU"/>
        </w:rPr>
        <w:t>—  воспринимать и формулировать суждения, выражать эмоции в процессе выполнения практических и лабораторных работ;</w:t>
      </w:r>
    </w:p>
    <w:p w:rsidR="00456BCD" w:rsidRPr="008B7FC2" w:rsidRDefault="00456BCD" w:rsidP="00456BCD">
      <w:pPr>
        <w:autoSpaceDE w:val="0"/>
        <w:autoSpaceDN w:val="0"/>
        <w:spacing w:before="238" w:line="230" w:lineRule="auto"/>
        <w:ind w:left="240"/>
        <w:rPr>
          <w:lang w:val="ru-RU"/>
        </w:rPr>
      </w:pPr>
      <w:r w:rsidRPr="008B7FC2">
        <w:rPr>
          <w:color w:val="000000"/>
          <w:lang w:val="ru-RU"/>
        </w:rPr>
        <w:t>—  выражать себя (свою точку зрения) в устных и письменных текстах;</w:t>
      </w:r>
    </w:p>
    <w:p w:rsidR="00456BCD" w:rsidRPr="008B7FC2" w:rsidRDefault="00456BCD" w:rsidP="00456BCD">
      <w:pPr>
        <w:autoSpaceDE w:val="0"/>
        <w:autoSpaceDN w:val="0"/>
        <w:spacing w:before="238" w:line="262" w:lineRule="auto"/>
        <w:ind w:left="240"/>
        <w:rPr>
          <w:lang w:val="ru-RU"/>
        </w:rPr>
      </w:pPr>
      <w:r w:rsidRPr="008B7FC2">
        <w:rPr>
          <w:color w:val="000000"/>
          <w:lang w:val="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56BCD" w:rsidRPr="008B7FC2" w:rsidRDefault="00456BCD" w:rsidP="00456BCD">
      <w:pPr>
        <w:autoSpaceDE w:val="0"/>
        <w:autoSpaceDN w:val="0"/>
        <w:spacing w:before="240" w:line="262" w:lineRule="auto"/>
        <w:ind w:left="240" w:right="1008"/>
        <w:rPr>
          <w:lang w:val="ru-RU"/>
        </w:rPr>
      </w:pPr>
      <w:r w:rsidRPr="008B7FC2">
        <w:rPr>
          <w:color w:val="000000"/>
          <w:lang w:val="ru-RU"/>
        </w:rPr>
        <w:t>—  понимать намерения других, проявлять уважительное отношение к собеседнику и в корректной форме формулировать свои возражения;</w:t>
      </w:r>
    </w:p>
    <w:p w:rsidR="00456BCD" w:rsidRPr="008B7FC2" w:rsidRDefault="00456BCD" w:rsidP="00456BCD">
      <w:pPr>
        <w:autoSpaceDE w:val="0"/>
        <w:autoSpaceDN w:val="0"/>
        <w:spacing w:before="238" w:line="271" w:lineRule="auto"/>
        <w:ind w:left="240" w:right="144"/>
        <w:rPr>
          <w:lang w:val="ru-RU"/>
        </w:rPr>
      </w:pPr>
      <w:r w:rsidRPr="008B7FC2">
        <w:rPr>
          <w:color w:val="000000"/>
          <w:lang w:val="ru-RU"/>
        </w:rP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56BCD" w:rsidRPr="008B7FC2" w:rsidRDefault="00456BCD" w:rsidP="00456BCD">
      <w:pPr>
        <w:autoSpaceDE w:val="0"/>
        <w:autoSpaceDN w:val="0"/>
        <w:spacing w:before="238" w:line="262" w:lineRule="auto"/>
        <w:ind w:left="240" w:right="864"/>
        <w:rPr>
          <w:lang w:val="ru-RU"/>
        </w:rPr>
      </w:pPr>
      <w:r w:rsidRPr="008B7FC2">
        <w:rPr>
          <w:color w:val="000000"/>
          <w:lang w:val="ru-RU"/>
        </w:rPr>
        <w:t>—  сопоставлять свои суждения с суждениями других участников диалога, обнаруживать различие и сходство позиций;</w:t>
      </w:r>
    </w:p>
    <w:p w:rsidR="00456BCD" w:rsidRPr="008B7FC2" w:rsidRDefault="00456BCD" w:rsidP="00456BCD">
      <w:pPr>
        <w:autoSpaceDE w:val="0"/>
        <w:autoSpaceDN w:val="0"/>
        <w:spacing w:before="238" w:line="262" w:lineRule="auto"/>
        <w:ind w:left="240" w:right="576"/>
        <w:rPr>
          <w:lang w:val="ru-RU"/>
        </w:rPr>
      </w:pPr>
      <w:r w:rsidRPr="008B7FC2">
        <w:rPr>
          <w:color w:val="000000"/>
          <w:lang w:val="ru-RU"/>
        </w:rPr>
        <w:t>—  публично представлять результаты выполненного биологического опыта (эксперимента, исследования, проекта);</w:t>
      </w:r>
    </w:p>
    <w:p w:rsidR="00456BCD" w:rsidRPr="008B7FC2" w:rsidRDefault="00456BCD" w:rsidP="00456BCD">
      <w:pPr>
        <w:autoSpaceDE w:val="0"/>
        <w:autoSpaceDN w:val="0"/>
        <w:spacing w:before="238" w:line="271" w:lineRule="auto"/>
        <w:ind w:left="240" w:right="288"/>
        <w:rPr>
          <w:lang w:val="ru-RU"/>
        </w:rPr>
      </w:pPr>
      <w:r w:rsidRPr="008B7FC2">
        <w:rPr>
          <w:color w:val="000000"/>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6BCD" w:rsidRPr="008B7FC2" w:rsidRDefault="00456BCD" w:rsidP="00456BCD">
      <w:pPr>
        <w:rPr>
          <w:lang w:val="ru-RU"/>
        </w:rPr>
        <w:sectPr w:rsidR="00456BCD" w:rsidRPr="008B7FC2">
          <w:pgSz w:w="11900" w:h="16840"/>
          <w:pgMar w:top="298" w:right="734" w:bottom="452" w:left="846" w:header="720" w:footer="720" w:gutter="0"/>
          <w:cols w:space="720" w:equalWidth="0">
            <w:col w:w="10320" w:space="0"/>
          </w:cols>
          <w:docGrid w:linePitch="360"/>
        </w:sectPr>
      </w:pPr>
    </w:p>
    <w:p w:rsidR="00456BCD" w:rsidRPr="008B7FC2" w:rsidRDefault="00456BCD" w:rsidP="00456BCD">
      <w:pPr>
        <w:autoSpaceDE w:val="0"/>
        <w:autoSpaceDN w:val="0"/>
        <w:spacing w:after="78" w:line="220" w:lineRule="exact"/>
        <w:rPr>
          <w:lang w:val="ru-RU"/>
        </w:rPr>
      </w:pPr>
    </w:p>
    <w:p w:rsidR="00456BCD" w:rsidRPr="008B7FC2" w:rsidRDefault="00456BCD" w:rsidP="00456BCD">
      <w:pPr>
        <w:autoSpaceDE w:val="0"/>
        <w:autoSpaceDN w:val="0"/>
        <w:spacing w:line="230" w:lineRule="auto"/>
        <w:rPr>
          <w:lang w:val="ru-RU"/>
        </w:rPr>
      </w:pPr>
      <w:r w:rsidRPr="008B7FC2">
        <w:rPr>
          <w:b/>
          <w:i/>
          <w:color w:val="000000"/>
          <w:lang w:val="ru-RU"/>
        </w:rPr>
        <w:t>Совместная деятельность (сотрудничество):</w:t>
      </w:r>
    </w:p>
    <w:p w:rsidR="00456BCD" w:rsidRPr="008B7FC2" w:rsidRDefault="00456BCD" w:rsidP="00456BCD">
      <w:pPr>
        <w:autoSpaceDE w:val="0"/>
        <w:autoSpaceDN w:val="0"/>
        <w:spacing w:before="178" w:line="262" w:lineRule="auto"/>
        <w:ind w:left="240" w:right="144"/>
        <w:rPr>
          <w:lang w:val="ru-RU"/>
        </w:rPr>
      </w:pPr>
      <w:r w:rsidRPr="008B7FC2">
        <w:rPr>
          <w:color w:val="000000"/>
          <w:lang w:val="ru-RU"/>
        </w:rPr>
        <w:t>—  понимать и использовать преимущества командной и индивидуальной работы при решении конкретной биологической</w:t>
      </w:r>
    </w:p>
    <w:p w:rsidR="00456BCD" w:rsidRPr="008B7FC2" w:rsidRDefault="00456BCD" w:rsidP="00456BCD">
      <w:pPr>
        <w:autoSpaceDE w:val="0"/>
        <w:autoSpaceDN w:val="0"/>
        <w:spacing w:before="238" w:line="262" w:lineRule="auto"/>
        <w:ind w:left="240" w:right="288"/>
        <w:rPr>
          <w:lang w:val="ru-RU"/>
        </w:rPr>
      </w:pPr>
      <w:r w:rsidRPr="008B7FC2">
        <w:rPr>
          <w:color w:val="000000"/>
          <w:lang w:val="ru-RU"/>
        </w:rPr>
        <w:t>—  проблемы, обосновывать необходимость применения групповых форм взаимодействия при решении поставленной учебной задачи;</w:t>
      </w:r>
    </w:p>
    <w:p w:rsidR="00456BCD" w:rsidRPr="008B7FC2" w:rsidRDefault="00456BCD" w:rsidP="00456BCD">
      <w:pPr>
        <w:autoSpaceDE w:val="0"/>
        <w:autoSpaceDN w:val="0"/>
        <w:spacing w:before="238"/>
        <w:ind w:left="240" w:right="144"/>
        <w:rPr>
          <w:lang w:val="ru-RU"/>
        </w:rPr>
      </w:pPr>
      <w:r w:rsidRPr="008B7FC2">
        <w:rPr>
          <w:color w:val="000000"/>
          <w:lang w:val="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8B7FC2">
        <w:rPr>
          <w:color w:val="000000"/>
          <w:lang w:val="ru-RU"/>
        </w:rPr>
        <w:t>нескольких</w:t>
      </w:r>
      <w:proofErr w:type="gramEnd"/>
      <w:r w:rsidRPr="008B7FC2">
        <w:rPr>
          <w:color w:val="000000"/>
          <w:lang w:val="ru-RU"/>
        </w:rPr>
        <w:t xml:space="preserve"> людей, проявлять готовность руководить, выполнять поручения, подчиняться;</w:t>
      </w:r>
    </w:p>
    <w:p w:rsidR="00456BCD" w:rsidRPr="008B7FC2" w:rsidRDefault="00456BCD" w:rsidP="00456BCD">
      <w:pPr>
        <w:autoSpaceDE w:val="0"/>
        <w:autoSpaceDN w:val="0"/>
        <w:spacing w:before="240"/>
        <w:ind w:left="240"/>
        <w:rPr>
          <w:lang w:val="ru-RU"/>
        </w:rPr>
      </w:pPr>
      <w:r w:rsidRPr="008B7FC2">
        <w:rPr>
          <w:color w:val="000000"/>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56BCD" w:rsidRPr="008B7FC2" w:rsidRDefault="00456BCD" w:rsidP="00456BCD">
      <w:pPr>
        <w:autoSpaceDE w:val="0"/>
        <w:autoSpaceDN w:val="0"/>
        <w:spacing w:before="238" w:line="262" w:lineRule="auto"/>
        <w:ind w:left="240" w:right="144"/>
        <w:rPr>
          <w:lang w:val="ru-RU"/>
        </w:rPr>
      </w:pPr>
      <w:r w:rsidRPr="008B7FC2">
        <w:rPr>
          <w:color w:val="000000"/>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56BCD" w:rsidRPr="008B7FC2" w:rsidRDefault="00456BCD" w:rsidP="00456BCD">
      <w:pPr>
        <w:autoSpaceDE w:val="0"/>
        <w:autoSpaceDN w:val="0"/>
        <w:spacing w:before="238"/>
        <w:ind w:left="240" w:right="144"/>
        <w:rPr>
          <w:lang w:val="ru-RU"/>
        </w:rPr>
      </w:pPr>
      <w:r w:rsidRPr="008B7FC2">
        <w:rPr>
          <w:color w:val="000000"/>
          <w:lang w:val="ru-RU"/>
        </w:rPr>
        <w:t xml:space="preserve">—  оценивать качество своего вклада в общий продукт по критериям, самостоятельно </w:t>
      </w:r>
      <w:r w:rsidRPr="008B7FC2">
        <w:rPr>
          <w:lang w:val="ru-RU"/>
        </w:rPr>
        <w:br/>
      </w:r>
      <w:r w:rsidRPr="008B7FC2">
        <w:rPr>
          <w:color w:val="000000"/>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6BCD" w:rsidRPr="008B7FC2" w:rsidRDefault="00456BCD" w:rsidP="00456BCD">
      <w:pPr>
        <w:autoSpaceDE w:val="0"/>
        <w:autoSpaceDN w:val="0"/>
        <w:spacing w:before="238" w:line="262" w:lineRule="auto"/>
        <w:ind w:left="240" w:right="864"/>
        <w:rPr>
          <w:lang w:val="ru-RU"/>
        </w:rPr>
      </w:pPr>
      <w:r w:rsidRPr="008B7FC2">
        <w:rPr>
          <w:color w:val="000000"/>
          <w:lang w:val="ru-RU"/>
        </w:rPr>
        <w:t xml:space="preserve">—  овладеть системой универсальных коммуникативных действий, которая обеспечивает </w:t>
      </w:r>
      <w:proofErr w:type="spellStart"/>
      <w:r w:rsidRPr="008B7FC2">
        <w:rPr>
          <w:color w:val="000000"/>
          <w:lang w:val="ru-RU"/>
        </w:rPr>
        <w:t>сформированность</w:t>
      </w:r>
      <w:proofErr w:type="spellEnd"/>
      <w:r w:rsidRPr="008B7FC2">
        <w:rPr>
          <w:color w:val="000000"/>
          <w:lang w:val="ru-RU"/>
        </w:rPr>
        <w:t xml:space="preserve"> социальных навыков и эмоционального интеллекта обучающихся.</w:t>
      </w:r>
    </w:p>
    <w:p w:rsidR="00456BCD" w:rsidRPr="008B7FC2" w:rsidRDefault="00456BCD" w:rsidP="00456BCD">
      <w:pPr>
        <w:autoSpaceDE w:val="0"/>
        <w:autoSpaceDN w:val="0"/>
        <w:spacing w:before="298" w:line="230" w:lineRule="auto"/>
        <w:rPr>
          <w:lang w:val="ru-RU"/>
        </w:rPr>
      </w:pPr>
      <w:r w:rsidRPr="008B7FC2">
        <w:rPr>
          <w:b/>
          <w:color w:val="000000"/>
          <w:lang w:val="ru-RU"/>
        </w:rPr>
        <w:t>Универсальные регулятивные действия</w:t>
      </w:r>
    </w:p>
    <w:p w:rsidR="00456BCD" w:rsidRPr="008B7FC2" w:rsidRDefault="00456BCD" w:rsidP="00456BCD">
      <w:pPr>
        <w:autoSpaceDE w:val="0"/>
        <w:autoSpaceDN w:val="0"/>
        <w:spacing w:before="190" w:line="230" w:lineRule="auto"/>
        <w:rPr>
          <w:lang w:val="ru-RU"/>
        </w:rPr>
      </w:pPr>
      <w:r w:rsidRPr="008B7FC2">
        <w:rPr>
          <w:b/>
          <w:i/>
          <w:color w:val="000000"/>
          <w:lang w:val="ru-RU"/>
        </w:rPr>
        <w:t>Самоорганизация:</w:t>
      </w:r>
    </w:p>
    <w:p w:rsidR="00456BCD" w:rsidRPr="008B7FC2" w:rsidRDefault="00456BCD" w:rsidP="00456BCD">
      <w:pPr>
        <w:autoSpaceDE w:val="0"/>
        <w:autoSpaceDN w:val="0"/>
        <w:spacing w:before="178" w:line="262" w:lineRule="auto"/>
        <w:ind w:left="240" w:right="1440"/>
        <w:rPr>
          <w:lang w:val="ru-RU"/>
        </w:rPr>
      </w:pPr>
      <w:r w:rsidRPr="008B7FC2">
        <w:rPr>
          <w:color w:val="000000"/>
          <w:lang w:val="ru-RU"/>
        </w:rPr>
        <w:t>—  выявлять проблемы для решения в жизненных и учебных ситуациях, используя биологические знания;</w:t>
      </w:r>
    </w:p>
    <w:p w:rsidR="00456BCD" w:rsidRPr="008B7FC2" w:rsidRDefault="00456BCD" w:rsidP="00456BCD">
      <w:pPr>
        <w:autoSpaceDE w:val="0"/>
        <w:autoSpaceDN w:val="0"/>
        <w:spacing w:before="238" w:line="262" w:lineRule="auto"/>
        <w:ind w:left="240" w:right="720"/>
        <w:rPr>
          <w:lang w:val="ru-RU"/>
        </w:rPr>
      </w:pPr>
      <w:r w:rsidRPr="008B7FC2">
        <w:rPr>
          <w:color w:val="000000"/>
          <w:lang w:val="ru-RU"/>
        </w:rPr>
        <w:t>—  ориентироваться в различных подходах принятия решений (индивидуальное, принятие решения в группе, принятие решений группой);</w:t>
      </w:r>
    </w:p>
    <w:p w:rsidR="00456BCD" w:rsidRPr="008B7FC2" w:rsidRDefault="00456BCD" w:rsidP="00456BCD">
      <w:pPr>
        <w:autoSpaceDE w:val="0"/>
        <w:autoSpaceDN w:val="0"/>
        <w:spacing w:before="240" w:line="271" w:lineRule="auto"/>
        <w:ind w:left="240" w:right="576"/>
        <w:rPr>
          <w:lang w:val="ru-RU"/>
        </w:rPr>
      </w:pPr>
      <w:r w:rsidRPr="008B7FC2">
        <w:rPr>
          <w:color w:val="000000"/>
          <w:lang w:val="ru-RU"/>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56BCD" w:rsidRPr="008B7FC2" w:rsidRDefault="00456BCD" w:rsidP="00456BCD">
      <w:pPr>
        <w:autoSpaceDE w:val="0"/>
        <w:autoSpaceDN w:val="0"/>
        <w:spacing w:before="238" w:line="271" w:lineRule="auto"/>
        <w:ind w:left="240" w:right="288"/>
        <w:rPr>
          <w:lang w:val="ru-RU"/>
        </w:rPr>
      </w:pPr>
      <w:r w:rsidRPr="008B7FC2">
        <w:rPr>
          <w:color w:val="000000"/>
          <w:lang w:val="ru-RU"/>
        </w:rPr>
        <w:t xml:space="preserve">—  составлять план действий (план реализации намеченного алгоритма решения), </w:t>
      </w:r>
      <w:r w:rsidRPr="008B7FC2">
        <w:rPr>
          <w:lang w:val="ru-RU"/>
        </w:rPr>
        <w:br/>
      </w:r>
      <w:r w:rsidRPr="008B7FC2">
        <w:rPr>
          <w:color w:val="000000"/>
          <w:lang w:val="ru-RU"/>
        </w:rPr>
        <w:t>корректировать предложенный алгоритм с учётом получения новых биологических знаний об изучаемом биологическом объекте;</w:t>
      </w:r>
    </w:p>
    <w:p w:rsidR="00456BCD" w:rsidRPr="008B7FC2" w:rsidRDefault="00456BCD" w:rsidP="00456BCD">
      <w:pPr>
        <w:autoSpaceDE w:val="0"/>
        <w:autoSpaceDN w:val="0"/>
        <w:spacing w:before="238" w:line="230" w:lineRule="auto"/>
        <w:ind w:left="240"/>
        <w:rPr>
          <w:lang w:val="ru-RU"/>
        </w:rPr>
      </w:pPr>
      <w:r w:rsidRPr="008B7FC2">
        <w:rPr>
          <w:color w:val="000000"/>
          <w:lang w:val="ru-RU"/>
        </w:rPr>
        <w:t>—  делать выбор и брать ответственность за решение.</w:t>
      </w:r>
    </w:p>
    <w:p w:rsidR="00456BCD" w:rsidRPr="008B7FC2" w:rsidRDefault="00456BCD" w:rsidP="00456BCD">
      <w:pPr>
        <w:autoSpaceDE w:val="0"/>
        <w:autoSpaceDN w:val="0"/>
        <w:spacing w:before="298" w:line="230" w:lineRule="auto"/>
        <w:rPr>
          <w:lang w:val="ru-RU"/>
        </w:rPr>
      </w:pPr>
      <w:r w:rsidRPr="008B7FC2">
        <w:rPr>
          <w:b/>
          <w:i/>
          <w:color w:val="000000"/>
          <w:lang w:val="ru-RU"/>
        </w:rPr>
        <w:t>Самоконтроль (рефлексия):</w:t>
      </w:r>
    </w:p>
    <w:p w:rsidR="00456BCD" w:rsidRPr="008B7FC2" w:rsidRDefault="00456BCD" w:rsidP="00456BCD">
      <w:pPr>
        <w:autoSpaceDE w:val="0"/>
        <w:autoSpaceDN w:val="0"/>
        <w:spacing w:before="178" w:line="230" w:lineRule="auto"/>
        <w:ind w:left="240"/>
        <w:rPr>
          <w:lang w:val="ru-RU"/>
        </w:rPr>
      </w:pPr>
      <w:r w:rsidRPr="008B7FC2">
        <w:rPr>
          <w:color w:val="000000"/>
          <w:lang w:val="ru-RU"/>
        </w:rPr>
        <w:t xml:space="preserve">—  владеть способами самоконтроля, </w:t>
      </w:r>
      <w:proofErr w:type="spellStart"/>
      <w:r w:rsidRPr="008B7FC2">
        <w:rPr>
          <w:color w:val="000000"/>
          <w:lang w:val="ru-RU"/>
        </w:rPr>
        <w:t>самомотивации</w:t>
      </w:r>
      <w:proofErr w:type="spellEnd"/>
      <w:r w:rsidRPr="008B7FC2">
        <w:rPr>
          <w:color w:val="000000"/>
          <w:lang w:val="ru-RU"/>
        </w:rPr>
        <w:t xml:space="preserve"> и рефлексии;</w:t>
      </w:r>
    </w:p>
    <w:p w:rsidR="00456BCD" w:rsidRPr="008B7FC2" w:rsidRDefault="00456BCD" w:rsidP="00456BCD">
      <w:pPr>
        <w:autoSpaceDE w:val="0"/>
        <w:autoSpaceDN w:val="0"/>
        <w:spacing w:before="238" w:line="230" w:lineRule="auto"/>
        <w:ind w:left="240"/>
        <w:rPr>
          <w:lang w:val="ru-RU"/>
        </w:rPr>
      </w:pPr>
      <w:r w:rsidRPr="008B7FC2">
        <w:rPr>
          <w:color w:val="000000"/>
          <w:lang w:val="ru-RU"/>
        </w:rPr>
        <w:t>—  давать адекватную оценку ситуации и предлагать план её изменения;</w:t>
      </w:r>
    </w:p>
    <w:p w:rsidR="00456BCD" w:rsidRPr="008B7FC2" w:rsidRDefault="00456BCD" w:rsidP="00456BCD">
      <w:pPr>
        <w:autoSpaceDE w:val="0"/>
        <w:autoSpaceDN w:val="0"/>
        <w:spacing w:before="238" w:line="230" w:lineRule="auto"/>
        <w:ind w:left="240"/>
        <w:rPr>
          <w:lang w:val="ru-RU"/>
        </w:rPr>
      </w:pPr>
      <w:r w:rsidRPr="008B7FC2">
        <w:rPr>
          <w:color w:val="000000"/>
          <w:lang w:val="ru-RU"/>
        </w:rPr>
        <w:t>—  учитывать контекст и предвидеть трудности, которые могут возникнуть при решении учебной</w:t>
      </w:r>
    </w:p>
    <w:p w:rsidR="00456BCD" w:rsidRPr="008B7FC2" w:rsidRDefault="00456BCD" w:rsidP="00456BCD">
      <w:pPr>
        <w:rPr>
          <w:lang w:val="ru-RU"/>
        </w:rPr>
        <w:sectPr w:rsidR="00456BCD" w:rsidRPr="008B7FC2">
          <w:pgSz w:w="11900" w:h="16840"/>
          <w:pgMar w:top="298" w:right="720" w:bottom="312" w:left="846" w:header="720" w:footer="720" w:gutter="0"/>
          <w:cols w:space="720" w:equalWidth="0">
            <w:col w:w="10334" w:space="0"/>
          </w:cols>
          <w:docGrid w:linePitch="360"/>
        </w:sectPr>
      </w:pPr>
    </w:p>
    <w:p w:rsidR="00456BCD" w:rsidRPr="008B7FC2" w:rsidRDefault="00456BCD" w:rsidP="00456BCD">
      <w:pPr>
        <w:autoSpaceDE w:val="0"/>
        <w:autoSpaceDN w:val="0"/>
        <w:spacing w:after="72" w:line="220" w:lineRule="exact"/>
        <w:rPr>
          <w:lang w:val="ru-RU"/>
        </w:rPr>
      </w:pPr>
    </w:p>
    <w:p w:rsidR="00456BCD" w:rsidRPr="008B7FC2" w:rsidRDefault="00456BCD" w:rsidP="00456BCD">
      <w:pPr>
        <w:autoSpaceDE w:val="0"/>
        <w:autoSpaceDN w:val="0"/>
        <w:spacing w:line="230" w:lineRule="auto"/>
        <w:ind w:left="420"/>
        <w:rPr>
          <w:lang w:val="ru-RU"/>
        </w:rPr>
      </w:pPr>
      <w:r w:rsidRPr="008B7FC2">
        <w:rPr>
          <w:color w:val="000000"/>
          <w:lang w:val="ru-RU"/>
        </w:rPr>
        <w:t>биологической задачи, адаптировать решение к меняющимся обстоятельствам;</w:t>
      </w:r>
    </w:p>
    <w:p w:rsidR="00456BCD" w:rsidRPr="008B7FC2" w:rsidRDefault="00456BCD" w:rsidP="00456BCD">
      <w:pPr>
        <w:autoSpaceDE w:val="0"/>
        <w:autoSpaceDN w:val="0"/>
        <w:spacing w:before="238" w:line="262" w:lineRule="auto"/>
        <w:ind w:left="420" w:right="432"/>
        <w:rPr>
          <w:lang w:val="ru-RU"/>
        </w:rPr>
      </w:pPr>
      <w:r w:rsidRPr="008B7FC2">
        <w:rPr>
          <w:color w:val="000000"/>
          <w:lang w:val="ru-RU"/>
        </w:rPr>
        <w:t>—  объяснять причины достижения (</w:t>
      </w:r>
      <w:proofErr w:type="spellStart"/>
      <w:r w:rsidRPr="008B7FC2">
        <w:rPr>
          <w:color w:val="000000"/>
          <w:lang w:val="ru-RU"/>
        </w:rPr>
        <w:t>недостижения</w:t>
      </w:r>
      <w:proofErr w:type="spellEnd"/>
      <w:r w:rsidRPr="008B7FC2">
        <w:rPr>
          <w:color w:val="000000"/>
          <w:lang w:val="ru-RU"/>
        </w:rPr>
        <w:t xml:space="preserve">) результатов деятельности, давать оценку приобретённому опыту, уметь находить </w:t>
      </w:r>
      <w:proofErr w:type="gramStart"/>
      <w:r w:rsidRPr="008B7FC2">
        <w:rPr>
          <w:color w:val="000000"/>
          <w:lang w:val="ru-RU"/>
        </w:rPr>
        <w:t>позитивное</w:t>
      </w:r>
      <w:proofErr w:type="gramEnd"/>
      <w:r w:rsidRPr="008B7FC2">
        <w:rPr>
          <w:color w:val="000000"/>
          <w:lang w:val="ru-RU"/>
        </w:rPr>
        <w:t xml:space="preserve"> в произошедшей ситуации;</w:t>
      </w:r>
    </w:p>
    <w:p w:rsidR="00456BCD" w:rsidRPr="008B7FC2" w:rsidRDefault="00456BCD" w:rsidP="00456BCD">
      <w:pPr>
        <w:autoSpaceDE w:val="0"/>
        <w:autoSpaceDN w:val="0"/>
        <w:spacing w:before="238" w:line="262" w:lineRule="auto"/>
        <w:ind w:left="420"/>
        <w:rPr>
          <w:lang w:val="ru-RU"/>
        </w:rPr>
      </w:pPr>
      <w:r w:rsidRPr="008B7FC2">
        <w:rPr>
          <w:color w:val="000000"/>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456BCD" w:rsidRPr="008B7FC2" w:rsidRDefault="00456BCD" w:rsidP="00456BCD">
      <w:pPr>
        <w:autoSpaceDE w:val="0"/>
        <w:autoSpaceDN w:val="0"/>
        <w:spacing w:before="238" w:line="230" w:lineRule="auto"/>
        <w:ind w:left="420"/>
        <w:rPr>
          <w:lang w:val="ru-RU"/>
        </w:rPr>
      </w:pPr>
      <w:r w:rsidRPr="008B7FC2">
        <w:rPr>
          <w:color w:val="000000"/>
          <w:lang w:val="ru-RU"/>
        </w:rPr>
        <w:t>—  оценивать соответствие результата цели и условиям.</w:t>
      </w:r>
    </w:p>
    <w:p w:rsidR="00456BCD" w:rsidRPr="008B7FC2" w:rsidRDefault="00456BCD" w:rsidP="00456BCD">
      <w:pPr>
        <w:autoSpaceDE w:val="0"/>
        <w:autoSpaceDN w:val="0"/>
        <w:spacing w:before="298" w:line="230" w:lineRule="auto"/>
        <w:ind w:left="180"/>
        <w:rPr>
          <w:lang w:val="ru-RU"/>
        </w:rPr>
      </w:pPr>
      <w:r w:rsidRPr="008B7FC2">
        <w:rPr>
          <w:b/>
          <w:i/>
          <w:color w:val="000000"/>
          <w:lang w:val="ru-RU"/>
        </w:rPr>
        <w:t>Эмоциональный интеллект:</w:t>
      </w:r>
    </w:p>
    <w:p w:rsidR="00456BCD" w:rsidRPr="008B7FC2" w:rsidRDefault="00456BCD" w:rsidP="00456BCD">
      <w:pPr>
        <w:autoSpaceDE w:val="0"/>
        <w:autoSpaceDN w:val="0"/>
        <w:spacing w:before="180" w:line="230" w:lineRule="auto"/>
        <w:ind w:left="420"/>
        <w:rPr>
          <w:lang w:val="ru-RU"/>
        </w:rPr>
      </w:pPr>
      <w:r w:rsidRPr="008B7FC2">
        <w:rPr>
          <w:color w:val="000000"/>
          <w:lang w:val="ru-RU"/>
        </w:rPr>
        <w:t>—  различать, называть и управлять собственными эмоциями и эмоциями других;</w:t>
      </w:r>
    </w:p>
    <w:p w:rsidR="00456BCD" w:rsidRPr="008B7FC2" w:rsidRDefault="00456BCD" w:rsidP="00456BCD">
      <w:pPr>
        <w:autoSpaceDE w:val="0"/>
        <w:autoSpaceDN w:val="0"/>
        <w:spacing w:before="240" w:line="230" w:lineRule="auto"/>
        <w:ind w:left="420"/>
        <w:rPr>
          <w:lang w:val="ru-RU"/>
        </w:rPr>
      </w:pPr>
      <w:r w:rsidRPr="008B7FC2">
        <w:rPr>
          <w:color w:val="000000"/>
          <w:lang w:val="ru-RU"/>
        </w:rPr>
        <w:t>—  выявлять и анализировать причины эмоций;</w:t>
      </w:r>
    </w:p>
    <w:p w:rsidR="00456BCD" w:rsidRPr="008B7FC2" w:rsidRDefault="00456BCD" w:rsidP="00456BCD">
      <w:pPr>
        <w:autoSpaceDE w:val="0"/>
        <w:autoSpaceDN w:val="0"/>
        <w:spacing w:before="238" w:line="230" w:lineRule="auto"/>
        <w:ind w:left="420"/>
        <w:rPr>
          <w:lang w:val="ru-RU"/>
        </w:rPr>
      </w:pPr>
      <w:r w:rsidRPr="008B7FC2">
        <w:rPr>
          <w:color w:val="000000"/>
          <w:lang w:val="ru-RU"/>
        </w:rPr>
        <w:t>—  ставить себя на место другого человека, понимать мотивы и намерения другого;</w:t>
      </w:r>
    </w:p>
    <w:p w:rsidR="00456BCD" w:rsidRPr="008B7FC2" w:rsidRDefault="00456BCD" w:rsidP="00456BCD">
      <w:pPr>
        <w:autoSpaceDE w:val="0"/>
        <w:autoSpaceDN w:val="0"/>
        <w:spacing w:before="238" w:line="230" w:lineRule="auto"/>
        <w:ind w:left="420"/>
        <w:rPr>
          <w:lang w:val="ru-RU"/>
        </w:rPr>
      </w:pPr>
      <w:r w:rsidRPr="008B7FC2">
        <w:rPr>
          <w:color w:val="000000"/>
          <w:lang w:val="ru-RU"/>
        </w:rPr>
        <w:t>—  регулировать способ выражения эмоций.</w:t>
      </w:r>
    </w:p>
    <w:p w:rsidR="00456BCD" w:rsidRPr="008B7FC2" w:rsidRDefault="00456BCD" w:rsidP="00456BCD">
      <w:pPr>
        <w:autoSpaceDE w:val="0"/>
        <w:autoSpaceDN w:val="0"/>
        <w:spacing w:before="298" w:line="230" w:lineRule="auto"/>
        <w:ind w:left="180"/>
        <w:rPr>
          <w:lang w:val="ru-RU"/>
        </w:rPr>
      </w:pPr>
      <w:r w:rsidRPr="008B7FC2">
        <w:rPr>
          <w:b/>
          <w:i/>
          <w:color w:val="000000"/>
          <w:lang w:val="ru-RU"/>
        </w:rPr>
        <w:t>Принятие себя и других:</w:t>
      </w:r>
    </w:p>
    <w:p w:rsidR="00456BCD" w:rsidRPr="008B7FC2" w:rsidRDefault="00456BCD" w:rsidP="00456BCD">
      <w:pPr>
        <w:autoSpaceDE w:val="0"/>
        <w:autoSpaceDN w:val="0"/>
        <w:spacing w:before="178" w:line="230" w:lineRule="auto"/>
        <w:ind w:left="420"/>
        <w:rPr>
          <w:lang w:val="ru-RU"/>
        </w:rPr>
      </w:pPr>
      <w:r w:rsidRPr="008B7FC2">
        <w:rPr>
          <w:color w:val="000000"/>
          <w:lang w:val="ru-RU"/>
        </w:rPr>
        <w:t>—  осознанно относиться к другому человеку, его мнению;</w:t>
      </w:r>
    </w:p>
    <w:p w:rsidR="00456BCD" w:rsidRPr="008B7FC2" w:rsidRDefault="00456BCD" w:rsidP="00456BCD">
      <w:pPr>
        <w:autoSpaceDE w:val="0"/>
        <w:autoSpaceDN w:val="0"/>
        <w:spacing w:before="238" w:line="230" w:lineRule="auto"/>
        <w:ind w:left="420"/>
        <w:rPr>
          <w:lang w:val="ru-RU"/>
        </w:rPr>
      </w:pPr>
      <w:r w:rsidRPr="008B7FC2">
        <w:rPr>
          <w:color w:val="000000"/>
          <w:lang w:val="ru-RU"/>
        </w:rPr>
        <w:t xml:space="preserve">—  признавать своё право на ошибку и такое же право </w:t>
      </w:r>
      <w:proofErr w:type="gramStart"/>
      <w:r w:rsidRPr="008B7FC2">
        <w:rPr>
          <w:color w:val="000000"/>
          <w:lang w:val="ru-RU"/>
        </w:rPr>
        <w:t>другого</w:t>
      </w:r>
      <w:proofErr w:type="gramEnd"/>
      <w:r w:rsidRPr="008B7FC2">
        <w:rPr>
          <w:color w:val="000000"/>
          <w:lang w:val="ru-RU"/>
        </w:rPr>
        <w:t>;</w:t>
      </w:r>
    </w:p>
    <w:p w:rsidR="00456BCD" w:rsidRPr="008B7FC2" w:rsidRDefault="00456BCD" w:rsidP="00456BCD">
      <w:pPr>
        <w:autoSpaceDE w:val="0"/>
        <w:autoSpaceDN w:val="0"/>
        <w:spacing w:before="238" w:line="230" w:lineRule="auto"/>
        <w:ind w:left="420"/>
        <w:rPr>
          <w:lang w:val="ru-RU"/>
        </w:rPr>
      </w:pPr>
      <w:r w:rsidRPr="008B7FC2">
        <w:rPr>
          <w:color w:val="000000"/>
          <w:lang w:val="ru-RU"/>
        </w:rPr>
        <w:t>—  открытость себе и другим;</w:t>
      </w:r>
    </w:p>
    <w:p w:rsidR="00456BCD" w:rsidRPr="008B7FC2" w:rsidRDefault="00456BCD" w:rsidP="00456BCD">
      <w:pPr>
        <w:autoSpaceDE w:val="0"/>
        <w:autoSpaceDN w:val="0"/>
        <w:spacing w:before="238" w:line="230" w:lineRule="auto"/>
        <w:ind w:left="420"/>
        <w:rPr>
          <w:lang w:val="ru-RU"/>
        </w:rPr>
      </w:pPr>
      <w:r w:rsidRPr="008B7FC2">
        <w:rPr>
          <w:color w:val="000000"/>
          <w:lang w:val="ru-RU"/>
        </w:rPr>
        <w:t>—  осознавать невозможность контролировать всё вокруг;</w:t>
      </w:r>
    </w:p>
    <w:p w:rsidR="00456BCD" w:rsidRPr="008B7FC2" w:rsidRDefault="00456BCD" w:rsidP="00456BCD">
      <w:pPr>
        <w:autoSpaceDE w:val="0"/>
        <w:autoSpaceDN w:val="0"/>
        <w:spacing w:before="238" w:line="271" w:lineRule="auto"/>
        <w:ind w:left="420" w:right="288"/>
        <w:rPr>
          <w:lang w:val="ru-RU"/>
        </w:rPr>
      </w:pPr>
      <w:r w:rsidRPr="008B7FC2">
        <w:rPr>
          <w:color w:val="000000"/>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56BCD" w:rsidRPr="008B7FC2" w:rsidRDefault="000142E9" w:rsidP="00456BCD">
      <w:pPr>
        <w:autoSpaceDE w:val="0"/>
        <w:autoSpaceDN w:val="0"/>
        <w:spacing w:before="322" w:line="230" w:lineRule="auto"/>
        <w:rPr>
          <w:lang w:val="ru-RU"/>
        </w:rPr>
      </w:pPr>
      <w:r>
        <w:rPr>
          <w:b/>
          <w:color w:val="000000"/>
          <w:lang w:val="ru-RU"/>
        </w:rPr>
        <w:t xml:space="preserve">                                           </w:t>
      </w:r>
      <w:r w:rsidR="00456BCD" w:rsidRPr="008B7FC2">
        <w:rPr>
          <w:b/>
          <w:color w:val="000000"/>
          <w:lang w:val="ru-RU"/>
        </w:rPr>
        <w:t>ПРЕДМЕТНЫЕ РЕЗУЛЬТАТЫ</w:t>
      </w:r>
    </w:p>
    <w:p w:rsidR="00456BCD" w:rsidRPr="008B7FC2" w:rsidRDefault="00456BCD" w:rsidP="00456BCD">
      <w:pPr>
        <w:autoSpaceDE w:val="0"/>
        <w:autoSpaceDN w:val="0"/>
        <w:spacing w:before="226" w:line="262" w:lineRule="auto"/>
        <w:ind w:left="420" w:right="1152"/>
        <w:rPr>
          <w:lang w:val="ru-RU"/>
        </w:rPr>
      </w:pPr>
      <w:r w:rsidRPr="008B7FC2">
        <w:rPr>
          <w:color w:val="000000"/>
          <w:lang w:val="ru-RU"/>
        </w:rPr>
        <w:t>—  характеризовать биологию как науку о живой природе; называть признаки живого, сравнивать объекты живой и неживой природы;</w:t>
      </w:r>
    </w:p>
    <w:p w:rsidR="00456BCD" w:rsidRPr="008B7FC2" w:rsidRDefault="00456BCD" w:rsidP="00456BCD">
      <w:pPr>
        <w:autoSpaceDE w:val="0"/>
        <w:autoSpaceDN w:val="0"/>
        <w:spacing w:before="240" w:line="262" w:lineRule="auto"/>
        <w:ind w:left="420" w:right="576"/>
        <w:rPr>
          <w:lang w:val="ru-RU"/>
        </w:rPr>
      </w:pPr>
      <w:r w:rsidRPr="008B7FC2">
        <w:rPr>
          <w:color w:val="000000"/>
          <w:lang w:val="ru-RU"/>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56BCD" w:rsidRPr="008B7FC2" w:rsidRDefault="00456BCD" w:rsidP="00456BCD">
      <w:pPr>
        <w:autoSpaceDE w:val="0"/>
        <w:autoSpaceDN w:val="0"/>
        <w:spacing w:before="240" w:line="262" w:lineRule="auto"/>
        <w:ind w:left="420" w:right="288"/>
        <w:rPr>
          <w:lang w:val="ru-RU"/>
        </w:rPr>
      </w:pPr>
      <w:r w:rsidRPr="008B7FC2">
        <w:rPr>
          <w:color w:val="000000"/>
          <w:lang w:val="ru-RU"/>
        </w:rP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56BCD" w:rsidRPr="008B7FC2" w:rsidRDefault="00456BCD" w:rsidP="00456BCD">
      <w:pPr>
        <w:autoSpaceDE w:val="0"/>
        <w:autoSpaceDN w:val="0"/>
        <w:spacing w:before="238" w:line="262" w:lineRule="auto"/>
        <w:ind w:left="420" w:right="144"/>
        <w:rPr>
          <w:lang w:val="ru-RU"/>
        </w:rPr>
      </w:pPr>
      <w:proofErr w:type="gramStart"/>
      <w:r w:rsidRPr="008B7FC2">
        <w:rPr>
          <w:color w:val="000000"/>
          <w:lang w:val="ru-RU"/>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456BCD" w:rsidRPr="008B7FC2" w:rsidRDefault="00456BCD" w:rsidP="00456BCD">
      <w:pPr>
        <w:autoSpaceDE w:val="0"/>
        <w:autoSpaceDN w:val="0"/>
        <w:spacing w:before="238" w:line="281" w:lineRule="auto"/>
        <w:ind w:left="420"/>
        <w:rPr>
          <w:lang w:val="ru-RU"/>
        </w:rPr>
      </w:pPr>
      <w:proofErr w:type="gramStart"/>
      <w:r w:rsidRPr="008B7FC2">
        <w:rPr>
          <w:color w:val="000000"/>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456BCD" w:rsidRPr="008B7FC2" w:rsidRDefault="00456BCD" w:rsidP="00456BCD">
      <w:pPr>
        <w:autoSpaceDE w:val="0"/>
        <w:autoSpaceDN w:val="0"/>
        <w:spacing w:before="238" w:line="271" w:lineRule="auto"/>
        <w:ind w:left="420" w:right="576"/>
        <w:rPr>
          <w:lang w:val="ru-RU"/>
        </w:rPr>
      </w:pPr>
      <w:r w:rsidRPr="008B7FC2">
        <w:rPr>
          <w:color w:val="000000"/>
          <w:lang w:val="ru-RU"/>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w:t>
      </w:r>
      <w:proofErr w:type="gramStart"/>
      <w:r w:rsidRPr="008B7FC2">
        <w:rPr>
          <w:color w:val="000000"/>
          <w:lang w:val="ru-RU"/>
        </w:rPr>
        <w:t>в</w:t>
      </w:r>
      <w:proofErr w:type="gramEnd"/>
      <w:r w:rsidRPr="008B7FC2">
        <w:rPr>
          <w:color w:val="000000"/>
          <w:lang w:val="ru-RU"/>
        </w:rPr>
        <w:t xml:space="preserve"> природном и</w:t>
      </w:r>
    </w:p>
    <w:p w:rsidR="00456BCD" w:rsidRPr="008B7FC2" w:rsidRDefault="00456BCD" w:rsidP="00456BCD">
      <w:pPr>
        <w:rPr>
          <w:lang w:val="ru-RU"/>
        </w:rPr>
        <w:sectPr w:rsidR="00456BCD" w:rsidRPr="008B7FC2">
          <w:pgSz w:w="11900" w:h="16840"/>
          <w:pgMar w:top="292" w:right="714" w:bottom="312" w:left="666" w:header="720" w:footer="720" w:gutter="0"/>
          <w:cols w:space="720" w:equalWidth="0">
            <w:col w:w="10520" w:space="0"/>
          </w:cols>
          <w:docGrid w:linePitch="360"/>
        </w:sectPr>
      </w:pPr>
    </w:p>
    <w:p w:rsidR="00456BCD" w:rsidRPr="008B7FC2" w:rsidRDefault="00456BCD" w:rsidP="00456BCD">
      <w:pPr>
        <w:autoSpaceDE w:val="0"/>
        <w:autoSpaceDN w:val="0"/>
        <w:spacing w:after="72" w:line="220" w:lineRule="exact"/>
        <w:rPr>
          <w:lang w:val="ru-RU"/>
        </w:rPr>
      </w:pPr>
    </w:p>
    <w:p w:rsidR="00456BCD" w:rsidRPr="008B7FC2" w:rsidRDefault="00456BCD" w:rsidP="00456BCD">
      <w:pPr>
        <w:autoSpaceDE w:val="0"/>
        <w:autoSpaceDN w:val="0"/>
        <w:spacing w:line="262" w:lineRule="auto"/>
        <w:ind w:right="144"/>
        <w:rPr>
          <w:lang w:val="ru-RU"/>
        </w:rPr>
      </w:pPr>
      <w:proofErr w:type="gramStart"/>
      <w:r w:rsidRPr="008B7FC2">
        <w:rPr>
          <w:color w:val="000000"/>
          <w:lang w:val="ru-RU"/>
        </w:rPr>
        <w:t>искусственном</w:t>
      </w:r>
      <w:proofErr w:type="gramEnd"/>
      <w:r w:rsidRPr="008B7FC2">
        <w:rPr>
          <w:color w:val="000000"/>
          <w:lang w:val="ru-RU"/>
        </w:rPr>
        <w:t xml:space="preserve"> сообществах; представителей флоры и фауны природных зон Земли; ландшафты природные и культурные;</w:t>
      </w:r>
    </w:p>
    <w:p w:rsidR="00456BCD" w:rsidRPr="008B7FC2" w:rsidRDefault="00456BCD" w:rsidP="00456BCD">
      <w:pPr>
        <w:autoSpaceDE w:val="0"/>
        <w:autoSpaceDN w:val="0"/>
        <w:spacing w:before="238"/>
        <w:ind w:right="144"/>
        <w:rPr>
          <w:lang w:val="ru-RU"/>
        </w:rPr>
      </w:pPr>
      <w:r w:rsidRPr="008B7FC2">
        <w:rPr>
          <w:color w:val="000000"/>
          <w:lang w:val="ru-RU"/>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56BCD" w:rsidRPr="008B7FC2" w:rsidRDefault="00456BCD" w:rsidP="00456BCD">
      <w:pPr>
        <w:autoSpaceDE w:val="0"/>
        <w:autoSpaceDN w:val="0"/>
        <w:spacing w:before="238" w:line="262" w:lineRule="auto"/>
        <w:ind w:right="1440"/>
        <w:rPr>
          <w:lang w:val="ru-RU"/>
        </w:rPr>
      </w:pPr>
      <w:r w:rsidRPr="008B7FC2">
        <w:rPr>
          <w:color w:val="000000"/>
          <w:lang w:val="ru-RU"/>
        </w:rPr>
        <w:t xml:space="preserve">—  раскрывать понятие о среде обитания (водной, наземно-воздушной, почвенной, </w:t>
      </w:r>
      <w:proofErr w:type="spellStart"/>
      <w:r w:rsidRPr="008B7FC2">
        <w:rPr>
          <w:color w:val="000000"/>
          <w:lang w:val="ru-RU"/>
        </w:rPr>
        <w:t>внутриорганизменной</w:t>
      </w:r>
      <w:proofErr w:type="spellEnd"/>
      <w:r w:rsidRPr="008B7FC2">
        <w:rPr>
          <w:color w:val="000000"/>
          <w:lang w:val="ru-RU"/>
        </w:rPr>
        <w:t>), условиях среды обитания;</w:t>
      </w:r>
    </w:p>
    <w:p w:rsidR="00456BCD" w:rsidRPr="008B7FC2" w:rsidRDefault="00456BCD" w:rsidP="00456BCD">
      <w:pPr>
        <w:autoSpaceDE w:val="0"/>
        <w:autoSpaceDN w:val="0"/>
        <w:spacing w:before="240" w:line="262" w:lineRule="auto"/>
        <w:ind w:right="432"/>
        <w:rPr>
          <w:lang w:val="ru-RU"/>
        </w:rPr>
      </w:pPr>
      <w:r w:rsidRPr="008B7FC2">
        <w:rPr>
          <w:color w:val="000000"/>
          <w:lang w:val="ru-RU"/>
        </w:rPr>
        <w:t>—  приводить примеры, характеризующие приспособленность организмов к среде обитания, взаимосвязи организмов в сообществах;</w:t>
      </w:r>
    </w:p>
    <w:p w:rsidR="00456BCD" w:rsidRPr="008B7FC2" w:rsidRDefault="00456BCD" w:rsidP="00456BCD">
      <w:pPr>
        <w:autoSpaceDE w:val="0"/>
        <w:autoSpaceDN w:val="0"/>
        <w:spacing w:before="240" w:line="230" w:lineRule="auto"/>
        <w:rPr>
          <w:lang w:val="ru-RU"/>
        </w:rPr>
      </w:pPr>
      <w:r w:rsidRPr="008B7FC2">
        <w:rPr>
          <w:color w:val="000000"/>
          <w:lang w:val="ru-RU"/>
        </w:rPr>
        <w:t>—  выделять отличительные признаки природных и искусственных сообществ;</w:t>
      </w:r>
    </w:p>
    <w:p w:rsidR="00456BCD" w:rsidRPr="008B7FC2" w:rsidRDefault="00456BCD" w:rsidP="00456BCD">
      <w:pPr>
        <w:autoSpaceDE w:val="0"/>
        <w:autoSpaceDN w:val="0"/>
        <w:spacing w:before="238" w:line="262" w:lineRule="auto"/>
        <w:ind w:right="144"/>
        <w:rPr>
          <w:lang w:val="ru-RU"/>
        </w:rPr>
      </w:pPr>
      <w:r w:rsidRPr="008B7FC2">
        <w:rPr>
          <w:color w:val="000000"/>
          <w:lang w:val="ru-RU"/>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56BCD" w:rsidRPr="008B7FC2" w:rsidRDefault="00456BCD" w:rsidP="00456BCD">
      <w:pPr>
        <w:autoSpaceDE w:val="0"/>
        <w:autoSpaceDN w:val="0"/>
        <w:spacing w:before="238" w:line="230" w:lineRule="auto"/>
        <w:rPr>
          <w:lang w:val="ru-RU"/>
        </w:rPr>
      </w:pPr>
      <w:r w:rsidRPr="008B7FC2">
        <w:rPr>
          <w:color w:val="000000"/>
          <w:lang w:val="ru-RU"/>
        </w:rPr>
        <w:t>—  раскрывать роль биологии в практической деятельности человека;</w:t>
      </w:r>
    </w:p>
    <w:p w:rsidR="00456BCD" w:rsidRPr="008B7FC2" w:rsidRDefault="00456BCD" w:rsidP="00456BCD">
      <w:pPr>
        <w:autoSpaceDE w:val="0"/>
        <w:autoSpaceDN w:val="0"/>
        <w:spacing w:before="238" w:line="262" w:lineRule="auto"/>
        <w:ind w:right="1152"/>
        <w:rPr>
          <w:lang w:val="ru-RU"/>
        </w:rPr>
      </w:pPr>
      <w:r w:rsidRPr="008B7FC2">
        <w:rPr>
          <w:color w:val="000000"/>
          <w:lang w:val="ru-RU"/>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56BCD" w:rsidRPr="008B7FC2" w:rsidRDefault="00456BCD" w:rsidP="00456BCD">
      <w:pPr>
        <w:autoSpaceDE w:val="0"/>
        <w:autoSpaceDN w:val="0"/>
        <w:spacing w:before="238" w:line="271" w:lineRule="auto"/>
        <w:ind w:right="432"/>
        <w:rPr>
          <w:lang w:val="ru-RU"/>
        </w:rPr>
      </w:pPr>
      <w:r w:rsidRPr="008B7FC2">
        <w:rPr>
          <w:color w:val="000000"/>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56BCD" w:rsidRPr="008B7FC2" w:rsidRDefault="00456BCD" w:rsidP="00456BCD">
      <w:pPr>
        <w:autoSpaceDE w:val="0"/>
        <w:autoSpaceDN w:val="0"/>
        <w:spacing w:before="238" w:line="271" w:lineRule="auto"/>
        <w:ind w:right="288"/>
        <w:rPr>
          <w:lang w:val="ru-RU"/>
        </w:rPr>
      </w:pPr>
      <w:r w:rsidRPr="008B7FC2">
        <w:rPr>
          <w:color w:val="000000"/>
          <w:lang w:val="ru-RU"/>
        </w:rPr>
        <w:t xml:space="preserve">—  применять методы биологии (наблюдение, описание, классификация, измерение, </w:t>
      </w:r>
      <w:r w:rsidRPr="008B7FC2">
        <w:rPr>
          <w:lang w:val="ru-RU"/>
        </w:rPr>
        <w:br/>
      </w:r>
      <w:r w:rsidRPr="008B7FC2">
        <w:rPr>
          <w:color w:val="000000"/>
          <w:lang w:val="ru-RU"/>
        </w:rPr>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56BCD" w:rsidRPr="008B7FC2" w:rsidRDefault="00456BCD" w:rsidP="00456BCD">
      <w:pPr>
        <w:autoSpaceDE w:val="0"/>
        <w:autoSpaceDN w:val="0"/>
        <w:spacing w:before="238" w:line="262" w:lineRule="auto"/>
        <w:rPr>
          <w:lang w:val="ru-RU"/>
        </w:rPr>
      </w:pPr>
      <w:r w:rsidRPr="008B7FC2">
        <w:rPr>
          <w:color w:val="000000"/>
          <w:lang w:val="ru-RU"/>
        </w:rPr>
        <w:t>—  владеть приёмами работы с лупой, световым и цифровым микроскопами при рассматривании биологических объектов;</w:t>
      </w:r>
    </w:p>
    <w:p w:rsidR="00456BCD" w:rsidRPr="008B7FC2" w:rsidRDefault="00456BCD" w:rsidP="00456BCD">
      <w:pPr>
        <w:autoSpaceDE w:val="0"/>
        <w:autoSpaceDN w:val="0"/>
        <w:spacing w:before="238" w:line="262" w:lineRule="auto"/>
        <w:rPr>
          <w:lang w:val="ru-RU"/>
        </w:rPr>
      </w:pPr>
      <w:r w:rsidRPr="008B7FC2">
        <w:rPr>
          <w:color w:val="000000"/>
          <w:lang w:val="ru-RU"/>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56BCD" w:rsidRPr="008B7FC2" w:rsidRDefault="00456BCD" w:rsidP="00456BCD">
      <w:pPr>
        <w:autoSpaceDE w:val="0"/>
        <w:autoSpaceDN w:val="0"/>
        <w:spacing w:before="240" w:line="262" w:lineRule="auto"/>
        <w:rPr>
          <w:lang w:val="ru-RU"/>
        </w:rPr>
      </w:pPr>
      <w:r w:rsidRPr="008B7FC2">
        <w:rPr>
          <w:color w:val="000000"/>
          <w:lang w:val="ru-RU"/>
        </w:rPr>
        <w:t>—  использовать при выполнении учебных заданий научно-популярную литературу по биологии, справочные материалы, ресурсы Интернета;</w:t>
      </w:r>
    </w:p>
    <w:p w:rsidR="00456BCD" w:rsidRPr="008B7FC2" w:rsidRDefault="00456BCD" w:rsidP="00456BCD">
      <w:pPr>
        <w:autoSpaceDE w:val="0"/>
        <w:autoSpaceDN w:val="0"/>
        <w:spacing w:before="238" w:line="262" w:lineRule="auto"/>
        <w:ind w:right="864"/>
        <w:rPr>
          <w:lang w:val="ru-RU"/>
        </w:rPr>
      </w:pPr>
      <w:r w:rsidRPr="008B7FC2">
        <w:rPr>
          <w:color w:val="000000"/>
          <w:lang w:val="ru-RU"/>
        </w:rPr>
        <w:t>—  создавать письменные и устные сообщения, грамотно используя понятийный аппарат изучаемого раздела биологии.</w:t>
      </w:r>
    </w:p>
    <w:p w:rsidR="00456BCD" w:rsidRPr="008B7FC2" w:rsidRDefault="00456BCD" w:rsidP="00456BCD">
      <w:pPr>
        <w:rPr>
          <w:lang w:val="ru-RU"/>
        </w:rPr>
        <w:sectPr w:rsidR="00456BCD" w:rsidRPr="008B7FC2">
          <w:pgSz w:w="11900" w:h="16840"/>
          <w:pgMar w:top="292" w:right="754" w:bottom="1440" w:left="1086" w:header="720" w:footer="720" w:gutter="0"/>
          <w:cols w:space="720" w:equalWidth="0">
            <w:col w:w="10059" w:space="0"/>
          </w:cols>
          <w:docGrid w:linePitch="360"/>
        </w:sectPr>
      </w:pPr>
    </w:p>
    <w:p w:rsidR="00456BCD" w:rsidRPr="008B7FC2" w:rsidRDefault="00456BCD" w:rsidP="00456BCD">
      <w:pPr>
        <w:autoSpaceDE w:val="0"/>
        <w:autoSpaceDN w:val="0"/>
        <w:spacing w:after="64" w:line="220" w:lineRule="exact"/>
        <w:rPr>
          <w:lang w:val="ru-RU"/>
        </w:rPr>
      </w:pPr>
    </w:p>
    <w:p w:rsidR="00456BCD" w:rsidRDefault="00456BCD" w:rsidP="00456BCD">
      <w:pPr>
        <w:autoSpaceDE w:val="0"/>
        <w:autoSpaceDN w:val="0"/>
        <w:spacing w:after="258" w:line="233" w:lineRule="auto"/>
      </w:pPr>
      <w:r>
        <w:rPr>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384"/>
        <w:gridCol w:w="2558"/>
        <w:gridCol w:w="528"/>
        <w:gridCol w:w="1104"/>
        <w:gridCol w:w="1142"/>
        <w:gridCol w:w="864"/>
        <w:gridCol w:w="4838"/>
        <w:gridCol w:w="1502"/>
        <w:gridCol w:w="2582"/>
      </w:tblGrid>
      <w:tr w:rsidR="00456BCD" w:rsidTr="004C706A">
        <w:trPr>
          <w:trHeight w:hRule="exact" w:val="348"/>
        </w:trPr>
        <w:tc>
          <w:tcPr>
            <w:tcW w:w="3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jc w:val="center"/>
            </w:pPr>
            <w:r>
              <w:rPr>
                <w:b/>
                <w:color w:val="000000"/>
                <w:w w:val="97"/>
                <w:sz w:val="16"/>
              </w:rPr>
              <w:t>№</w:t>
            </w:r>
            <w:r>
              <w:br/>
            </w:r>
            <w:r>
              <w:rPr>
                <w:b/>
                <w:color w:val="000000"/>
                <w:w w:val="97"/>
                <w:sz w:val="16"/>
              </w:rPr>
              <w:t>п/п</w:t>
            </w:r>
          </w:p>
        </w:tc>
        <w:tc>
          <w:tcPr>
            <w:tcW w:w="25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45" w:lineRule="auto"/>
              <w:ind w:left="72" w:right="288"/>
              <w:rPr>
                <w:lang w:val="ru-RU"/>
              </w:rPr>
            </w:pPr>
            <w:r w:rsidRPr="008B7FC2">
              <w:rPr>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proofErr w:type="spellStart"/>
            <w:r>
              <w:rPr>
                <w:b/>
                <w:color w:val="000000"/>
                <w:w w:val="97"/>
                <w:sz w:val="16"/>
              </w:rPr>
              <w:t>Количество</w:t>
            </w:r>
            <w:proofErr w:type="spellEnd"/>
            <w:r>
              <w:rPr>
                <w:b/>
                <w:color w:val="000000"/>
                <w:w w:val="97"/>
                <w:sz w:val="16"/>
              </w:rPr>
              <w:t xml:space="preserve"> </w:t>
            </w:r>
            <w:proofErr w:type="spellStart"/>
            <w:r>
              <w:rPr>
                <w:b/>
                <w:color w:val="000000"/>
                <w:w w:val="97"/>
                <w:sz w:val="16"/>
              </w:rPr>
              <w:t>часов</w:t>
            </w:r>
            <w:proofErr w:type="spellEnd"/>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ind w:left="72"/>
            </w:pPr>
            <w:proofErr w:type="spellStart"/>
            <w:r>
              <w:rPr>
                <w:b/>
                <w:color w:val="000000"/>
                <w:w w:val="97"/>
                <w:sz w:val="16"/>
              </w:rPr>
              <w:t>Дата</w:t>
            </w:r>
            <w:proofErr w:type="spellEnd"/>
            <w:r>
              <w:rPr>
                <w:b/>
                <w:color w:val="000000"/>
                <w:w w:val="97"/>
                <w:sz w:val="16"/>
              </w:rPr>
              <w:t xml:space="preserve"> </w:t>
            </w:r>
            <w:r>
              <w:br/>
            </w:r>
            <w:proofErr w:type="spellStart"/>
            <w:r>
              <w:rPr>
                <w:b/>
                <w:color w:val="000000"/>
                <w:w w:val="97"/>
                <w:sz w:val="16"/>
              </w:rPr>
              <w:t>изучения</w:t>
            </w:r>
            <w:proofErr w:type="spellEnd"/>
          </w:p>
        </w:tc>
        <w:tc>
          <w:tcPr>
            <w:tcW w:w="48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proofErr w:type="spellStart"/>
            <w:r>
              <w:rPr>
                <w:b/>
                <w:color w:val="000000"/>
                <w:w w:val="97"/>
                <w:sz w:val="16"/>
              </w:rPr>
              <w:t>Виды</w:t>
            </w:r>
            <w:proofErr w:type="spellEnd"/>
            <w:r>
              <w:rPr>
                <w:b/>
                <w:color w:val="000000"/>
                <w:w w:val="97"/>
                <w:sz w:val="16"/>
              </w:rPr>
              <w:t xml:space="preserve"> </w:t>
            </w:r>
            <w:proofErr w:type="spellStart"/>
            <w:r>
              <w:rPr>
                <w:b/>
                <w:color w:val="000000"/>
                <w:w w:val="97"/>
                <w:sz w:val="16"/>
              </w:rPr>
              <w:t>деятельности</w:t>
            </w:r>
            <w:proofErr w:type="spellEnd"/>
          </w:p>
        </w:tc>
        <w:tc>
          <w:tcPr>
            <w:tcW w:w="150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ind w:left="72" w:right="432"/>
            </w:pPr>
            <w:proofErr w:type="spellStart"/>
            <w:r>
              <w:rPr>
                <w:b/>
                <w:color w:val="000000"/>
                <w:w w:val="97"/>
                <w:sz w:val="16"/>
              </w:rPr>
              <w:t>Виды</w:t>
            </w:r>
            <w:proofErr w:type="spellEnd"/>
            <w:r>
              <w:rPr>
                <w:b/>
                <w:color w:val="000000"/>
                <w:w w:val="97"/>
                <w:sz w:val="16"/>
              </w:rPr>
              <w:t xml:space="preserve">, </w:t>
            </w:r>
            <w:proofErr w:type="spellStart"/>
            <w:r>
              <w:rPr>
                <w:b/>
                <w:color w:val="000000"/>
                <w:w w:val="97"/>
                <w:sz w:val="16"/>
              </w:rPr>
              <w:t>формы</w:t>
            </w:r>
            <w:proofErr w:type="spellEnd"/>
            <w:r>
              <w:rPr>
                <w:b/>
                <w:color w:val="000000"/>
                <w:w w:val="97"/>
                <w:sz w:val="16"/>
              </w:rPr>
              <w:t xml:space="preserve"> </w:t>
            </w:r>
            <w:proofErr w:type="spellStart"/>
            <w:r>
              <w:rPr>
                <w:b/>
                <w:color w:val="000000"/>
                <w:w w:val="97"/>
                <w:sz w:val="16"/>
              </w:rPr>
              <w:t>контроля</w:t>
            </w:r>
            <w:proofErr w:type="spellEnd"/>
          </w:p>
        </w:tc>
        <w:tc>
          <w:tcPr>
            <w:tcW w:w="25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ind w:left="72" w:right="576"/>
            </w:pPr>
            <w:proofErr w:type="spellStart"/>
            <w:r>
              <w:rPr>
                <w:b/>
                <w:color w:val="000000"/>
                <w:w w:val="97"/>
                <w:sz w:val="16"/>
              </w:rPr>
              <w:t>Электронные</w:t>
            </w:r>
            <w:proofErr w:type="spellEnd"/>
            <w:r>
              <w:rPr>
                <w:b/>
                <w:color w:val="000000"/>
                <w:w w:val="97"/>
                <w:sz w:val="16"/>
              </w:rPr>
              <w:t xml:space="preserve"> (</w:t>
            </w:r>
            <w:proofErr w:type="spellStart"/>
            <w:r>
              <w:rPr>
                <w:b/>
                <w:color w:val="000000"/>
                <w:w w:val="97"/>
                <w:sz w:val="16"/>
              </w:rPr>
              <w:t>цифровые</w:t>
            </w:r>
            <w:proofErr w:type="spellEnd"/>
            <w:r>
              <w:rPr>
                <w:b/>
                <w:color w:val="000000"/>
                <w:w w:val="97"/>
                <w:sz w:val="16"/>
              </w:rPr>
              <w:t xml:space="preserve">) </w:t>
            </w:r>
            <w:proofErr w:type="spellStart"/>
            <w:r>
              <w:rPr>
                <w:b/>
                <w:color w:val="000000"/>
                <w:w w:val="97"/>
                <w:sz w:val="16"/>
              </w:rPr>
              <w:t>образовательные</w:t>
            </w:r>
            <w:proofErr w:type="spellEnd"/>
            <w:r>
              <w:rPr>
                <w:b/>
                <w:color w:val="000000"/>
                <w:w w:val="97"/>
                <w:sz w:val="16"/>
              </w:rPr>
              <w:t xml:space="preserve"> </w:t>
            </w:r>
            <w:proofErr w:type="spellStart"/>
            <w:r>
              <w:rPr>
                <w:b/>
                <w:color w:val="000000"/>
                <w:w w:val="97"/>
                <w:sz w:val="16"/>
              </w:rPr>
              <w:t>ресурсы</w:t>
            </w:r>
            <w:proofErr w:type="spellEnd"/>
          </w:p>
        </w:tc>
      </w:tr>
      <w:tr w:rsidR="00456BCD" w:rsidTr="004C706A">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1726"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jc w:val="center"/>
            </w:pPr>
            <w:proofErr w:type="spellStart"/>
            <w:r>
              <w:rPr>
                <w:b/>
                <w:color w:val="000000"/>
                <w:w w:val="97"/>
                <w:sz w:val="16"/>
              </w:rPr>
              <w:t>всего</w:t>
            </w:r>
            <w:proofErr w:type="spellEnd"/>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ind w:left="72"/>
            </w:pPr>
            <w:proofErr w:type="spellStart"/>
            <w:r>
              <w:rPr>
                <w:b/>
                <w:color w:val="000000"/>
                <w:w w:val="97"/>
                <w:sz w:val="16"/>
              </w:rPr>
              <w:t>контрольные</w:t>
            </w:r>
            <w:proofErr w:type="spellEnd"/>
            <w:r>
              <w:rPr>
                <w:b/>
                <w:color w:val="000000"/>
                <w:w w:val="97"/>
                <w:sz w:val="16"/>
              </w:rPr>
              <w:t xml:space="preserve"> </w:t>
            </w:r>
            <w:proofErr w:type="spellStart"/>
            <w:r>
              <w:rPr>
                <w:b/>
                <w:color w:val="000000"/>
                <w:w w:val="97"/>
                <w:sz w:val="16"/>
              </w:rPr>
              <w:t>работы</w:t>
            </w:r>
            <w:proofErr w:type="spellEnd"/>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ind w:left="72"/>
            </w:pPr>
            <w:proofErr w:type="spellStart"/>
            <w:r>
              <w:rPr>
                <w:b/>
                <w:color w:val="000000"/>
                <w:w w:val="97"/>
                <w:sz w:val="16"/>
              </w:rPr>
              <w:t>практические</w:t>
            </w:r>
            <w:proofErr w:type="spellEnd"/>
            <w:r>
              <w:rPr>
                <w:b/>
                <w:color w:val="000000"/>
                <w:w w:val="97"/>
                <w:sz w:val="16"/>
              </w:rPr>
              <w:t xml:space="preserve"> </w:t>
            </w:r>
            <w:proofErr w:type="spellStart"/>
            <w:r>
              <w:rPr>
                <w:b/>
                <w:color w:val="000000"/>
                <w:w w:val="97"/>
                <w:sz w:val="16"/>
              </w:rPr>
              <w:t>работы</w:t>
            </w:r>
            <w:proofErr w:type="spellEnd"/>
          </w:p>
        </w:tc>
        <w:tc>
          <w:tcPr>
            <w:tcW w:w="1726"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1726"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1726"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1726"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r>
      <w:tr w:rsidR="00456BCD" w:rsidTr="004C706A">
        <w:trPr>
          <w:trHeight w:hRule="exact" w:val="926"/>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1.</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30" w:lineRule="auto"/>
              <w:jc w:val="center"/>
              <w:rPr>
                <w:lang w:val="ru-RU"/>
              </w:rPr>
            </w:pPr>
            <w:r w:rsidRPr="008B7FC2">
              <w:rPr>
                <w:color w:val="000000"/>
                <w:w w:val="97"/>
                <w:sz w:val="16"/>
                <w:lang w:val="ru-RU"/>
              </w:rPr>
              <w:t>Биология — наука о живой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jc w:val="center"/>
            </w:pPr>
            <w:r>
              <w:rPr>
                <w:color w:val="000000"/>
                <w:w w:val="97"/>
                <w:sz w:val="16"/>
              </w:rPr>
              <w:t>02.09.2022 23.09.2022</w:t>
            </w:r>
          </w:p>
        </w:tc>
        <w:tc>
          <w:tcPr>
            <w:tcW w:w="483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47" w:lineRule="auto"/>
              <w:ind w:left="72" w:right="576"/>
              <w:rPr>
                <w:lang w:val="ru-RU"/>
              </w:rPr>
            </w:pPr>
            <w:r w:rsidRPr="008B7FC2">
              <w:rPr>
                <w:color w:val="000000"/>
                <w:w w:val="97"/>
                <w:sz w:val="16"/>
                <w:lang w:val="ru-RU"/>
              </w:rPr>
              <w:t>Ознакомление с объектами изучения биологии, её разделами; Применение биологических терминов и понятий: живые тела, биология, экология, цитология, анатомия, физиология и др.;</w:t>
            </w:r>
          </w:p>
        </w:tc>
        <w:tc>
          <w:tcPr>
            <w:tcW w:w="150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7" w:lineRule="auto"/>
              <w:ind w:left="72" w:right="288"/>
            </w:pPr>
            <w:proofErr w:type="spellStart"/>
            <w:r>
              <w:rPr>
                <w:color w:val="000000"/>
                <w:w w:val="97"/>
                <w:sz w:val="16"/>
              </w:rPr>
              <w:t>Письменный</w:t>
            </w:r>
            <w:proofErr w:type="spellEnd"/>
            <w:r>
              <w:rPr>
                <w:color w:val="000000"/>
                <w:w w:val="97"/>
                <w:sz w:val="16"/>
              </w:rPr>
              <w:t xml:space="preserve"> </w:t>
            </w:r>
            <w:r>
              <w:br/>
            </w:r>
            <w:proofErr w:type="spellStart"/>
            <w:r>
              <w:rPr>
                <w:color w:val="000000"/>
                <w:w w:val="97"/>
                <w:sz w:val="16"/>
              </w:rPr>
              <w:t>контроль</w:t>
            </w:r>
            <w:proofErr w:type="spellEnd"/>
            <w:r>
              <w:rPr>
                <w:color w:val="000000"/>
                <w:w w:val="97"/>
                <w:sz w:val="16"/>
              </w:rPr>
              <w:t xml:space="preserve">; </w:t>
            </w:r>
            <w:r>
              <w:br/>
            </w:r>
            <w:proofErr w:type="spellStart"/>
            <w:r>
              <w:rPr>
                <w:color w:val="000000"/>
                <w:w w:val="97"/>
                <w:sz w:val="16"/>
              </w:rPr>
              <w:t>Устный</w:t>
            </w:r>
            <w:proofErr w:type="spellEnd"/>
            <w:r>
              <w:rPr>
                <w:color w:val="000000"/>
                <w:w w:val="97"/>
                <w:sz w:val="16"/>
              </w:rPr>
              <w:t xml:space="preserve"> </w:t>
            </w:r>
            <w:proofErr w:type="spellStart"/>
            <w:r>
              <w:rPr>
                <w:color w:val="000000"/>
                <w:w w:val="97"/>
                <w:sz w:val="16"/>
              </w:rPr>
              <w:t>опрос</w:t>
            </w:r>
            <w:proofErr w:type="spellEnd"/>
            <w:r>
              <w:rPr>
                <w:color w:val="000000"/>
                <w:w w:val="97"/>
                <w:sz w:val="16"/>
              </w:rPr>
              <w:t>;</w:t>
            </w:r>
          </w:p>
        </w:tc>
        <w:tc>
          <w:tcPr>
            <w:tcW w:w="258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 xml:space="preserve">http://school-collection. </w:t>
            </w:r>
            <w:proofErr w:type="spellStart"/>
            <w:proofErr w:type="gramStart"/>
            <w:r>
              <w:rPr>
                <w:color w:val="000000"/>
                <w:w w:val="97"/>
                <w:sz w:val="16"/>
              </w:rPr>
              <w:t>edu</w:t>
            </w:r>
            <w:proofErr w:type="spellEnd"/>
            <w:proofErr w:type="gramEnd"/>
            <w:r>
              <w:rPr>
                <w:color w:val="000000"/>
                <w:w w:val="97"/>
                <w:sz w:val="16"/>
              </w:rPr>
              <w:t>.</w:t>
            </w:r>
          </w:p>
          <w:p w:rsidR="00456BCD" w:rsidRDefault="00456BCD" w:rsidP="004C706A">
            <w:pPr>
              <w:autoSpaceDE w:val="0"/>
              <w:autoSpaceDN w:val="0"/>
              <w:spacing w:before="20" w:line="245" w:lineRule="auto"/>
              <w:ind w:left="72" w:right="720"/>
            </w:pPr>
            <w:proofErr w:type="spellStart"/>
            <w:proofErr w:type="gramStart"/>
            <w:r>
              <w:rPr>
                <w:color w:val="000000"/>
                <w:w w:val="97"/>
                <w:sz w:val="16"/>
              </w:rPr>
              <w:t>ru</w:t>
            </w:r>
            <w:proofErr w:type="spellEnd"/>
            <w:r>
              <w:rPr>
                <w:color w:val="000000"/>
                <w:w w:val="97"/>
                <w:sz w:val="16"/>
              </w:rPr>
              <w:t>/catalog/</w:t>
            </w:r>
            <w:proofErr w:type="spellStart"/>
            <w:r>
              <w:rPr>
                <w:color w:val="000000"/>
                <w:w w:val="97"/>
                <w:sz w:val="16"/>
              </w:rPr>
              <w:t>rubr</w:t>
            </w:r>
            <w:proofErr w:type="spellEnd"/>
            <w:r>
              <w:rPr>
                <w:color w:val="000000"/>
                <w:w w:val="97"/>
                <w:sz w:val="16"/>
              </w:rPr>
              <w:t>/ab8c-11db-bc9a66/76534</w:t>
            </w:r>
            <w:proofErr w:type="gramEnd"/>
            <w:r>
              <w:rPr>
                <w:color w:val="000000"/>
                <w:w w:val="97"/>
                <w:sz w:val="16"/>
              </w:rPr>
              <w:t>/?</w:t>
            </w:r>
          </w:p>
          <w:p w:rsidR="00456BCD" w:rsidRDefault="00456BCD" w:rsidP="004C706A">
            <w:pPr>
              <w:autoSpaceDE w:val="0"/>
              <w:autoSpaceDN w:val="0"/>
              <w:spacing w:before="20" w:line="233" w:lineRule="auto"/>
              <w:jc w:val="center"/>
            </w:pPr>
            <w:r>
              <w:rPr>
                <w:color w:val="000000"/>
                <w:w w:val="97"/>
                <w:sz w:val="16"/>
              </w:rPr>
              <w:t>interface=</w:t>
            </w:r>
            <w:proofErr w:type="spellStart"/>
            <w:r>
              <w:rPr>
                <w:color w:val="000000"/>
                <w:w w:val="97"/>
                <w:sz w:val="16"/>
              </w:rPr>
              <w:t>pupil&amp;class</w:t>
            </w:r>
            <w:proofErr w:type="spellEnd"/>
            <w:r>
              <w:rPr>
                <w:color w:val="000000"/>
                <w:w w:val="97"/>
                <w:sz w:val="16"/>
              </w:rPr>
              <w:t>=47&amp;subject=27</w:t>
            </w:r>
          </w:p>
        </w:tc>
      </w:tr>
      <w:tr w:rsidR="00456BCD" w:rsidTr="004C706A">
        <w:trPr>
          <w:trHeight w:hRule="exact" w:val="1884"/>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2.</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proofErr w:type="spellStart"/>
            <w:r>
              <w:rPr>
                <w:color w:val="000000"/>
                <w:w w:val="97"/>
                <w:sz w:val="16"/>
              </w:rPr>
              <w:t>Методы</w:t>
            </w:r>
            <w:proofErr w:type="spellEnd"/>
            <w:r>
              <w:rPr>
                <w:color w:val="000000"/>
                <w:w w:val="97"/>
                <w:sz w:val="16"/>
              </w:rPr>
              <w:t xml:space="preserve"> </w:t>
            </w:r>
            <w:proofErr w:type="spellStart"/>
            <w:r>
              <w:rPr>
                <w:color w:val="000000"/>
                <w:w w:val="97"/>
                <w:sz w:val="16"/>
              </w:rPr>
              <w:t>изучения</w:t>
            </w:r>
            <w:proofErr w:type="spellEnd"/>
            <w:r>
              <w:rPr>
                <w:color w:val="000000"/>
                <w:w w:val="97"/>
                <w:sz w:val="16"/>
              </w:rPr>
              <w:t xml:space="preserve"> </w:t>
            </w:r>
            <w:proofErr w:type="spellStart"/>
            <w:r>
              <w:rPr>
                <w:color w:val="000000"/>
                <w:w w:val="97"/>
                <w:sz w:val="16"/>
              </w:rPr>
              <w:t>живой</w:t>
            </w:r>
            <w:proofErr w:type="spellEnd"/>
            <w:r>
              <w:rPr>
                <w:color w:val="000000"/>
                <w:w w:val="97"/>
                <w:sz w:val="16"/>
              </w:rPr>
              <w:t xml:space="preserve"> </w:t>
            </w:r>
            <w:proofErr w:type="spellStart"/>
            <w:r>
              <w:rPr>
                <w:color w:val="000000"/>
                <w:w w:val="97"/>
                <w:sz w:val="16"/>
              </w:rPr>
              <w:t>природы</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3</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45" w:lineRule="auto"/>
              <w:jc w:val="center"/>
            </w:pPr>
            <w:r>
              <w:rPr>
                <w:color w:val="000000"/>
                <w:w w:val="97"/>
                <w:sz w:val="16"/>
              </w:rPr>
              <w:t>30.09.2022 11.11.2022</w:t>
            </w:r>
          </w:p>
        </w:tc>
        <w:tc>
          <w:tcPr>
            <w:tcW w:w="483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6" w:line="254" w:lineRule="auto"/>
              <w:ind w:left="72"/>
              <w:rPr>
                <w:lang w:val="ru-RU"/>
              </w:rPr>
            </w:pPr>
            <w:proofErr w:type="gramStart"/>
            <w:r w:rsidRPr="008B7FC2">
              <w:rPr>
                <w:color w:val="000000"/>
                <w:w w:val="97"/>
                <w:sz w:val="16"/>
                <w:lang w:val="ru-RU"/>
              </w:rPr>
              <w:t xml:space="preserve">Ознакомление с методами биологической науки: наблюдение, </w:t>
            </w:r>
            <w:r w:rsidRPr="008B7FC2">
              <w:rPr>
                <w:lang w:val="ru-RU"/>
              </w:rPr>
              <w:br/>
            </w:r>
            <w:r w:rsidRPr="008B7FC2">
              <w:rPr>
                <w:color w:val="000000"/>
                <w:w w:val="97"/>
                <w:sz w:val="16"/>
                <w:lang w:val="ru-RU"/>
              </w:rPr>
              <w:t xml:space="preserve">эксперимент, классификация, измерение и описывание; </w:t>
            </w:r>
            <w:r w:rsidRPr="008B7FC2">
              <w:rPr>
                <w:lang w:val="ru-RU"/>
              </w:rPr>
              <w:br/>
            </w:r>
            <w:r w:rsidRPr="008B7FC2">
              <w:rPr>
                <w:color w:val="000000"/>
                <w:w w:val="97"/>
                <w:sz w:val="16"/>
                <w:lang w:val="ru-RU"/>
              </w:rPr>
              <w:t xml:space="preserve">Ознакомление с правилами работы с увеличительными приборами; Проведение элементарных экспериментов и наблюдений на примерах растений (гелиотропизм и геотропизм) и одноклеточных животных (фототаксис и хемотаксис) и др. с описанием целей, выдвижением гипотез (предположений), получения новых фактов; </w:t>
            </w:r>
            <w:r w:rsidRPr="008B7FC2">
              <w:rPr>
                <w:lang w:val="ru-RU"/>
              </w:rPr>
              <w:br/>
            </w:r>
            <w:r w:rsidRPr="008B7FC2">
              <w:rPr>
                <w:color w:val="000000"/>
                <w:w w:val="97"/>
                <w:sz w:val="16"/>
                <w:lang w:val="ru-RU"/>
              </w:rPr>
              <w:t>Описание и интерпретация данных с целью обоснования выводов;</w:t>
            </w:r>
            <w:proofErr w:type="gramEnd"/>
          </w:p>
        </w:tc>
        <w:tc>
          <w:tcPr>
            <w:tcW w:w="150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6" w:line="250" w:lineRule="auto"/>
              <w:ind w:left="72"/>
              <w:rPr>
                <w:lang w:val="ru-RU"/>
              </w:rPr>
            </w:pPr>
            <w:r w:rsidRPr="008B7FC2">
              <w:rPr>
                <w:color w:val="000000"/>
                <w:w w:val="97"/>
                <w:sz w:val="16"/>
                <w:lang w:val="ru-RU"/>
              </w:rPr>
              <w:t xml:space="preserve">Практическая </w:t>
            </w:r>
            <w:r w:rsidRPr="008B7FC2">
              <w:rPr>
                <w:lang w:val="ru-RU"/>
              </w:rPr>
              <w:br/>
            </w:r>
            <w:r w:rsidRPr="008B7FC2">
              <w:rPr>
                <w:color w:val="000000"/>
                <w:w w:val="97"/>
                <w:sz w:val="16"/>
                <w:lang w:val="ru-RU"/>
              </w:rPr>
              <w:t xml:space="preserve">работа; </w:t>
            </w:r>
            <w:r w:rsidRPr="008B7FC2">
              <w:rPr>
                <w:lang w:val="ru-RU"/>
              </w:rPr>
              <w:br/>
            </w:r>
            <w:r w:rsidRPr="008B7FC2">
              <w:rPr>
                <w:color w:val="000000"/>
                <w:w w:val="97"/>
                <w:sz w:val="16"/>
                <w:lang w:val="ru-RU"/>
              </w:rPr>
              <w:t xml:space="preserve">экскурсия; </w:t>
            </w:r>
            <w:r w:rsidRPr="008B7FC2">
              <w:rPr>
                <w:lang w:val="ru-RU"/>
              </w:rPr>
              <w:br/>
            </w:r>
            <w:r w:rsidRPr="008B7FC2">
              <w:rPr>
                <w:color w:val="000000"/>
                <w:w w:val="97"/>
                <w:sz w:val="16"/>
                <w:lang w:val="ru-RU"/>
              </w:rPr>
              <w:t>письменный опрос</w:t>
            </w:r>
            <w:proofErr w:type="gramStart"/>
            <w:r w:rsidRPr="008B7FC2">
              <w:rPr>
                <w:color w:val="000000"/>
                <w:w w:val="97"/>
                <w:sz w:val="16"/>
                <w:lang w:val="ru-RU"/>
              </w:rPr>
              <w:t>.;</w:t>
            </w:r>
            <w:proofErr w:type="gramEnd"/>
          </w:p>
        </w:tc>
        <w:tc>
          <w:tcPr>
            <w:tcW w:w="258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 xml:space="preserve">http://school-collection. </w:t>
            </w:r>
            <w:proofErr w:type="spellStart"/>
            <w:proofErr w:type="gramStart"/>
            <w:r>
              <w:rPr>
                <w:color w:val="000000"/>
                <w:w w:val="97"/>
                <w:sz w:val="16"/>
              </w:rPr>
              <w:t>edu</w:t>
            </w:r>
            <w:proofErr w:type="spellEnd"/>
            <w:proofErr w:type="gramEnd"/>
            <w:r>
              <w:rPr>
                <w:color w:val="000000"/>
                <w:w w:val="97"/>
                <w:sz w:val="16"/>
              </w:rPr>
              <w:t>.</w:t>
            </w:r>
          </w:p>
          <w:p w:rsidR="00456BCD" w:rsidRDefault="00456BCD" w:rsidP="004C706A">
            <w:pPr>
              <w:autoSpaceDE w:val="0"/>
              <w:autoSpaceDN w:val="0"/>
              <w:spacing w:before="18" w:line="245" w:lineRule="auto"/>
              <w:ind w:left="72" w:right="720"/>
            </w:pPr>
            <w:proofErr w:type="spellStart"/>
            <w:proofErr w:type="gramStart"/>
            <w:r>
              <w:rPr>
                <w:color w:val="000000"/>
                <w:w w:val="97"/>
                <w:sz w:val="16"/>
              </w:rPr>
              <w:t>ru</w:t>
            </w:r>
            <w:proofErr w:type="spellEnd"/>
            <w:r>
              <w:rPr>
                <w:color w:val="000000"/>
                <w:w w:val="97"/>
                <w:sz w:val="16"/>
              </w:rPr>
              <w:t>/catalog/</w:t>
            </w:r>
            <w:proofErr w:type="spellStart"/>
            <w:r>
              <w:rPr>
                <w:color w:val="000000"/>
                <w:w w:val="97"/>
                <w:sz w:val="16"/>
              </w:rPr>
              <w:t>rubr</w:t>
            </w:r>
            <w:proofErr w:type="spellEnd"/>
            <w:r>
              <w:rPr>
                <w:color w:val="000000"/>
                <w:w w:val="97"/>
                <w:sz w:val="16"/>
              </w:rPr>
              <w:t>/ab8c-11db-bc9a66/76535</w:t>
            </w:r>
            <w:proofErr w:type="gramEnd"/>
            <w:r>
              <w:rPr>
                <w:color w:val="000000"/>
                <w:w w:val="97"/>
                <w:sz w:val="16"/>
              </w:rPr>
              <w:t>/?</w:t>
            </w:r>
          </w:p>
          <w:p w:rsidR="00456BCD" w:rsidRDefault="00456BCD" w:rsidP="004C706A">
            <w:pPr>
              <w:autoSpaceDE w:val="0"/>
              <w:autoSpaceDN w:val="0"/>
              <w:spacing w:before="18" w:line="233" w:lineRule="auto"/>
              <w:jc w:val="center"/>
            </w:pPr>
            <w:r>
              <w:rPr>
                <w:color w:val="000000"/>
                <w:w w:val="97"/>
                <w:sz w:val="16"/>
              </w:rPr>
              <w:t>interface=</w:t>
            </w:r>
            <w:proofErr w:type="spellStart"/>
            <w:r>
              <w:rPr>
                <w:color w:val="000000"/>
                <w:w w:val="97"/>
                <w:sz w:val="16"/>
              </w:rPr>
              <w:t>pupil&amp;class</w:t>
            </w:r>
            <w:proofErr w:type="spellEnd"/>
            <w:r>
              <w:rPr>
                <w:color w:val="000000"/>
                <w:w w:val="97"/>
                <w:sz w:val="16"/>
              </w:rPr>
              <w:t>=47&amp;subject=27</w:t>
            </w:r>
          </w:p>
          <w:p w:rsidR="00456BCD" w:rsidRDefault="00456BCD" w:rsidP="004C706A">
            <w:pPr>
              <w:autoSpaceDE w:val="0"/>
              <w:autoSpaceDN w:val="0"/>
              <w:spacing w:before="210" w:line="233" w:lineRule="auto"/>
              <w:ind w:left="72"/>
            </w:pPr>
            <w:r>
              <w:rPr>
                <w:color w:val="000000"/>
                <w:w w:val="97"/>
                <w:sz w:val="16"/>
              </w:rPr>
              <w:t xml:space="preserve">http://school-collection. </w:t>
            </w:r>
            <w:proofErr w:type="spellStart"/>
            <w:proofErr w:type="gramStart"/>
            <w:r>
              <w:rPr>
                <w:color w:val="000000"/>
                <w:w w:val="97"/>
                <w:sz w:val="16"/>
              </w:rPr>
              <w:t>edu</w:t>
            </w:r>
            <w:proofErr w:type="spellEnd"/>
            <w:proofErr w:type="gramEnd"/>
            <w:r>
              <w:rPr>
                <w:color w:val="000000"/>
                <w:w w:val="97"/>
                <w:sz w:val="16"/>
              </w:rPr>
              <w:t>.</w:t>
            </w:r>
          </w:p>
          <w:p w:rsidR="00456BCD" w:rsidRDefault="00456BCD" w:rsidP="004C706A">
            <w:pPr>
              <w:autoSpaceDE w:val="0"/>
              <w:autoSpaceDN w:val="0"/>
              <w:spacing w:before="20" w:line="245" w:lineRule="auto"/>
              <w:ind w:left="72" w:right="720"/>
            </w:pPr>
            <w:proofErr w:type="spellStart"/>
            <w:proofErr w:type="gramStart"/>
            <w:r>
              <w:rPr>
                <w:color w:val="000000"/>
                <w:w w:val="97"/>
                <w:sz w:val="16"/>
              </w:rPr>
              <w:t>ru</w:t>
            </w:r>
            <w:proofErr w:type="spellEnd"/>
            <w:r>
              <w:rPr>
                <w:color w:val="000000"/>
                <w:w w:val="97"/>
                <w:sz w:val="16"/>
              </w:rPr>
              <w:t>/catalog/</w:t>
            </w:r>
            <w:proofErr w:type="spellStart"/>
            <w:r>
              <w:rPr>
                <w:color w:val="000000"/>
                <w:w w:val="97"/>
                <w:sz w:val="16"/>
              </w:rPr>
              <w:t>rubr</w:t>
            </w:r>
            <w:proofErr w:type="spellEnd"/>
            <w:r>
              <w:rPr>
                <w:color w:val="000000"/>
                <w:w w:val="97"/>
                <w:sz w:val="16"/>
              </w:rPr>
              <w:t>/ab8c-11db-bc9a66/76535</w:t>
            </w:r>
            <w:proofErr w:type="gramEnd"/>
            <w:r>
              <w:rPr>
                <w:color w:val="000000"/>
                <w:w w:val="97"/>
                <w:sz w:val="16"/>
              </w:rPr>
              <w:t>/?</w:t>
            </w:r>
          </w:p>
          <w:p w:rsidR="00456BCD" w:rsidRDefault="00456BCD" w:rsidP="004C706A">
            <w:pPr>
              <w:autoSpaceDE w:val="0"/>
              <w:autoSpaceDN w:val="0"/>
              <w:spacing w:before="20" w:line="230" w:lineRule="auto"/>
              <w:jc w:val="center"/>
            </w:pPr>
            <w:r>
              <w:rPr>
                <w:color w:val="000000"/>
                <w:w w:val="97"/>
                <w:sz w:val="16"/>
              </w:rPr>
              <w:t>interface=</w:t>
            </w:r>
            <w:proofErr w:type="spellStart"/>
            <w:r>
              <w:rPr>
                <w:color w:val="000000"/>
                <w:w w:val="97"/>
                <w:sz w:val="16"/>
              </w:rPr>
              <w:t>pupil&amp;class</w:t>
            </w:r>
            <w:proofErr w:type="spellEnd"/>
            <w:r>
              <w:rPr>
                <w:color w:val="000000"/>
                <w:w w:val="97"/>
                <w:sz w:val="16"/>
              </w:rPr>
              <w:t>=47&amp;subject=27</w:t>
            </w:r>
          </w:p>
        </w:tc>
      </w:tr>
      <w:tr w:rsidR="00456BCD" w:rsidTr="004C706A">
        <w:trPr>
          <w:trHeight w:hRule="exact" w:val="2462"/>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3.</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jc w:val="center"/>
            </w:pPr>
            <w:proofErr w:type="spellStart"/>
            <w:r>
              <w:rPr>
                <w:color w:val="000000"/>
                <w:w w:val="97"/>
                <w:sz w:val="16"/>
              </w:rPr>
              <w:t>Организмы</w:t>
            </w:r>
            <w:proofErr w:type="spellEnd"/>
            <w:r>
              <w:rPr>
                <w:color w:val="000000"/>
                <w:w w:val="97"/>
                <w:sz w:val="16"/>
              </w:rPr>
              <w:t xml:space="preserve"> — </w:t>
            </w:r>
            <w:proofErr w:type="spellStart"/>
            <w:r>
              <w:rPr>
                <w:color w:val="000000"/>
                <w:w w:val="97"/>
                <w:sz w:val="16"/>
              </w:rPr>
              <w:t>тела</w:t>
            </w:r>
            <w:proofErr w:type="spellEnd"/>
            <w:r>
              <w:rPr>
                <w:color w:val="000000"/>
                <w:w w:val="97"/>
                <w:sz w:val="16"/>
              </w:rPr>
              <w:t xml:space="preserve"> </w:t>
            </w:r>
            <w:proofErr w:type="spellStart"/>
            <w:r>
              <w:rPr>
                <w:color w:val="000000"/>
                <w:w w:val="97"/>
                <w:sz w:val="16"/>
              </w:rPr>
              <w:t>живой</w:t>
            </w:r>
            <w:proofErr w:type="spellEnd"/>
            <w:r>
              <w:rPr>
                <w:color w:val="000000"/>
                <w:w w:val="97"/>
                <w:sz w:val="16"/>
              </w:rPr>
              <w:t xml:space="preserve"> </w:t>
            </w:r>
            <w:proofErr w:type="spellStart"/>
            <w:r>
              <w:rPr>
                <w:color w:val="000000"/>
                <w:w w:val="97"/>
                <w:sz w:val="16"/>
              </w:rPr>
              <w:t>природы</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3</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jc w:val="center"/>
            </w:pPr>
            <w:r>
              <w:rPr>
                <w:color w:val="000000"/>
                <w:w w:val="97"/>
                <w:sz w:val="16"/>
              </w:rPr>
              <w:t>18.11.2022 30.12.2022</w:t>
            </w:r>
          </w:p>
        </w:tc>
        <w:tc>
          <w:tcPr>
            <w:tcW w:w="483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54" w:lineRule="auto"/>
              <w:ind w:left="72" w:right="144"/>
              <w:rPr>
                <w:lang w:val="ru-RU"/>
              </w:rPr>
            </w:pPr>
            <w:r w:rsidRPr="008B7FC2">
              <w:rPr>
                <w:color w:val="000000"/>
                <w:w w:val="97"/>
                <w:sz w:val="16"/>
                <w:lang w:val="ru-RU"/>
              </w:rPr>
              <w:t xml:space="preserve">Определение по внешнему виду (изображениям), схемам и описание доядерных и ядерных организмов; </w:t>
            </w:r>
            <w:r w:rsidRPr="008B7FC2">
              <w:rPr>
                <w:lang w:val="ru-RU"/>
              </w:rPr>
              <w:br/>
            </w:r>
            <w:r w:rsidRPr="008B7FC2">
              <w:rPr>
                <w:color w:val="000000"/>
                <w:w w:val="97"/>
                <w:sz w:val="16"/>
                <w:lang w:val="ru-RU"/>
              </w:rPr>
              <w:t xml:space="preserve">Установление взаимосвязей между особенностями строения и функциями клеток и тканей, органов и систем органов; </w:t>
            </w:r>
            <w:r w:rsidRPr="008B7FC2">
              <w:rPr>
                <w:lang w:val="ru-RU"/>
              </w:rPr>
              <w:br/>
            </w:r>
            <w:r w:rsidRPr="008B7FC2">
              <w:rPr>
                <w:color w:val="000000"/>
                <w:w w:val="97"/>
                <w:sz w:val="16"/>
                <w:lang w:val="ru-RU"/>
              </w:rPr>
              <w:t xml:space="preserve">Аргументирование доводов о клетке как единице строения и </w:t>
            </w:r>
            <w:r w:rsidRPr="008B7FC2">
              <w:rPr>
                <w:lang w:val="ru-RU"/>
              </w:rPr>
              <w:br/>
            </w:r>
            <w:r w:rsidRPr="008B7FC2">
              <w:rPr>
                <w:color w:val="000000"/>
                <w:w w:val="97"/>
                <w:sz w:val="16"/>
                <w:lang w:val="ru-RU"/>
              </w:rPr>
              <w:t xml:space="preserve">жизнедеятельности организмов; </w:t>
            </w:r>
            <w:r w:rsidRPr="008B7FC2">
              <w:rPr>
                <w:lang w:val="ru-RU"/>
              </w:rPr>
              <w:br/>
            </w:r>
            <w:r w:rsidRPr="008B7FC2">
              <w:rPr>
                <w:color w:val="000000"/>
                <w:w w:val="97"/>
                <w:sz w:val="16"/>
                <w:lang w:val="ru-RU"/>
              </w:rPr>
              <w:t xml:space="preserve">Выявление сущности жизненно важных процессов у организмов разных царств: питание, дыхание, выделение, их сравнение; </w:t>
            </w:r>
            <w:r w:rsidRPr="008B7FC2">
              <w:rPr>
                <w:lang w:val="ru-RU"/>
              </w:rPr>
              <w:br/>
            </w:r>
            <w:r w:rsidRPr="008B7FC2">
              <w:rPr>
                <w:color w:val="000000"/>
                <w:w w:val="97"/>
                <w:sz w:val="16"/>
                <w:lang w:val="ru-RU"/>
              </w:rPr>
              <w:t xml:space="preserve">Обоснование роли раздражимости клеток; </w:t>
            </w:r>
            <w:r w:rsidRPr="008B7FC2">
              <w:rPr>
                <w:lang w:val="ru-RU"/>
              </w:rPr>
              <w:br/>
            </w:r>
            <w:r w:rsidRPr="008B7FC2">
              <w:rPr>
                <w:color w:val="000000"/>
                <w:w w:val="97"/>
                <w:sz w:val="16"/>
                <w:lang w:val="ru-RU"/>
              </w:rPr>
              <w:t xml:space="preserve">Сравнение свойств организмов: движения, размножения, развития; Анализ причин разнообразия организмов; </w:t>
            </w:r>
            <w:r w:rsidRPr="008B7FC2">
              <w:rPr>
                <w:lang w:val="ru-RU"/>
              </w:rPr>
              <w:br/>
            </w:r>
            <w:r w:rsidRPr="008B7FC2">
              <w:rPr>
                <w:color w:val="000000"/>
                <w:w w:val="97"/>
                <w:sz w:val="16"/>
                <w:lang w:val="ru-RU"/>
              </w:rPr>
              <w:t>Классифицирование организмов;</w:t>
            </w:r>
          </w:p>
        </w:tc>
        <w:tc>
          <w:tcPr>
            <w:tcW w:w="150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52" w:lineRule="auto"/>
              <w:ind w:left="72" w:right="288"/>
              <w:rPr>
                <w:lang w:val="ru-RU"/>
              </w:rPr>
            </w:pPr>
            <w:r w:rsidRPr="008B7FC2">
              <w:rPr>
                <w:color w:val="000000"/>
                <w:w w:val="97"/>
                <w:sz w:val="16"/>
                <w:lang w:val="ru-RU"/>
              </w:rPr>
              <w:t xml:space="preserve">Самооценка с </w:t>
            </w:r>
            <w:r w:rsidRPr="008B7FC2">
              <w:rPr>
                <w:lang w:val="ru-RU"/>
              </w:rPr>
              <w:br/>
            </w:r>
            <w:proofErr w:type="spellStart"/>
            <w:r w:rsidRPr="008B7FC2">
              <w:rPr>
                <w:color w:val="000000"/>
                <w:w w:val="97"/>
                <w:sz w:val="16"/>
                <w:lang w:val="ru-RU"/>
              </w:rPr>
              <w:t>использованием</w:t>
            </w:r>
            <w:proofErr w:type="gramStart"/>
            <w:r w:rsidRPr="008B7FC2">
              <w:rPr>
                <w:color w:val="000000"/>
                <w:w w:val="97"/>
                <w:sz w:val="16"/>
                <w:lang w:val="ru-RU"/>
              </w:rPr>
              <w:t>«О</w:t>
            </w:r>
            <w:proofErr w:type="gramEnd"/>
            <w:r w:rsidRPr="008B7FC2">
              <w:rPr>
                <w:color w:val="000000"/>
                <w:w w:val="97"/>
                <w:sz w:val="16"/>
                <w:lang w:val="ru-RU"/>
              </w:rPr>
              <w:t>ценочного</w:t>
            </w:r>
            <w:proofErr w:type="spellEnd"/>
            <w:r w:rsidRPr="008B7FC2">
              <w:rPr>
                <w:color w:val="000000"/>
                <w:w w:val="97"/>
                <w:sz w:val="16"/>
                <w:lang w:val="ru-RU"/>
              </w:rPr>
              <w:t xml:space="preserve"> </w:t>
            </w:r>
            <w:r w:rsidRPr="008B7FC2">
              <w:rPr>
                <w:lang w:val="ru-RU"/>
              </w:rPr>
              <w:br/>
            </w:r>
            <w:r w:rsidRPr="008B7FC2">
              <w:rPr>
                <w:color w:val="000000"/>
                <w:w w:val="97"/>
                <w:sz w:val="16"/>
                <w:lang w:val="ru-RU"/>
              </w:rPr>
              <w:t xml:space="preserve">листа»; </w:t>
            </w:r>
            <w:r w:rsidRPr="008B7FC2">
              <w:rPr>
                <w:lang w:val="ru-RU"/>
              </w:rPr>
              <w:br/>
            </w:r>
            <w:r w:rsidRPr="008B7FC2">
              <w:rPr>
                <w:color w:val="000000"/>
                <w:w w:val="97"/>
                <w:sz w:val="16"/>
                <w:lang w:val="ru-RU"/>
              </w:rPr>
              <w:t xml:space="preserve">тестирование; </w:t>
            </w:r>
            <w:r w:rsidRPr="008B7FC2">
              <w:rPr>
                <w:lang w:val="ru-RU"/>
              </w:rPr>
              <w:br/>
            </w:r>
            <w:r w:rsidRPr="008B7FC2">
              <w:rPr>
                <w:color w:val="000000"/>
                <w:w w:val="97"/>
                <w:sz w:val="16"/>
                <w:lang w:val="ru-RU"/>
              </w:rPr>
              <w:t>устный опрос;;</w:t>
            </w:r>
          </w:p>
        </w:tc>
        <w:tc>
          <w:tcPr>
            <w:tcW w:w="258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 xml:space="preserve">http://school-collection. </w:t>
            </w:r>
            <w:proofErr w:type="spellStart"/>
            <w:proofErr w:type="gramStart"/>
            <w:r>
              <w:rPr>
                <w:color w:val="000000"/>
                <w:w w:val="97"/>
                <w:sz w:val="16"/>
              </w:rPr>
              <w:t>edu</w:t>
            </w:r>
            <w:proofErr w:type="spellEnd"/>
            <w:proofErr w:type="gramEnd"/>
            <w:r>
              <w:rPr>
                <w:color w:val="000000"/>
                <w:w w:val="97"/>
                <w:sz w:val="16"/>
              </w:rPr>
              <w:t>.</w:t>
            </w:r>
          </w:p>
          <w:p w:rsidR="00456BCD" w:rsidRDefault="00456BCD" w:rsidP="004C706A">
            <w:pPr>
              <w:autoSpaceDE w:val="0"/>
              <w:autoSpaceDN w:val="0"/>
              <w:spacing w:before="20" w:line="245" w:lineRule="auto"/>
              <w:ind w:left="72" w:right="720"/>
            </w:pPr>
            <w:proofErr w:type="spellStart"/>
            <w:proofErr w:type="gramStart"/>
            <w:r>
              <w:rPr>
                <w:color w:val="000000"/>
                <w:w w:val="97"/>
                <w:sz w:val="16"/>
              </w:rPr>
              <w:t>ru</w:t>
            </w:r>
            <w:proofErr w:type="spellEnd"/>
            <w:r>
              <w:rPr>
                <w:color w:val="000000"/>
                <w:w w:val="97"/>
                <w:sz w:val="16"/>
              </w:rPr>
              <w:t>/catalog/</w:t>
            </w:r>
            <w:proofErr w:type="spellStart"/>
            <w:r>
              <w:rPr>
                <w:color w:val="000000"/>
                <w:w w:val="97"/>
                <w:sz w:val="16"/>
              </w:rPr>
              <w:t>rubr</w:t>
            </w:r>
            <w:proofErr w:type="spellEnd"/>
            <w:r>
              <w:rPr>
                <w:color w:val="000000"/>
                <w:w w:val="97"/>
                <w:sz w:val="16"/>
              </w:rPr>
              <w:t>/ab8c-11db-bc9a66/76556</w:t>
            </w:r>
            <w:proofErr w:type="gramEnd"/>
            <w:r>
              <w:rPr>
                <w:color w:val="000000"/>
                <w:w w:val="97"/>
                <w:sz w:val="16"/>
              </w:rPr>
              <w:t>/?</w:t>
            </w:r>
          </w:p>
          <w:p w:rsidR="00456BCD" w:rsidRDefault="00456BCD" w:rsidP="004C706A">
            <w:pPr>
              <w:autoSpaceDE w:val="0"/>
              <w:autoSpaceDN w:val="0"/>
              <w:spacing w:before="20" w:line="230" w:lineRule="auto"/>
              <w:jc w:val="center"/>
            </w:pPr>
            <w:r>
              <w:rPr>
                <w:color w:val="000000"/>
                <w:w w:val="97"/>
                <w:sz w:val="16"/>
              </w:rPr>
              <w:t>interface=</w:t>
            </w:r>
            <w:proofErr w:type="spellStart"/>
            <w:r>
              <w:rPr>
                <w:color w:val="000000"/>
                <w:w w:val="97"/>
                <w:sz w:val="16"/>
              </w:rPr>
              <w:t>pupil&amp;class</w:t>
            </w:r>
            <w:proofErr w:type="spellEnd"/>
            <w:r>
              <w:rPr>
                <w:color w:val="000000"/>
                <w:w w:val="97"/>
                <w:sz w:val="16"/>
              </w:rPr>
              <w:t>=47&amp;subject=27</w:t>
            </w:r>
          </w:p>
        </w:tc>
      </w:tr>
      <w:tr w:rsidR="00456BCD" w:rsidTr="004C706A">
        <w:trPr>
          <w:trHeight w:hRule="exact" w:val="205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4.</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proofErr w:type="spellStart"/>
            <w:r>
              <w:rPr>
                <w:color w:val="000000"/>
                <w:w w:val="97"/>
                <w:sz w:val="16"/>
              </w:rPr>
              <w:t>Организмы</w:t>
            </w:r>
            <w:proofErr w:type="spellEnd"/>
            <w:r>
              <w:rPr>
                <w:color w:val="000000"/>
                <w:w w:val="97"/>
                <w:sz w:val="16"/>
              </w:rPr>
              <w:t xml:space="preserve"> и </w:t>
            </w:r>
            <w:proofErr w:type="spellStart"/>
            <w:r>
              <w:rPr>
                <w:color w:val="000000"/>
                <w:w w:val="97"/>
                <w:sz w:val="16"/>
              </w:rPr>
              <w:t>среда</w:t>
            </w:r>
            <w:proofErr w:type="spellEnd"/>
            <w:r>
              <w:rPr>
                <w:color w:val="000000"/>
                <w:w w:val="97"/>
                <w:sz w:val="16"/>
              </w:rPr>
              <w:t xml:space="preserve"> </w:t>
            </w:r>
            <w:proofErr w:type="spellStart"/>
            <w:r>
              <w:rPr>
                <w:color w:val="000000"/>
                <w:w w:val="97"/>
                <w:sz w:val="16"/>
              </w:rPr>
              <w:t>обитания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45" w:lineRule="auto"/>
              <w:jc w:val="center"/>
            </w:pPr>
            <w:r>
              <w:rPr>
                <w:color w:val="000000"/>
                <w:w w:val="97"/>
                <w:sz w:val="16"/>
              </w:rPr>
              <w:t>13.01.2023 10.02.2023</w:t>
            </w:r>
          </w:p>
        </w:tc>
        <w:tc>
          <w:tcPr>
            <w:tcW w:w="483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6" w:line="254" w:lineRule="auto"/>
              <w:ind w:left="72"/>
              <w:rPr>
                <w:lang w:val="ru-RU"/>
              </w:rPr>
            </w:pPr>
            <w:r w:rsidRPr="008B7FC2">
              <w:rPr>
                <w:color w:val="000000"/>
                <w:w w:val="97"/>
                <w:sz w:val="16"/>
                <w:lang w:val="ru-RU"/>
              </w:rPr>
              <w:t xml:space="preserve">Раскрытие сущности терминов: среда жизни, факторы среды; </w:t>
            </w:r>
            <w:r w:rsidRPr="008B7FC2">
              <w:rPr>
                <w:lang w:val="ru-RU"/>
              </w:rPr>
              <w:br/>
            </w:r>
            <w:r w:rsidRPr="008B7FC2">
              <w:rPr>
                <w:color w:val="000000"/>
                <w:w w:val="97"/>
                <w:sz w:val="16"/>
                <w:lang w:val="ru-RU"/>
              </w:rPr>
              <w:t xml:space="preserve">Выявление существенных признаков сред обитания: водной, наземно-воздушной, почвенной, организменной; </w:t>
            </w:r>
            <w:r w:rsidRPr="008B7FC2">
              <w:rPr>
                <w:lang w:val="ru-RU"/>
              </w:rPr>
              <w:br/>
            </w:r>
            <w:r w:rsidRPr="008B7FC2">
              <w:rPr>
                <w:color w:val="000000"/>
                <w:w w:val="97"/>
                <w:sz w:val="16"/>
                <w:lang w:val="ru-RU"/>
              </w:rPr>
              <w:t xml:space="preserve">Установление взаимосвязей между распространением организмов в разных средах обитания и приспособленностью к ним; </w:t>
            </w:r>
            <w:r w:rsidRPr="008B7FC2">
              <w:rPr>
                <w:lang w:val="ru-RU"/>
              </w:rPr>
              <w:br/>
            </w:r>
            <w:r w:rsidRPr="008B7FC2">
              <w:rPr>
                <w:color w:val="000000"/>
                <w:w w:val="97"/>
                <w:sz w:val="16"/>
                <w:lang w:val="ru-RU"/>
              </w:rPr>
              <w:t xml:space="preserve">Объяснение появления приспособлений к среде обитания: </w:t>
            </w:r>
            <w:r w:rsidRPr="008B7FC2">
              <w:rPr>
                <w:lang w:val="ru-RU"/>
              </w:rPr>
              <w:br/>
            </w:r>
            <w:r w:rsidRPr="008B7FC2">
              <w:rPr>
                <w:color w:val="000000"/>
                <w:w w:val="97"/>
                <w:sz w:val="16"/>
                <w:lang w:val="ru-RU"/>
              </w:rPr>
              <w:t>обтекаемая форма тела, наличие чешуи и плавников у рыб, крепкий крючковидный клюв и острые, загнутые когти у хищных птиц и др.; Сравнение внешнего вида организмов на натуральных объектах, по таблицам, схемам, описаниям;</w:t>
            </w:r>
          </w:p>
        </w:tc>
        <w:tc>
          <w:tcPr>
            <w:tcW w:w="150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6" w:line="252" w:lineRule="auto"/>
              <w:ind w:left="72"/>
              <w:rPr>
                <w:lang w:val="ru-RU"/>
              </w:rPr>
            </w:pPr>
            <w:r w:rsidRPr="008B7FC2">
              <w:rPr>
                <w:color w:val="000000"/>
                <w:w w:val="97"/>
                <w:sz w:val="16"/>
                <w:lang w:val="ru-RU"/>
              </w:rPr>
              <w:t xml:space="preserve">Письменный </w:t>
            </w:r>
            <w:r w:rsidRPr="008B7FC2">
              <w:rPr>
                <w:lang w:val="ru-RU"/>
              </w:rPr>
              <w:br/>
            </w:r>
            <w:r w:rsidRPr="008B7FC2">
              <w:rPr>
                <w:color w:val="000000"/>
                <w:w w:val="97"/>
                <w:sz w:val="16"/>
                <w:lang w:val="ru-RU"/>
              </w:rPr>
              <w:t xml:space="preserve">контроль; </w:t>
            </w:r>
            <w:r w:rsidRPr="008B7FC2">
              <w:rPr>
                <w:lang w:val="ru-RU"/>
              </w:rPr>
              <w:br/>
            </w:r>
            <w:r w:rsidRPr="008B7FC2">
              <w:rPr>
                <w:color w:val="000000"/>
                <w:w w:val="97"/>
                <w:sz w:val="16"/>
                <w:lang w:val="ru-RU"/>
              </w:rPr>
              <w:t xml:space="preserve">лабораторная </w:t>
            </w:r>
            <w:r w:rsidRPr="008B7FC2">
              <w:rPr>
                <w:lang w:val="ru-RU"/>
              </w:rPr>
              <w:br/>
            </w:r>
            <w:proofErr w:type="spellStart"/>
            <w:r w:rsidRPr="008B7FC2">
              <w:rPr>
                <w:color w:val="000000"/>
                <w:w w:val="97"/>
                <w:sz w:val="16"/>
                <w:lang w:val="ru-RU"/>
              </w:rPr>
              <w:t>работа</w:t>
            </w:r>
            <w:proofErr w:type="gramStart"/>
            <w:r w:rsidRPr="008B7FC2">
              <w:rPr>
                <w:color w:val="000000"/>
                <w:w w:val="97"/>
                <w:sz w:val="16"/>
                <w:lang w:val="ru-RU"/>
              </w:rPr>
              <w:t>;с</w:t>
            </w:r>
            <w:proofErr w:type="gramEnd"/>
            <w:r w:rsidRPr="008B7FC2">
              <w:rPr>
                <w:color w:val="000000"/>
                <w:w w:val="97"/>
                <w:sz w:val="16"/>
                <w:lang w:val="ru-RU"/>
              </w:rPr>
              <w:t>амооценка</w:t>
            </w:r>
            <w:proofErr w:type="spellEnd"/>
            <w:r w:rsidRPr="008B7FC2">
              <w:rPr>
                <w:color w:val="000000"/>
                <w:w w:val="97"/>
                <w:sz w:val="16"/>
                <w:lang w:val="ru-RU"/>
              </w:rPr>
              <w:t xml:space="preserve"> с использованием" оценочного листа";</w:t>
            </w:r>
          </w:p>
        </w:tc>
        <w:tc>
          <w:tcPr>
            <w:tcW w:w="258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 xml:space="preserve">http://school-collection. </w:t>
            </w:r>
            <w:proofErr w:type="spellStart"/>
            <w:proofErr w:type="gramStart"/>
            <w:r>
              <w:rPr>
                <w:color w:val="000000"/>
                <w:w w:val="97"/>
                <w:sz w:val="16"/>
              </w:rPr>
              <w:t>edu</w:t>
            </w:r>
            <w:proofErr w:type="spellEnd"/>
            <w:proofErr w:type="gramEnd"/>
            <w:r>
              <w:rPr>
                <w:color w:val="000000"/>
                <w:w w:val="97"/>
                <w:sz w:val="16"/>
              </w:rPr>
              <w:t>.</w:t>
            </w:r>
          </w:p>
          <w:p w:rsidR="00456BCD" w:rsidRDefault="00456BCD" w:rsidP="004C706A">
            <w:pPr>
              <w:autoSpaceDE w:val="0"/>
              <w:autoSpaceDN w:val="0"/>
              <w:spacing w:before="18" w:line="245" w:lineRule="auto"/>
              <w:ind w:left="72" w:right="720"/>
            </w:pPr>
            <w:proofErr w:type="spellStart"/>
            <w:proofErr w:type="gramStart"/>
            <w:r>
              <w:rPr>
                <w:color w:val="000000"/>
                <w:w w:val="97"/>
                <w:sz w:val="16"/>
              </w:rPr>
              <w:t>ru</w:t>
            </w:r>
            <w:proofErr w:type="spellEnd"/>
            <w:r>
              <w:rPr>
                <w:color w:val="000000"/>
                <w:w w:val="97"/>
                <w:sz w:val="16"/>
              </w:rPr>
              <w:t>/catalog/</w:t>
            </w:r>
            <w:proofErr w:type="spellStart"/>
            <w:r>
              <w:rPr>
                <w:color w:val="000000"/>
                <w:w w:val="97"/>
                <w:sz w:val="16"/>
              </w:rPr>
              <w:t>rubr</w:t>
            </w:r>
            <w:proofErr w:type="spellEnd"/>
            <w:r>
              <w:rPr>
                <w:color w:val="000000"/>
                <w:w w:val="97"/>
                <w:sz w:val="16"/>
              </w:rPr>
              <w:t>/ab8c-11db-bc9a66/76557</w:t>
            </w:r>
            <w:proofErr w:type="gramEnd"/>
            <w:r>
              <w:rPr>
                <w:color w:val="000000"/>
                <w:w w:val="97"/>
                <w:sz w:val="16"/>
              </w:rPr>
              <w:t>/?</w:t>
            </w:r>
          </w:p>
          <w:p w:rsidR="00456BCD" w:rsidRDefault="00456BCD" w:rsidP="004C706A">
            <w:pPr>
              <w:autoSpaceDE w:val="0"/>
              <w:autoSpaceDN w:val="0"/>
              <w:spacing w:before="20" w:line="230" w:lineRule="auto"/>
              <w:jc w:val="center"/>
            </w:pPr>
            <w:r>
              <w:rPr>
                <w:color w:val="000000"/>
                <w:w w:val="97"/>
                <w:sz w:val="16"/>
              </w:rPr>
              <w:t>interface=</w:t>
            </w:r>
            <w:proofErr w:type="spellStart"/>
            <w:r>
              <w:rPr>
                <w:color w:val="000000"/>
                <w:w w:val="97"/>
                <w:sz w:val="16"/>
              </w:rPr>
              <w:t>pupil&amp;class</w:t>
            </w:r>
            <w:proofErr w:type="spellEnd"/>
            <w:r>
              <w:rPr>
                <w:color w:val="000000"/>
                <w:w w:val="97"/>
                <w:sz w:val="16"/>
              </w:rPr>
              <w:t>=47&amp;subject=27</w:t>
            </w:r>
          </w:p>
        </w:tc>
      </w:tr>
    </w:tbl>
    <w:p w:rsidR="00456BCD" w:rsidRDefault="00456BCD" w:rsidP="00456BCD">
      <w:pPr>
        <w:autoSpaceDE w:val="0"/>
        <w:autoSpaceDN w:val="0"/>
        <w:spacing w:line="14" w:lineRule="exact"/>
      </w:pPr>
    </w:p>
    <w:p w:rsidR="00456BCD" w:rsidRDefault="00456BCD" w:rsidP="00456BCD">
      <w:pPr>
        <w:sectPr w:rsidR="00456BCD">
          <w:pgSz w:w="16840" w:h="11900"/>
          <w:pgMar w:top="282" w:right="640" w:bottom="1306" w:left="666" w:header="720" w:footer="720" w:gutter="0"/>
          <w:cols w:space="720" w:equalWidth="0">
            <w:col w:w="15534" w:space="0"/>
          </w:cols>
          <w:docGrid w:linePitch="360"/>
        </w:sectPr>
      </w:pPr>
    </w:p>
    <w:p w:rsidR="00456BCD" w:rsidRDefault="00456BCD" w:rsidP="00456BCD">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84"/>
        <w:gridCol w:w="2558"/>
        <w:gridCol w:w="528"/>
        <w:gridCol w:w="1104"/>
        <w:gridCol w:w="1142"/>
        <w:gridCol w:w="864"/>
        <w:gridCol w:w="4838"/>
        <w:gridCol w:w="1502"/>
        <w:gridCol w:w="2582"/>
      </w:tblGrid>
      <w:tr w:rsidR="00456BCD" w:rsidTr="004C706A">
        <w:trPr>
          <w:trHeight w:hRule="exact" w:val="2078"/>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5.</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proofErr w:type="spellStart"/>
            <w:r>
              <w:rPr>
                <w:color w:val="000000"/>
                <w:w w:val="97"/>
                <w:sz w:val="16"/>
              </w:rPr>
              <w:t>Природные</w:t>
            </w:r>
            <w:proofErr w:type="spellEnd"/>
            <w:r>
              <w:rPr>
                <w:color w:val="000000"/>
                <w:w w:val="97"/>
                <w:sz w:val="16"/>
              </w:rPr>
              <w:t xml:space="preserve"> </w:t>
            </w:r>
            <w:proofErr w:type="spellStart"/>
            <w:r>
              <w:rPr>
                <w:color w:val="000000"/>
                <w:w w:val="97"/>
                <w:sz w:val="16"/>
              </w:rPr>
              <w:t>сообщества</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45" w:lineRule="auto"/>
              <w:jc w:val="center"/>
            </w:pPr>
            <w:r>
              <w:rPr>
                <w:color w:val="000000"/>
                <w:w w:val="97"/>
                <w:sz w:val="16"/>
              </w:rPr>
              <w:t>17.02.2023 07.04.2023</w:t>
            </w:r>
          </w:p>
        </w:tc>
        <w:tc>
          <w:tcPr>
            <w:tcW w:w="483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54" w:lineRule="auto"/>
              <w:ind w:left="72"/>
              <w:rPr>
                <w:lang w:val="ru-RU"/>
              </w:rPr>
            </w:pPr>
            <w:proofErr w:type="gramStart"/>
            <w:r w:rsidRPr="008B7FC2">
              <w:rPr>
                <w:color w:val="000000"/>
                <w:w w:val="97"/>
                <w:sz w:val="16"/>
                <w:lang w:val="ru-RU"/>
              </w:rPr>
              <w:t xml:space="preserve">Раскрытие сущности терминов: природное и искусственное </w:t>
            </w:r>
            <w:r w:rsidRPr="008B7FC2">
              <w:rPr>
                <w:lang w:val="ru-RU"/>
              </w:rPr>
              <w:br/>
            </w:r>
            <w:r w:rsidRPr="008B7FC2">
              <w:rPr>
                <w:color w:val="000000"/>
                <w:w w:val="97"/>
                <w:sz w:val="16"/>
                <w:lang w:val="ru-RU"/>
              </w:rPr>
              <w:t xml:space="preserve">сообщество, цепи и сети питания; </w:t>
            </w:r>
            <w:r w:rsidRPr="008B7FC2">
              <w:rPr>
                <w:lang w:val="ru-RU"/>
              </w:rPr>
              <w:br/>
            </w:r>
            <w:r w:rsidRPr="008B7FC2">
              <w:rPr>
                <w:color w:val="000000"/>
                <w:w w:val="97"/>
                <w:sz w:val="16"/>
                <w:lang w:val="ru-RU"/>
              </w:rPr>
              <w:t xml:space="preserve">Анализ групп организмов в природных сообществах: производители, потребители, разрушители органических веществ; </w:t>
            </w:r>
            <w:r w:rsidRPr="008B7FC2">
              <w:rPr>
                <w:lang w:val="ru-RU"/>
              </w:rPr>
              <w:br/>
            </w:r>
            <w:r w:rsidRPr="008B7FC2">
              <w:rPr>
                <w:color w:val="000000"/>
                <w:w w:val="97"/>
                <w:sz w:val="16"/>
                <w:lang w:val="ru-RU"/>
              </w:rPr>
              <w:t xml:space="preserve">Выявление существенных признаков природных сообществ </w:t>
            </w:r>
            <w:r w:rsidRPr="008B7FC2">
              <w:rPr>
                <w:lang w:val="ru-RU"/>
              </w:rPr>
              <w:br/>
            </w:r>
            <w:r w:rsidRPr="008B7FC2">
              <w:rPr>
                <w:color w:val="000000"/>
                <w:w w:val="97"/>
                <w:sz w:val="16"/>
                <w:lang w:val="ru-RU"/>
              </w:rPr>
              <w:t xml:space="preserve">организмов (лес, пруд, озеро и т. д.); </w:t>
            </w:r>
            <w:r w:rsidRPr="008B7FC2">
              <w:rPr>
                <w:lang w:val="ru-RU"/>
              </w:rPr>
              <w:br/>
            </w:r>
            <w:r w:rsidRPr="008B7FC2">
              <w:rPr>
                <w:color w:val="000000"/>
                <w:w w:val="97"/>
                <w:sz w:val="16"/>
                <w:lang w:val="ru-RU"/>
              </w:rPr>
              <w:t xml:space="preserve">Анализ искусственного и природного сообществ, выявление их отличительных признаков; </w:t>
            </w:r>
            <w:r w:rsidRPr="008B7FC2">
              <w:rPr>
                <w:lang w:val="ru-RU"/>
              </w:rPr>
              <w:br/>
            </w:r>
            <w:r w:rsidRPr="008B7FC2">
              <w:rPr>
                <w:color w:val="000000"/>
                <w:w w:val="97"/>
                <w:sz w:val="16"/>
                <w:lang w:val="ru-RU"/>
              </w:rPr>
              <w:t>Исследование жизни организмов по сезонам, зависимость сезонных явлений от факторов неживой природы;</w:t>
            </w:r>
            <w:proofErr w:type="gramEnd"/>
          </w:p>
        </w:tc>
        <w:tc>
          <w:tcPr>
            <w:tcW w:w="150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52" w:lineRule="auto"/>
              <w:ind w:left="72" w:right="432"/>
              <w:rPr>
                <w:lang w:val="ru-RU"/>
              </w:rPr>
            </w:pPr>
            <w:r w:rsidRPr="008B7FC2">
              <w:rPr>
                <w:color w:val="000000"/>
                <w:w w:val="97"/>
                <w:sz w:val="16"/>
                <w:lang w:val="ru-RU"/>
              </w:rPr>
              <w:t xml:space="preserve">Письменный </w:t>
            </w:r>
            <w:r w:rsidRPr="008B7FC2">
              <w:rPr>
                <w:lang w:val="ru-RU"/>
              </w:rPr>
              <w:br/>
            </w:r>
            <w:r w:rsidRPr="008B7FC2">
              <w:rPr>
                <w:color w:val="000000"/>
                <w:w w:val="97"/>
                <w:sz w:val="16"/>
                <w:lang w:val="ru-RU"/>
              </w:rPr>
              <w:t xml:space="preserve">контроль; </w:t>
            </w:r>
            <w:r w:rsidRPr="008B7FC2">
              <w:rPr>
                <w:lang w:val="ru-RU"/>
              </w:rPr>
              <w:br/>
            </w:r>
            <w:r w:rsidRPr="008B7FC2">
              <w:rPr>
                <w:color w:val="000000"/>
                <w:w w:val="97"/>
                <w:sz w:val="16"/>
                <w:lang w:val="ru-RU"/>
              </w:rPr>
              <w:t xml:space="preserve">устный опрос; письменный </w:t>
            </w:r>
            <w:r w:rsidRPr="008B7FC2">
              <w:rPr>
                <w:lang w:val="ru-RU"/>
              </w:rPr>
              <w:br/>
            </w:r>
            <w:r w:rsidRPr="008B7FC2">
              <w:rPr>
                <w:color w:val="000000"/>
                <w:w w:val="97"/>
                <w:sz w:val="16"/>
                <w:lang w:val="ru-RU"/>
              </w:rPr>
              <w:t>контроль;</w:t>
            </w:r>
          </w:p>
        </w:tc>
        <w:tc>
          <w:tcPr>
            <w:tcW w:w="258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50" w:lineRule="auto"/>
              <w:ind w:left="72" w:right="576"/>
            </w:pPr>
            <w:r w:rsidRPr="008B7FC2">
              <w:rPr>
                <w:color w:val="000000"/>
                <w:w w:val="97"/>
                <w:sz w:val="16"/>
                <w:lang w:val="ru-RU"/>
              </w:rPr>
              <w:t xml:space="preserve">3. Комплект цифровых </w:t>
            </w:r>
            <w:r w:rsidRPr="008B7FC2">
              <w:rPr>
                <w:lang w:val="ru-RU"/>
              </w:rPr>
              <w:br/>
            </w:r>
            <w:r w:rsidRPr="008B7FC2">
              <w:rPr>
                <w:color w:val="000000"/>
                <w:w w:val="97"/>
                <w:sz w:val="16"/>
                <w:lang w:val="ru-RU"/>
              </w:rPr>
              <w:t xml:space="preserve">образовательных ресурсов: Изучаем биологию </w:t>
            </w:r>
            <w:r w:rsidRPr="008B7FC2">
              <w:rPr>
                <w:lang w:val="ru-RU"/>
              </w:rPr>
              <w:br/>
            </w:r>
            <w:r>
              <w:rPr>
                <w:color w:val="000000"/>
                <w:w w:val="97"/>
                <w:sz w:val="16"/>
              </w:rPr>
              <w:t>http://learnbiology.narod.ru</w:t>
            </w:r>
          </w:p>
        </w:tc>
      </w:tr>
      <w:tr w:rsidR="00456BCD" w:rsidTr="004C706A">
        <w:trPr>
          <w:trHeight w:hRule="exact" w:val="1836"/>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6.</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proofErr w:type="spellStart"/>
            <w:r>
              <w:rPr>
                <w:color w:val="000000"/>
                <w:w w:val="97"/>
                <w:sz w:val="16"/>
              </w:rPr>
              <w:t>Живая</w:t>
            </w:r>
            <w:proofErr w:type="spellEnd"/>
            <w:r>
              <w:rPr>
                <w:color w:val="000000"/>
                <w:w w:val="97"/>
                <w:sz w:val="16"/>
              </w:rPr>
              <w:t xml:space="preserve"> </w:t>
            </w:r>
            <w:proofErr w:type="spellStart"/>
            <w:r>
              <w:rPr>
                <w:color w:val="000000"/>
                <w:w w:val="97"/>
                <w:sz w:val="16"/>
              </w:rPr>
              <w:t>природа</w:t>
            </w:r>
            <w:proofErr w:type="spellEnd"/>
            <w:r>
              <w:rPr>
                <w:color w:val="000000"/>
                <w:w w:val="97"/>
                <w:sz w:val="16"/>
              </w:rPr>
              <w:t xml:space="preserve"> и </w:t>
            </w:r>
            <w:proofErr w:type="spellStart"/>
            <w:r>
              <w:rPr>
                <w:color w:val="000000"/>
                <w:w w:val="97"/>
                <w:sz w:val="16"/>
              </w:rPr>
              <w:t>человек</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45" w:lineRule="auto"/>
              <w:jc w:val="center"/>
            </w:pPr>
            <w:r>
              <w:rPr>
                <w:color w:val="000000"/>
                <w:w w:val="97"/>
                <w:sz w:val="16"/>
              </w:rPr>
              <w:t>14.04.2023 26.05.2023</w:t>
            </w:r>
          </w:p>
        </w:tc>
        <w:tc>
          <w:tcPr>
            <w:tcW w:w="483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6" w:line="254" w:lineRule="auto"/>
              <w:ind w:left="72"/>
              <w:rPr>
                <w:lang w:val="ru-RU"/>
              </w:rPr>
            </w:pPr>
            <w:r w:rsidRPr="008B7FC2">
              <w:rPr>
                <w:color w:val="000000"/>
                <w:w w:val="97"/>
                <w:sz w:val="16"/>
                <w:lang w:val="ru-RU"/>
              </w:rPr>
              <w:t xml:space="preserve">Анализ и оценивание влияния хозяйственной деятельности людей на природу; </w:t>
            </w:r>
            <w:r w:rsidRPr="008B7FC2">
              <w:rPr>
                <w:lang w:val="ru-RU"/>
              </w:rPr>
              <w:br/>
            </w:r>
            <w:r w:rsidRPr="008B7FC2">
              <w:rPr>
                <w:color w:val="000000"/>
                <w:w w:val="97"/>
                <w:sz w:val="16"/>
                <w:lang w:val="ru-RU"/>
              </w:rPr>
              <w:t xml:space="preserve">Аргументирование введения рационального природопользования и применение безотходных технологий (утилизация отходов </w:t>
            </w:r>
            <w:r w:rsidRPr="008B7FC2">
              <w:rPr>
                <w:lang w:val="ru-RU"/>
              </w:rPr>
              <w:br/>
            </w:r>
            <w:r w:rsidRPr="008B7FC2">
              <w:rPr>
                <w:color w:val="000000"/>
                <w:w w:val="97"/>
                <w:sz w:val="16"/>
                <w:lang w:val="ru-RU"/>
              </w:rPr>
              <w:t xml:space="preserve">производства и бытового мусора); </w:t>
            </w:r>
            <w:r w:rsidRPr="008B7FC2">
              <w:rPr>
                <w:lang w:val="ru-RU"/>
              </w:rPr>
              <w:br/>
            </w:r>
            <w:r w:rsidRPr="008B7FC2">
              <w:rPr>
                <w:color w:val="000000"/>
                <w:w w:val="97"/>
                <w:sz w:val="16"/>
                <w:lang w:val="ru-RU"/>
              </w:rPr>
              <w:t xml:space="preserve">Определение роли человека в природе, зависимости его здоровья от состояния окружающей среды; </w:t>
            </w:r>
            <w:r w:rsidRPr="008B7FC2">
              <w:rPr>
                <w:lang w:val="ru-RU"/>
              </w:rPr>
              <w:br/>
            </w:r>
            <w:r w:rsidRPr="008B7FC2">
              <w:rPr>
                <w:color w:val="000000"/>
                <w:w w:val="97"/>
                <w:sz w:val="16"/>
                <w:lang w:val="ru-RU"/>
              </w:rPr>
              <w:t>Обоснование правил поведения человека в природе;</w:t>
            </w:r>
          </w:p>
        </w:tc>
        <w:tc>
          <w:tcPr>
            <w:tcW w:w="150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6" w:line="250" w:lineRule="auto"/>
              <w:ind w:left="72" w:right="432"/>
              <w:rPr>
                <w:lang w:val="ru-RU"/>
              </w:rPr>
            </w:pPr>
            <w:r w:rsidRPr="008B7FC2">
              <w:rPr>
                <w:color w:val="000000"/>
                <w:w w:val="97"/>
                <w:sz w:val="16"/>
                <w:lang w:val="ru-RU"/>
              </w:rPr>
              <w:t xml:space="preserve">Практическая работа; </w:t>
            </w:r>
            <w:r w:rsidRPr="008B7FC2">
              <w:rPr>
                <w:lang w:val="ru-RU"/>
              </w:rPr>
              <w:br/>
            </w:r>
            <w:r w:rsidRPr="008B7FC2">
              <w:rPr>
                <w:color w:val="000000"/>
                <w:w w:val="97"/>
                <w:sz w:val="16"/>
                <w:lang w:val="ru-RU"/>
              </w:rPr>
              <w:t>тестирование; устный опрос;</w:t>
            </w:r>
          </w:p>
        </w:tc>
        <w:tc>
          <w:tcPr>
            <w:tcW w:w="258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6" w:line="233" w:lineRule="auto"/>
              <w:ind w:left="72"/>
            </w:pPr>
            <w:r>
              <w:rPr>
                <w:color w:val="000000"/>
                <w:w w:val="97"/>
                <w:sz w:val="16"/>
              </w:rPr>
              <w:t xml:space="preserve">http://school-collection. </w:t>
            </w:r>
            <w:proofErr w:type="spellStart"/>
            <w:proofErr w:type="gramStart"/>
            <w:r>
              <w:rPr>
                <w:color w:val="000000"/>
                <w:w w:val="97"/>
                <w:sz w:val="16"/>
              </w:rPr>
              <w:t>edu</w:t>
            </w:r>
            <w:proofErr w:type="spellEnd"/>
            <w:proofErr w:type="gramEnd"/>
            <w:r>
              <w:rPr>
                <w:color w:val="000000"/>
                <w:w w:val="97"/>
                <w:sz w:val="16"/>
              </w:rPr>
              <w:t>.</w:t>
            </w:r>
          </w:p>
          <w:p w:rsidR="00456BCD" w:rsidRDefault="00456BCD" w:rsidP="004C706A">
            <w:pPr>
              <w:autoSpaceDE w:val="0"/>
              <w:autoSpaceDN w:val="0"/>
              <w:spacing w:before="18" w:line="245" w:lineRule="auto"/>
              <w:ind w:left="72" w:right="720"/>
            </w:pPr>
            <w:proofErr w:type="spellStart"/>
            <w:proofErr w:type="gramStart"/>
            <w:r>
              <w:rPr>
                <w:color w:val="000000"/>
                <w:w w:val="97"/>
                <w:sz w:val="16"/>
              </w:rPr>
              <w:t>ru</w:t>
            </w:r>
            <w:proofErr w:type="spellEnd"/>
            <w:r>
              <w:rPr>
                <w:color w:val="000000"/>
                <w:w w:val="97"/>
                <w:sz w:val="16"/>
              </w:rPr>
              <w:t>/catalog/</w:t>
            </w:r>
            <w:proofErr w:type="spellStart"/>
            <w:r>
              <w:rPr>
                <w:color w:val="000000"/>
                <w:w w:val="97"/>
                <w:sz w:val="16"/>
              </w:rPr>
              <w:t>rubr</w:t>
            </w:r>
            <w:proofErr w:type="spellEnd"/>
            <w:r>
              <w:rPr>
                <w:color w:val="000000"/>
                <w:w w:val="97"/>
                <w:sz w:val="16"/>
              </w:rPr>
              <w:t>/ab8c-11db-bc9a66/76567</w:t>
            </w:r>
            <w:proofErr w:type="gramEnd"/>
            <w:r>
              <w:rPr>
                <w:color w:val="000000"/>
                <w:w w:val="97"/>
                <w:sz w:val="16"/>
              </w:rPr>
              <w:t>/?</w:t>
            </w:r>
          </w:p>
          <w:p w:rsidR="00456BCD" w:rsidRDefault="00456BCD" w:rsidP="004C706A">
            <w:pPr>
              <w:autoSpaceDE w:val="0"/>
              <w:autoSpaceDN w:val="0"/>
              <w:spacing w:before="18" w:line="233" w:lineRule="auto"/>
              <w:jc w:val="center"/>
            </w:pPr>
            <w:r>
              <w:rPr>
                <w:color w:val="000000"/>
                <w:w w:val="97"/>
                <w:sz w:val="16"/>
              </w:rPr>
              <w:t>interface=</w:t>
            </w:r>
            <w:proofErr w:type="spellStart"/>
            <w:r>
              <w:rPr>
                <w:color w:val="000000"/>
                <w:w w:val="97"/>
                <w:sz w:val="16"/>
              </w:rPr>
              <w:t>pupil&amp;class</w:t>
            </w:r>
            <w:proofErr w:type="spellEnd"/>
            <w:r>
              <w:rPr>
                <w:color w:val="000000"/>
                <w:w w:val="97"/>
                <w:sz w:val="16"/>
              </w:rPr>
              <w:t>=47&amp;subject=27</w:t>
            </w:r>
          </w:p>
        </w:tc>
      </w:tr>
      <w:tr w:rsidR="00456BCD" w:rsidTr="004C706A">
        <w:trPr>
          <w:trHeight w:hRule="exact" w:val="348"/>
        </w:trPr>
        <w:tc>
          <w:tcPr>
            <w:tcW w:w="2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proofErr w:type="spellStart"/>
            <w:r>
              <w:rPr>
                <w:color w:val="000000"/>
                <w:w w:val="97"/>
                <w:sz w:val="16"/>
              </w:rPr>
              <w:t>Резервное</w:t>
            </w:r>
            <w:proofErr w:type="spellEnd"/>
            <w:r>
              <w:rPr>
                <w:color w:val="000000"/>
                <w:w w:val="97"/>
                <w:sz w:val="16"/>
              </w:rPr>
              <w:t xml:space="preserve"> </w:t>
            </w:r>
            <w:proofErr w:type="spellStart"/>
            <w:r>
              <w:rPr>
                <w:color w:val="000000"/>
                <w:w w:val="97"/>
                <w:sz w:val="16"/>
              </w:rPr>
              <w:t>время</w:t>
            </w:r>
            <w:proofErr w:type="spellEnd"/>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1</w:t>
            </w:r>
          </w:p>
        </w:tc>
        <w:tc>
          <w:tcPr>
            <w:tcW w:w="1203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tc>
      </w:tr>
      <w:tr w:rsidR="00456BCD" w:rsidTr="004C706A">
        <w:trPr>
          <w:trHeight w:hRule="exact" w:val="520"/>
        </w:trPr>
        <w:tc>
          <w:tcPr>
            <w:tcW w:w="2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78" w:line="245" w:lineRule="auto"/>
              <w:ind w:left="72" w:right="288"/>
              <w:rPr>
                <w:lang w:val="ru-RU"/>
              </w:rPr>
            </w:pPr>
            <w:r w:rsidRPr="008B7FC2">
              <w:rPr>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78" w:line="230" w:lineRule="auto"/>
              <w:ind w:left="72"/>
            </w:pPr>
            <w:r>
              <w:rPr>
                <w:color w:val="000000"/>
                <w:w w:val="97"/>
                <w:sz w:val="16"/>
              </w:rPr>
              <w:t>9</w:t>
            </w:r>
          </w:p>
        </w:tc>
        <w:tc>
          <w:tcPr>
            <w:tcW w:w="978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tc>
      </w:tr>
    </w:tbl>
    <w:p w:rsidR="00456BCD" w:rsidRDefault="00456BCD" w:rsidP="00456BCD">
      <w:pPr>
        <w:autoSpaceDE w:val="0"/>
        <w:autoSpaceDN w:val="0"/>
        <w:spacing w:line="14" w:lineRule="exact"/>
      </w:pPr>
    </w:p>
    <w:p w:rsidR="00456BCD" w:rsidRDefault="00456BCD" w:rsidP="00456BCD">
      <w:pPr>
        <w:sectPr w:rsidR="00456BCD">
          <w:pgSz w:w="16840" w:h="11900"/>
          <w:pgMar w:top="284" w:right="640" w:bottom="1440" w:left="666" w:header="720" w:footer="720" w:gutter="0"/>
          <w:cols w:space="720" w:equalWidth="0">
            <w:col w:w="15534" w:space="0"/>
          </w:cols>
          <w:docGrid w:linePitch="360"/>
        </w:sectPr>
      </w:pPr>
    </w:p>
    <w:p w:rsidR="00456BCD" w:rsidRDefault="00456BCD" w:rsidP="00456BCD">
      <w:pPr>
        <w:autoSpaceDE w:val="0"/>
        <w:autoSpaceDN w:val="0"/>
        <w:spacing w:after="78" w:line="220" w:lineRule="exact"/>
      </w:pPr>
    </w:p>
    <w:p w:rsidR="00456BCD" w:rsidRDefault="00456BCD" w:rsidP="00456BCD">
      <w:pPr>
        <w:autoSpaceDE w:val="0"/>
        <w:autoSpaceDN w:val="0"/>
        <w:spacing w:after="318" w:line="230" w:lineRule="auto"/>
      </w:pPr>
      <w:r>
        <w:rPr>
          <w:b/>
          <w:color w:val="000000"/>
        </w:rPr>
        <w:t>ПОУРОЧНОЕ ПЛАНИРОВАНИЕ</w:t>
      </w:r>
    </w:p>
    <w:tbl>
      <w:tblPr>
        <w:tblW w:w="0" w:type="auto"/>
        <w:tblInd w:w="6" w:type="dxa"/>
        <w:tblLayout w:type="fixed"/>
        <w:tblLook w:val="04A0" w:firstRow="1" w:lastRow="0" w:firstColumn="1" w:lastColumn="0" w:noHBand="0" w:noVBand="1"/>
      </w:tblPr>
      <w:tblGrid>
        <w:gridCol w:w="500"/>
        <w:gridCol w:w="3120"/>
        <w:gridCol w:w="726"/>
        <w:gridCol w:w="1608"/>
        <w:gridCol w:w="1656"/>
        <w:gridCol w:w="1226"/>
        <w:gridCol w:w="1810"/>
      </w:tblGrid>
      <w:tr w:rsidR="00456BCD" w:rsidTr="004C706A">
        <w:trPr>
          <w:trHeight w:hRule="exact" w:val="488"/>
        </w:trPr>
        <w:tc>
          <w:tcPr>
            <w:tcW w:w="50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62" w:lineRule="auto"/>
              <w:ind w:left="70"/>
            </w:pPr>
            <w:r>
              <w:rPr>
                <w:b/>
                <w:color w:val="000000"/>
              </w:rPr>
              <w:t>№</w:t>
            </w:r>
            <w:r>
              <w:br/>
            </w:r>
            <w:r>
              <w:rPr>
                <w:b/>
                <w:color w:val="000000"/>
              </w:rPr>
              <w:t>п/п</w:t>
            </w:r>
          </w:p>
        </w:tc>
        <w:tc>
          <w:tcPr>
            <w:tcW w:w="31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0"/>
            </w:pPr>
            <w:proofErr w:type="spellStart"/>
            <w:r>
              <w:rPr>
                <w:b/>
                <w:color w:val="000000"/>
              </w:rPr>
              <w:t>Тема</w:t>
            </w:r>
            <w:proofErr w:type="spellEnd"/>
            <w:r>
              <w:rPr>
                <w:b/>
                <w:color w:val="000000"/>
              </w:rPr>
              <w:t xml:space="preserve"> </w:t>
            </w:r>
            <w:proofErr w:type="spellStart"/>
            <w:r>
              <w:rPr>
                <w:b/>
                <w:color w:val="000000"/>
              </w:rPr>
              <w:t>урока</w:t>
            </w:r>
            <w:proofErr w:type="spellEnd"/>
          </w:p>
        </w:tc>
        <w:tc>
          <w:tcPr>
            <w:tcW w:w="399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proofErr w:type="spellStart"/>
            <w:r>
              <w:rPr>
                <w:b/>
                <w:color w:val="000000"/>
              </w:rPr>
              <w:t>Количество</w:t>
            </w:r>
            <w:proofErr w:type="spellEnd"/>
            <w:r>
              <w:rPr>
                <w:b/>
                <w:color w:val="000000"/>
              </w:rPr>
              <w:t xml:space="preserve"> </w:t>
            </w:r>
            <w:proofErr w:type="spellStart"/>
            <w:r>
              <w:rPr>
                <w:b/>
                <w:color w:val="000000"/>
              </w:rPr>
              <w:t>часов</w:t>
            </w:r>
            <w:proofErr w:type="spellEnd"/>
          </w:p>
        </w:tc>
        <w:tc>
          <w:tcPr>
            <w:tcW w:w="12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62" w:lineRule="auto"/>
              <w:ind w:left="72" w:right="144"/>
            </w:pPr>
            <w:proofErr w:type="spellStart"/>
            <w:r>
              <w:rPr>
                <w:b/>
                <w:color w:val="000000"/>
              </w:rPr>
              <w:t>Дата</w:t>
            </w:r>
            <w:proofErr w:type="spellEnd"/>
            <w:r>
              <w:rPr>
                <w:b/>
                <w:color w:val="000000"/>
              </w:rPr>
              <w:t xml:space="preserve"> </w:t>
            </w:r>
            <w:r>
              <w:br/>
            </w:r>
            <w:proofErr w:type="spellStart"/>
            <w:r>
              <w:rPr>
                <w:b/>
                <w:color w:val="000000"/>
              </w:rPr>
              <w:t>изучения</w:t>
            </w:r>
            <w:proofErr w:type="spellEnd"/>
          </w:p>
        </w:tc>
        <w:tc>
          <w:tcPr>
            <w:tcW w:w="18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62" w:lineRule="auto"/>
              <w:ind w:left="72" w:right="144"/>
            </w:pPr>
            <w:proofErr w:type="spellStart"/>
            <w:r>
              <w:rPr>
                <w:b/>
                <w:color w:val="000000"/>
              </w:rPr>
              <w:t>Виды</w:t>
            </w:r>
            <w:proofErr w:type="spellEnd"/>
            <w:r>
              <w:rPr>
                <w:b/>
                <w:color w:val="000000"/>
              </w:rPr>
              <w:t xml:space="preserve">, </w:t>
            </w:r>
            <w:proofErr w:type="spellStart"/>
            <w:r>
              <w:rPr>
                <w:b/>
                <w:color w:val="000000"/>
              </w:rPr>
              <w:t>формы</w:t>
            </w:r>
            <w:proofErr w:type="spellEnd"/>
            <w:r>
              <w:rPr>
                <w:b/>
                <w:color w:val="000000"/>
              </w:rPr>
              <w:t xml:space="preserve"> </w:t>
            </w:r>
            <w:proofErr w:type="spellStart"/>
            <w:r>
              <w:rPr>
                <w:b/>
                <w:color w:val="000000"/>
              </w:rPr>
              <w:t>контроля</w:t>
            </w:r>
            <w:proofErr w:type="spellEnd"/>
          </w:p>
        </w:tc>
      </w:tr>
      <w:tr w:rsidR="00456BCD" w:rsidTr="004C706A">
        <w:trPr>
          <w:trHeight w:hRule="exact" w:val="822"/>
        </w:trPr>
        <w:tc>
          <w:tcPr>
            <w:tcW w:w="1525"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1525"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proofErr w:type="spellStart"/>
            <w:r>
              <w:rPr>
                <w:b/>
                <w:color w:val="000000"/>
              </w:rPr>
              <w:t>всего</w:t>
            </w:r>
            <w:proofErr w:type="spellEnd"/>
            <w:r>
              <w:rPr>
                <w:b/>
                <w:color w:val="000000"/>
              </w:rPr>
              <w:t xml:space="preserve"> </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62" w:lineRule="auto"/>
              <w:ind w:left="72"/>
            </w:pPr>
            <w:proofErr w:type="spellStart"/>
            <w:r>
              <w:rPr>
                <w:b/>
                <w:color w:val="000000"/>
              </w:rPr>
              <w:t>контрольные</w:t>
            </w:r>
            <w:proofErr w:type="spellEnd"/>
            <w:r>
              <w:rPr>
                <w:b/>
                <w:color w:val="000000"/>
              </w:rPr>
              <w:t xml:space="preserve"> </w:t>
            </w:r>
            <w:proofErr w:type="spellStart"/>
            <w:r>
              <w:rPr>
                <w:b/>
                <w:color w:val="000000"/>
              </w:rPr>
              <w:t>работы</w:t>
            </w:r>
            <w:proofErr w:type="spellEnd"/>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62" w:lineRule="auto"/>
              <w:ind w:left="72"/>
            </w:pPr>
            <w:proofErr w:type="spellStart"/>
            <w:r>
              <w:rPr>
                <w:b/>
                <w:color w:val="000000"/>
              </w:rPr>
              <w:t>практические</w:t>
            </w:r>
            <w:proofErr w:type="spellEnd"/>
            <w:r>
              <w:rPr>
                <w:b/>
                <w:color w:val="000000"/>
              </w:rPr>
              <w:t xml:space="preserve"> </w:t>
            </w:r>
            <w:proofErr w:type="spellStart"/>
            <w:r>
              <w:rPr>
                <w:b/>
                <w:color w:val="000000"/>
              </w:rPr>
              <w:t>работы</w:t>
            </w:r>
            <w:proofErr w:type="spellEnd"/>
          </w:p>
        </w:tc>
        <w:tc>
          <w:tcPr>
            <w:tcW w:w="1525"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c>
          <w:tcPr>
            <w:tcW w:w="1525" w:type="dxa"/>
            <w:vMerge/>
            <w:tcBorders>
              <w:top w:val="single" w:sz="4" w:space="0" w:color="000000"/>
              <w:left w:val="single" w:sz="4" w:space="0" w:color="000000"/>
              <w:bottom w:val="single" w:sz="4" w:space="0" w:color="000000"/>
              <w:right w:val="single" w:sz="4" w:space="0" w:color="000000"/>
            </w:tcBorders>
          </w:tcPr>
          <w:p w:rsidR="00456BCD" w:rsidRDefault="00456BCD" w:rsidP="004C706A"/>
        </w:tc>
      </w:tr>
      <w:tr w:rsidR="00456BCD" w:rsidTr="004C706A">
        <w:trPr>
          <w:trHeight w:hRule="exact" w:val="1488"/>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0"/>
            </w:pPr>
            <w:r>
              <w:rPr>
                <w:color w:val="000000"/>
              </w:rPr>
              <w:t>1.</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6" w:line="278" w:lineRule="auto"/>
              <w:ind w:left="70" w:right="144"/>
              <w:rPr>
                <w:lang w:val="ru-RU"/>
              </w:rPr>
            </w:pPr>
            <w:r w:rsidRPr="008B7FC2">
              <w:rPr>
                <w:color w:val="000000"/>
                <w:lang w:val="ru-RU"/>
              </w:rPr>
              <w:t xml:space="preserve">Понятие о жизни. Сходство и различия живого и </w:t>
            </w:r>
            <w:r w:rsidRPr="008B7FC2">
              <w:rPr>
                <w:lang w:val="ru-RU"/>
              </w:rPr>
              <w:br/>
            </w:r>
            <w:r w:rsidRPr="008B7FC2">
              <w:rPr>
                <w:color w:val="000000"/>
                <w:lang w:val="ru-RU"/>
              </w:rPr>
              <w:t>неживого. Живая и неживая природа – единое целое</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02.09.2022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1822"/>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0"/>
            </w:pPr>
            <w:r>
              <w:rPr>
                <w:color w:val="000000"/>
              </w:rPr>
              <w:t>2.</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Pr>
                <w:lang w:val="ru-RU"/>
              </w:rPr>
            </w:pPr>
            <w:r w:rsidRPr="008B7FC2">
              <w:rPr>
                <w:color w:val="000000"/>
                <w:lang w:val="ru-RU"/>
              </w:rPr>
              <w:t>Биология – система наук о живой природе. Основные разделы биологии. Значение биологических знаний для современного человека</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09.09.2022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1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0"/>
            </w:pPr>
            <w:r>
              <w:rPr>
                <w:color w:val="000000"/>
              </w:rPr>
              <w:t>3.</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ind w:left="70"/>
              <w:rPr>
                <w:lang w:val="ru-RU"/>
              </w:rPr>
            </w:pPr>
            <w:r w:rsidRPr="008B7FC2">
              <w:rPr>
                <w:color w:val="000000"/>
                <w:lang w:val="ru-RU"/>
              </w:rPr>
              <w:t xml:space="preserve">Кабинет биологии. Правила поведения и работы в </w:t>
            </w:r>
            <w:r w:rsidRPr="008B7FC2">
              <w:rPr>
                <w:lang w:val="ru-RU"/>
              </w:rPr>
              <w:br/>
            </w:r>
            <w:r w:rsidRPr="008B7FC2">
              <w:rPr>
                <w:color w:val="000000"/>
                <w:lang w:val="ru-RU"/>
              </w:rPr>
              <w:t>кабинете с биологическими приборами и инструментами</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16.09.2022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3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0"/>
            </w:pPr>
            <w:r>
              <w:rPr>
                <w:color w:val="000000"/>
              </w:rPr>
              <w:t>4.</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6" w:line="262" w:lineRule="auto"/>
              <w:ind w:left="70" w:right="432"/>
              <w:rPr>
                <w:lang w:val="ru-RU"/>
              </w:rPr>
            </w:pPr>
            <w:r w:rsidRPr="008B7FC2">
              <w:rPr>
                <w:color w:val="000000"/>
                <w:lang w:val="ru-RU"/>
              </w:rPr>
              <w:t>Биологические термины, понятия, символы.</w:t>
            </w:r>
          </w:p>
          <w:p w:rsidR="00456BCD" w:rsidRPr="008B7FC2" w:rsidRDefault="00456BCD" w:rsidP="004C706A">
            <w:pPr>
              <w:autoSpaceDE w:val="0"/>
              <w:autoSpaceDN w:val="0"/>
              <w:spacing w:before="70" w:line="271" w:lineRule="auto"/>
              <w:ind w:left="70" w:right="288"/>
              <w:rPr>
                <w:lang w:val="ru-RU"/>
              </w:rPr>
            </w:pPr>
            <w:r w:rsidRPr="008B7FC2">
              <w:rPr>
                <w:color w:val="000000"/>
                <w:lang w:val="ru-RU"/>
              </w:rPr>
              <w:t xml:space="preserve">Источники биологических знаний: наблюдение, </w:t>
            </w:r>
            <w:r w:rsidRPr="008B7FC2">
              <w:rPr>
                <w:lang w:val="ru-RU"/>
              </w:rPr>
              <w:br/>
            </w:r>
            <w:r w:rsidRPr="008B7FC2">
              <w:rPr>
                <w:color w:val="000000"/>
                <w:lang w:val="ru-RU"/>
              </w:rPr>
              <w:t>эксперимент и теория.</w:t>
            </w:r>
          </w:p>
          <w:p w:rsidR="00456BCD" w:rsidRPr="008B7FC2" w:rsidRDefault="00456BCD" w:rsidP="004C706A">
            <w:pPr>
              <w:autoSpaceDE w:val="0"/>
              <w:autoSpaceDN w:val="0"/>
              <w:spacing w:before="70" w:line="281" w:lineRule="auto"/>
              <w:ind w:left="70" w:right="144"/>
              <w:rPr>
                <w:lang w:val="ru-RU"/>
              </w:rPr>
            </w:pPr>
            <w:r w:rsidRPr="008B7FC2">
              <w:rPr>
                <w:color w:val="000000"/>
                <w:lang w:val="ru-RU"/>
              </w:rPr>
              <w:t xml:space="preserve">Поиск информации с </w:t>
            </w:r>
            <w:r w:rsidRPr="008B7FC2">
              <w:rPr>
                <w:lang w:val="ru-RU"/>
              </w:rPr>
              <w:br/>
            </w:r>
            <w:r w:rsidRPr="008B7FC2">
              <w:rPr>
                <w:color w:val="000000"/>
                <w:lang w:val="ru-RU"/>
              </w:rPr>
              <w:t>использованием различных источников (научн</w:t>
            </w:r>
            <w:proofErr w:type="gramStart"/>
            <w:r w:rsidRPr="008B7FC2">
              <w:rPr>
                <w:color w:val="000000"/>
                <w:lang w:val="ru-RU"/>
              </w:rPr>
              <w:t>о-</w:t>
            </w:r>
            <w:proofErr w:type="gramEnd"/>
            <w:r w:rsidRPr="008B7FC2">
              <w:rPr>
                <w:lang w:val="ru-RU"/>
              </w:rPr>
              <w:br/>
            </w:r>
            <w:r w:rsidRPr="008B7FC2">
              <w:rPr>
                <w:color w:val="000000"/>
                <w:lang w:val="ru-RU"/>
              </w:rPr>
              <w:t xml:space="preserve">популярная литература, </w:t>
            </w:r>
            <w:r w:rsidRPr="008B7FC2">
              <w:rPr>
                <w:lang w:val="ru-RU"/>
              </w:rPr>
              <w:br/>
            </w:r>
            <w:r w:rsidRPr="008B7FC2">
              <w:rPr>
                <w:color w:val="000000"/>
                <w:lang w:val="ru-RU"/>
              </w:rPr>
              <w:t>справочники, Интернет)</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23.09.2022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6" w:line="262" w:lineRule="auto"/>
              <w:ind w:right="288"/>
            </w:pPr>
            <w:r>
              <w:rPr>
                <w:color w:val="000000"/>
              </w:rPr>
              <w:t xml:space="preserve"> </w:t>
            </w:r>
            <w:proofErr w:type="spellStart"/>
            <w:r>
              <w:rPr>
                <w:color w:val="000000"/>
              </w:rPr>
              <w:t>Письменный</w:t>
            </w:r>
            <w:proofErr w:type="spellEnd"/>
            <w:r>
              <w:rPr>
                <w:color w:val="000000"/>
              </w:rPr>
              <w:t xml:space="preserve"> </w:t>
            </w:r>
            <w:r>
              <w:tab/>
            </w:r>
            <w:proofErr w:type="spellStart"/>
            <w:r>
              <w:rPr>
                <w:color w:val="000000"/>
              </w:rPr>
              <w:t>контроль</w:t>
            </w:r>
            <w:proofErr w:type="spellEnd"/>
            <w:r>
              <w:rPr>
                <w:color w:val="000000"/>
              </w:rPr>
              <w:t>;</w:t>
            </w:r>
          </w:p>
        </w:tc>
      </w:tr>
      <w:tr w:rsidR="00456BCD" w:rsidTr="004C706A">
        <w:trPr>
          <w:trHeight w:hRule="exact" w:val="447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0"/>
            </w:pPr>
            <w:r>
              <w:rPr>
                <w:color w:val="000000"/>
              </w:rPr>
              <w:t>5.</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6" w:line="286" w:lineRule="auto"/>
              <w:ind w:left="70"/>
              <w:rPr>
                <w:lang w:val="ru-RU"/>
              </w:rPr>
            </w:pPr>
            <w:r w:rsidRPr="008B7FC2">
              <w:rPr>
                <w:color w:val="000000"/>
                <w:lang w:val="ru-RU"/>
              </w:rPr>
              <w:t xml:space="preserve">Научные методы изучения живой природы: </w:t>
            </w:r>
            <w:r w:rsidRPr="008B7FC2">
              <w:rPr>
                <w:lang w:val="ru-RU"/>
              </w:rPr>
              <w:br/>
            </w:r>
            <w:r w:rsidRPr="008B7FC2">
              <w:rPr>
                <w:color w:val="000000"/>
                <w:lang w:val="ru-RU"/>
              </w:rPr>
              <w:t xml:space="preserve">наблюдение, эксперимент, описание, измерение, </w:t>
            </w:r>
            <w:r w:rsidRPr="008B7FC2">
              <w:rPr>
                <w:lang w:val="ru-RU"/>
              </w:rPr>
              <w:br/>
            </w:r>
            <w:proofErr w:type="spellStart"/>
            <w:r w:rsidRPr="008B7FC2">
              <w:rPr>
                <w:color w:val="000000"/>
                <w:lang w:val="ru-RU"/>
              </w:rPr>
              <w:t>классификацияЛабораторная</w:t>
            </w:r>
            <w:proofErr w:type="spellEnd"/>
            <w:r w:rsidRPr="008B7FC2">
              <w:rPr>
                <w:color w:val="000000"/>
                <w:lang w:val="ru-RU"/>
              </w:rPr>
              <w:t xml:space="preserve"> работа №1. Изучение </w:t>
            </w:r>
            <w:r w:rsidRPr="008B7FC2">
              <w:rPr>
                <w:lang w:val="ru-RU"/>
              </w:rPr>
              <w:br/>
            </w:r>
            <w:r w:rsidRPr="008B7FC2">
              <w:rPr>
                <w:color w:val="000000"/>
                <w:lang w:val="ru-RU"/>
              </w:rPr>
              <w:t xml:space="preserve">лабораторного </w:t>
            </w:r>
            <w:r w:rsidRPr="008B7FC2">
              <w:rPr>
                <w:lang w:val="ru-RU"/>
              </w:rPr>
              <w:br/>
            </w:r>
            <w:r w:rsidRPr="008B7FC2">
              <w:rPr>
                <w:color w:val="000000"/>
                <w:lang w:val="ru-RU"/>
              </w:rPr>
              <w:t xml:space="preserve">оборудования: термометры, весы, чашки Петри, </w:t>
            </w:r>
            <w:r w:rsidRPr="008B7FC2">
              <w:rPr>
                <w:lang w:val="ru-RU"/>
              </w:rPr>
              <w:br/>
            </w:r>
            <w:r w:rsidRPr="008B7FC2">
              <w:rPr>
                <w:color w:val="000000"/>
                <w:lang w:val="ru-RU"/>
              </w:rPr>
              <w:t>пробирки, мензурки.</w:t>
            </w:r>
          </w:p>
          <w:p w:rsidR="00456BCD" w:rsidRPr="008B7FC2" w:rsidRDefault="00456BCD" w:rsidP="004C706A">
            <w:pPr>
              <w:autoSpaceDE w:val="0"/>
              <w:autoSpaceDN w:val="0"/>
              <w:spacing w:before="70" w:line="271" w:lineRule="auto"/>
              <w:ind w:left="70" w:right="144"/>
              <w:rPr>
                <w:lang w:val="ru-RU"/>
              </w:rPr>
            </w:pPr>
            <w:r w:rsidRPr="008B7FC2">
              <w:rPr>
                <w:color w:val="000000"/>
                <w:lang w:val="ru-RU"/>
              </w:rPr>
              <w:t xml:space="preserve">Правила работы с </w:t>
            </w:r>
            <w:r w:rsidRPr="008B7FC2">
              <w:rPr>
                <w:lang w:val="ru-RU"/>
              </w:rPr>
              <w:br/>
            </w:r>
            <w:r w:rsidRPr="008B7FC2">
              <w:rPr>
                <w:color w:val="000000"/>
                <w:lang w:val="ru-RU"/>
              </w:rPr>
              <w:t>оборудованием в школьном кабинете.</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30.09.2022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6" w:line="262" w:lineRule="auto"/>
              <w:ind w:right="288"/>
            </w:pPr>
            <w:r>
              <w:rPr>
                <w:color w:val="000000"/>
              </w:rPr>
              <w:t xml:space="preserve"> </w:t>
            </w:r>
            <w:proofErr w:type="spellStart"/>
            <w:r>
              <w:rPr>
                <w:color w:val="000000"/>
              </w:rPr>
              <w:t>Практическая</w:t>
            </w:r>
            <w:proofErr w:type="spellEnd"/>
            <w:r>
              <w:rPr>
                <w:color w:val="000000"/>
              </w:rPr>
              <w:t xml:space="preserve"> </w:t>
            </w:r>
            <w:r>
              <w:tab/>
            </w:r>
            <w:proofErr w:type="spellStart"/>
            <w:r>
              <w:rPr>
                <w:color w:val="000000"/>
              </w:rPr>
              <w:t>работа</w:t>
            </w:r>
            <w:proofErr w:type="spellEnd"/>
            <w:r>
              <w:rPr>
                <w:color w:val="000000"/>
              </w:rPr>
              <w:t>;</w:t>
            </w:r>
          </w:p>
        </w:tc>
      </w:tr>
    </w:tbl>
    <w:p w:rsidR="00456BCD" w:rsidRDefault="00456BCD" w:rsidP="00456BCD">
      <w:pPr>
        <w:autoSpaceDE w:val="0"/>
        <w:autoSpaceDN w:val="0"/>
        <w:spacing w:line="14" w:lineRule="exact"/>
      </w:pPr>
    </w:p>
    <w:p w:rsidR="00456BCD" w:rsidRDefault="00456BCD" w:rsidP="00456BCD">
      <w:pPr>
        <w:sectPr w:rsidR="00456BCD">
          <w:pgSz w:w="11900" w:h="16840"/>
          <w:pgMar w:top="298" w:right="556" w:bottom="780" w:left="666" w:header="720" w:footer="720" w:gutter="0"/>
          <w:cols w:space="720" w:equalWidth="0">
            <w:col w:w="10678" w:space="0"/>
          </w:cols>
          <w:docGrid w:linePitch="360"/>
        </w:sectPr>
      </w:pPr>
    </w:p>
    <w:p w:rsidR="00456BCD" w:rsidRDefault="00456BCD" w:rsidP="00456BCD">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0"/>
        <w:gridCol w:w="3120"/>
        <w:gridCol w:w="726"/>
        <w:gridCol w:w="1608"/>
        <w:gridCol w:w="1656"/>
        <w:gridCol w:w="1226"/>
        <w:gridCol w:w="1810"/>
      </w:tblGrid>
      <w:tr w:rsidR="00456BCD" w:rsidTr="004C706A">
        <w:trPr>
          <w:trHeight w:hRule="exact" w:val="3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0"/>
            </w:pPr>
            <w:r>
              <w:rPr>
                <w:color w:val="000000"/>
              </w:rPr>
              <w:t>6.</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6" w:lineRule="auto"/>
              <w:ind w:left="70"/>
              <w:rPr>
                <w:lang w:val="ru-RU"/>
              </w:rPr>
            </w:pPr>
            <w:r w:rsidRPr="008B7FC2">
              <w:rPr>
                <w:color w:val="000000"/>
                <w:lang w:val="ru-RU"/>
              </w:rPr>
              <w:t xml:space="preserve">Устройство увеличительных приборов: лупы и </w:t>
            </w:r>
            <w:r w:rsidRPr="008B7FC2">
              <w:rPr>
                <w:lang w:val="ru-RU"/>
              </w:rPr>
              <w:br/>
            </w:r>
            <w:r w:rsidRPr="008B7FC2">
              <w:rPr>
                <w:color w:val="000000"/>
                <w:lang w:val="ru-RU"/>
              </w:rPr>
              <w:t xml:space="preserve">микроскопа. Правила работы с </w:t>
            </w:r>
            <w:proofErr w:type="gramStart"/>
            <w:r w:rsidRPr="008B7FC2">
              <w:rPr>
                <w:color w:val="000000"/>
                <w:lang w:val="ru-RU"/>
              </w:rPr>
              <w:t>увеличительными</w:t>
            </w:r>
            <w:proofErr w:type="gramEnd"/>
            <w:r w:rsidRPr="008B7FC2">
              <w:rPr>
                <w:color w:val="000000"/>
                <w:lang w:val="ru-RU"/>
              </w:rPr>
              <w:t xml:space="preserve"> </w:t>
            </w:r>
            <w:r w:rsidRPr="008B7FC2">
              <w:rPr>
                <w:lang w:val="ru-RU"/>
              </w:rPr>
              <w:br/>
            </w:r>
            <w:proofErr w:type="spellStart"/>
            <w:r w:rsidRPr="008B7FC2">
              <w:rPr>
                <w:color w:val="000000"/>
                <w:lang w:val="ru-RU"/>
              </w:rPr>
              <w:t>приборамиЛабораторная</w:t>
            </w:r>
            <w:proofErr w:type="spellEnd"/>
            <w:r w:rsidRPr="008B7FC2">
              <w:rPr>
                <w:color w:val="000000"/>
                <w:lang w:val="ru-RU"/>
              </w:rPr>
              <w:t xml:space="preserve"> </w:t>
            </w:r>
            <w:r w:rsidRPr="008B7FC2">
              <w:rPr>
                <w:lang w:val="ru-RU"/>
              </w:rPr>
              <w:br/>
            </w:r>
            <w:r w:rsidRPr="008B7FC2">
              <w:rPr>
                <w:color w:val="000000"/>
                <w:lang w:val="ru-RU"/>
              </w:rPr>
              <w:t xml:space="preserve">работа №2. Ознакомление с устройством лупы, </w:t>
            </w:r>
            <w:r w:rsidRPr="008B7FC2">
              <w:rPr>
                <w:lang w:val="ru-RU"/>
              </w:rPr>
              <w:br/>
            </w:r>
            <w:r w:rsidRPr="008B7FC2">
              <w:rPr>
                <w:color w:val="000000"/>
                <w:lang w:val="ru-RU"/>
              </w:rPr>
              <w:t xml:space="preserve">светового микроскопа, </w:t>
            </w:r>
            <w:r w:rsidRPr="008B7FC2">
              <w:rPr>
                <w:lang w:val="ru-RU"/>
              </w:rPr>
              <w:br/>
            </w:r>
            <w:r w:rsidRPr="008B7FC2">
              <w:rPr>
                <w:color w:val="000000"/>
                <w:lang w:val="ru-RU"/>
              </w:rPr>
              <w:t>правила работы с ними.</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07.10.2022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ind w:left="154" w:right="288" w:hanging="154"/>
            </w:pPr>
            <w:r>
              <w:rPr>
                <w:color w:val="000000"/>
              </w:rPr>
              <w:t xml:space="preserve"> </w:t>
            </w:r>
            <w:proofErr w:type="spellStart"/>
            <w:r>
              <w:rPr>
                <w:color w:val="000000"/>
              </w:rPr>
              <w:t>Практическая</w:t>
            </w:r>
            <w:proofErr w:type="spellEnd"/>
            <w:r>
              <w:rPr>
                <w:color w:val="000000"/>
              </w:rPr>
              <w:t xml:space="preserve"> </w:t>
            </w:r>
            <w:proofErr w:type="spellStart"/>
            <w:r>
              <w:rPr>
                <w:color w:val="000000"/>
              </w:rPr>
              <w:t>работа</w:t>
            </w:r>
            <w:proofErr w:type="spellEnd"/>
            <w:r>
              <w:rPr>
                <w:color w:val="000000"/>
              </w:rPr>
              <w:t xml:space="preserve">; </w:t>
            </w:r>
            <w:r>
              <w:br/>
            </w:r>
            <w:proofErr w:type="spellStart"/>
            <w:r>
              <w:rPr>
                <w:color w:val="000000"/>
              </w:rPr>
              <w:t>Лабораторная</w:t>
            </w:r>
            <w:proofErr w:type="spellEnd"/>
            <w:r>
              <w:rPr>
                <w:color w:val="000000"/>
              </w:rPr>
              <w:t xml:space="preserve"> </w:t>
            </w:r>
            <w:proofErr w:type="spellStart"/>
            <w:proofErr w:type="gramStart"/>
            <w:r>
              <w:rPr>
                <w:color w:val="000000"/>
              </w:rPr>
              <w:t>работа</w:t>
            </w:r>
            <w:proofErr w:type="spellEnd"/>
            <w:r>
              <w:rPr>
                <w:color w:val="000000"/>
              </w:rPr>
              <w:t>.;</w:t>
            </w:r>
            <w:proofErr w:type="gramEnd"/>
          </w:p>
        </w:tc>
      </w:tr>
      <w:tr w:rsidR="00456BCD" w:rsidTr="004C706A">
        <w:trPr>
          <w:trHeight w:hRule="exact" w:val="4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0"/>
            </w:pPr>
            <w:r>
              <w:rPr>
                <w:color w:val="000000"/>
              </w:rPr>
              <w:t>7.</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8" w:lineRule="auto"/>
              <w:ind w:left="70" w:right="144"/>
              <w:rPr>
                <w:lang w:val="ru-RU"/>
              </w:rPr>
            </w:pPr>
            <w:r w:rsidRPr="008B7FC2">
              <w:rPr>
                <w:color w:val="000000"/>
                <w:lang w:val="ru-RU"/>
              </w:rPr>
              <w:t xml:space="preserve">Наблюдение и эксперимент как ведущие методы </w:t>
            </w:r>
            <w:r w:rsidRPr="008B7FC2">
              <w:rPr>
                <w:lang w:val="ru-RU"/>
              </w:rPr>
              <w:br/>
            </w:r>
            <w:proofErr w:type="spellStart"/>
            <w:r w:rsidRPr="008B7FC2">
              <w:rPr>
                <w:color w:val="000000"/>
                <w:lang w:val="ru-RU"/>
              </w:rPr>
              <w:t>биологииЛабораторная</w:t>
            </w:r>
            <w:proofErr w:type="spellEnd"/>
            <w:r w:rsidRPr="008B7FC2">
              <w:rPr>
                <w:color w:val="000000"/>
                <w:lang w:val="ru-RU"/>
              </w:rPr>
              <w:t xml:space="preserve"> </w:t>
            </w:r>
            <w:r w:rsidRPr="008B7FC2">
              <w:rPr>
                <w:lang w:val="ru-RU"/>
              </w:rPr>
              <w:br/>
            </w:r>
            <w:r w:rsidRPr="008B7FC2">
              <w:rPr>
                <w:color w:val="000000"/>
                <w:lang w:val="ru-RU"/>
              </w:rPr>
              <w:t xml:space="preserve">работа №3. Ознакомление с растительными и </w:t>
            </w:r>
            <w:r w:rsidRPr="008B7FC2">
              <w:rPr>
                <w:lang w:val="ru-RU"/>
              </w:rPr>
              <w:br/>
            </w:r>
            <w:r w:rsidRPr="008B7FC2">
              <w:rPr>
                <w:color w:val="000000"/>
                <w:lang w:val="ru-RU"/>
              </w:rPr>
              <w:t xml:space="preserve">животными клетками: </w:t>
            </w:r>
            <w:r w:rsidRPr="008B7FC2">
              <w:rPr>
                <w:lang w:val="ru-RU"/>
              </w:rPr>
              <w:br/>
            </w:r>
            <w:r w:rsidRPr="008B7FC2">
              <w:rPr>
                <w:color w:val="000000"/>
                <w:lang w:val="ru-RU"/>
              </w:rPr>
              <w:t xml:space="preserve">томата и арбуза </w:t>
            </w:r>
            <w:r w:rsidRPr="008B7FC2">
              <w:rPr>
                <w:lang w:val="ru-RU"/>
              </w:rPr>
              <w:br/>
            </w:r>
            <w:r w:rsidRPr="008B7FC2">
              <w:rPr>
                <w:color w:val="000000"/>
                <w:lang w:val="ru-RU"/>
              </w:rPr>
              <w:t xml:space="preserve">(натуральные препараты), инфузории туфельки и </w:t>
            </w:r>
            <w:r w:rsidRPr="008B7FC2">
              <w:rPr>
                <w:lang w:val="ru-RU"/>
              </w:rPr>
              <w:br/>
            </w:r>
            <w:r w:rsidRPr="008B7FC2">
              <w:rPr>
                <w:color w:val="000000"/>
                <w:lang w:val="ru-RU"/>
              </w:rPr>
              <w:t xml:space="preserve">гидры (готовые </w:t>
            </w:r>
            <w:r w:rsidRPr="008B7FC2">
              <w:rPr>
                <w:lang w:val="ru-RU"/>
              </w:rPr>
              <w:br/>
            </w:r>
            <w:r w:rsidRPr="008B7FC2">
              <w:rPr>
                <w:color w:val="000000"/>
                <w:lang w:val="ru-RU"/>
              </w:rPr>
              <w:t xml:space="preserve">микропрепараты) с </w:t>
            </w:r>
            <w:r w:rsidRPr="008B7FC2">
              <w:rPr>
                <w:lang w:val="ru-RU"/>
              </w:rPr>
              <w:br/>
            </w:r>
            <w:r w:rsidRPr="008B7FC2">
              <w:rPr>
                <w:color w:val="000000"/>
                <w:lang w:val="ru-RU"/>
              </w:rPr>
              <w:t>помощью лупы и светового микроскопа.</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14.10.2022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Лабораторная</w:t>
            </w:r>
            <w:proofErr w:type="spellEnd"/>
            <w:r>
              <w:rPr>
                <w:color w:val="000000"/>
              </w:rPr>
              <w:t xml:space="preserve"> </w:t>
            </w:r>
            <w:r>
              <w:tab/>
            </w:r>
            <w:proofErr w:type="spellStart"/>
            <w:r>
              <w:rPr>
                <w:color w:val="000000"/>
              </w:rPr>
              <w:t>работа</w:t>
            </w:r>
            <w:proofErr w:type="spellEnd"/>
            <w:r>
              <w:rPr>
                <w:color w:val="000000"/>
              </w:rPr>
              <w:t>;</w:t>
            </w:r>
          </w:p>
        </w:tc>
      </w:tr>
      <w:tr w:rsidR="00456BCD" w:rsidTr="004C706A">
        <w:trPr>
          <w:trHeight w:hRule="exact" w:val="1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0"/>
            </w:pPr>
            <w:r>
              <w:rPr>
                <w:color w:val="000000"/>
              </w:rPr>
              <w:t>8.</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71" w:lineRule="auto"/>
              <w:ind w:left="70" w:right="144"/>
              <w:rPr>
                <w:lang w:val="ru-RU"/>
              </w:rPr>
            </w:pPr>
            <w:r w:rsidRPr="008B7FC2">
              <w:rPr>
                <w:color w:val="000000"/>
                <w:lang w:val="ru-RU"/>
              </w:rPr>
              <w:t xml:space="preserve">Метод описания в биологии (наглядный, словесный, </w:t>
            </w:r>
            <w:r w:rsidRPr="008B7FC2">
              <w:rPr>
                <w:lang w:val="ru-RU"/>
              </w:rPr>
              <w:br/>
            </w:r>
            <w:r w:rsidRPr="008B7FC2">
              <w:rPr>
                <w:color w:val="000000"/>
                <w:lang w:val="ru-RU"/>
              </w:rPr>
              <w:t>схематический)</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21.10.2022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2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0"/>
            </w:pPr>
            <w:r>
              <w:rPr>
                <w:color w:val="000000"/>
              </w:rPr>
              <w:t>9.</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ight="144"/>
              <w:rPr>
                <w:lang w:val="ru-RU"/>
              </w:rPr>
            </w:pPr>
            <w:proofErr w:type="gramStart"/>
            <w:r w:rsidRPr="008B7FC2">
              <w:rPr>
                <w:color w:val="000000"/>
                <w:lang w:val="ru-RU"/>
              </w:rPr>
              <w:t xml:space="preserve">Метод измерения </w:t>
            </w:r>
            <w:r w:rsidRPr="008B7FC2">
              <w:rPr>
                <w:lang w:val="ru-RU"/>
              </w:rPr>
              <w:br/>
            </w:r>
            <w:r w:rsidRPr="008B7FC2">
              <w:rPr>
                <w:color w:val="000000"/>
                <w:lang w:val="ru-RU"/>
              </w:rPr>
              <w:t>(инструменты измерения.</w:t>
            </w:r>
            <w:proofErr w:type="gramEnd"/>
            <w:r w:rsidRPr="008B7FC2">
              <w:rPr>
                <w:color w:val="000000"/>
                <w:lang w:val="ru-RU"/>
              </w:rPr>
              <w:t xml:space="preserve"> </w:t>
            </w:r>
            <w:proofErr w:type="spellStart"/>
            <w:r w:rsidRPr="008B7FC2">
              <w:rPr>
                <w:color w:val="000000"/>
                <w:lang w:val="ru-RU"/>
              </w:rPr>
              <w:t>Видеоэкскурсия</w:t>
            </w:r>
            <w:proofErr w:type="spellEnd"/>
            <w:r w:rsidRPr="008B7FC2">
              <w:rPr>
                <w:color w:val="000000"/>
                <w:lang w:val="ru-RU"/>
              </w:rPr>
              <w:t xml:space="preserve"> Овладение методами изучения живой природы — наблюдением и экспериментом</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28.10.2022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1488"/>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10.</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6" w:line="278" w:lineRule="auto"/>
              <w:ind w:left="70" w:right="432"/>
              <w:rPr>
                <w:lang w:val="ru-RU"/>
              </w:rPr>
            </w:pPr>
            <w:r w:rsidRPr="008B7FC2">
              <w:rPr>
                <w:color w:val="000000"/>
                <w:lang w:val="ru-RU"/>
              </w:rPr>
              <w:t xml:space="preserve">Метод классификации организмов, применение двойных названий </w:t>
            </w:r>
            <w:r w:rsidRPr="008B7FC2">
              <w:rPr>
                <w:lang w:val="ru-RU"/>
              </w:rPr>
              <w:br/>
            </w:r>
            <w:r w:rsidRPr="008B7FC2">
              <w:rPr>
                <w:color w:val="000000"/>
                <w:lang w:val="ru-RU"/>
              </w:rPr>
              <w:t>организмов</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11.11.2022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pPr>
            <w:r>
              <w:rPr>
                <w:color w:val="000000"/>
              </w:rPr>
              <w:t xml:space="preserve"> </w:t>
            </w:r>
            <w:proofErr w:type="spellStart"/>
            <w:r>
              <w:rPr>
                <w:color w:val="000000"/>
              </w:rPr>
              <w:t>Тестирование</w:t>
            </w:r>
            <w:proofErr w:type="spellEnd"/>
            <w:r>
              <w:rPr>
                <w:color w:val="000000"/>
              </w:rPr>
              <w:t>;</w:t>
            </w:r>
          </w:p>
        </w:tc>
      </w:tr>
      <w:tr w:rsidR="00456BCD" w:rsidRPr="00B77BAF" w:rsidTr="004C706A">
        <w:trPr>
          <w:trHeight w:hRule="exact" w:val="1488"/>
        </w:trPr>
        <w:tc>
          <w:tcPr>
            <w:tcW w:w="500"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11.</w:t>
            </w:r>
          </w:p>
        </w:tc>
        <w:tc>
          <w:tcPr>
            <w:tcW w:w="3120"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Pr="008B7FC2" w:rsidRDefault="00456BCD" w:rsidP="004C706A">
            <w:pPr>
              <w:autoSpaceDE w:val="0"/>
              <w:autoSpaceDN w:val="0"/>
              <w:spacing w:before="98" w:line="271" w:lineRule="auto"/>
              <w:ind w:left="70" w:right="576"/>
              <w:rPr>
                <w:lang w:val="ru-RU"/>
              </w:rPr>
            </w:pPr>
            <w:r w:rsidRPr="008B7FC2">
              <w:rPr>
                <w:color w:val="000000"/>
                <w:lang w:val="ru-RU"/>
              </w:rPr>
              <w:t>Понятие об организме. Доядерные и ядерные организмы</w:t>
            </w:r>
          </w:p>
        </w:tc>
        <w:tc>
          <w:tcPr>
            <w:tcW w:w="726"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18.11.2022</w:t>
            </w:r>
          </w:p>
        </w:tc>
        <w:tc>
          <w:tcPr>
            <w:tcW w:w="1810" w:type="dxa"/>
            <w:tcBorders>
              <w:top w:val="single" w:sz="4" w:space="0" w:color="000000"/>
              <w:left w:val="single" w:sz="4" w:space="0" w:color="000000"/>
              <w:bottom w:val="single" w:sz="5" w:space="0" w:color="000000"/>
              <w:right w:val="single" w:sz="4" w:space="0" w:color="000000"/>
            </w:tcBorders>
            <w:tcMar>
              <w:left w:w="0" w:type="dxa"/>
              <w:right w:w="0" w:type="dxa"/>
            </w:tcMar>
          </w:tcPr>
          <w:p w:rsidR="00456BCD" w:rsidRPr="008B7FC2" w:rsidRDefault="00456BCD" w:rsidP="004C706A">
            <w:pPr>
              <w:autoSpaceDE w:val="0"/>
              <w:autoSpaceDN w:val="0"/>
              <w:spacing w:before="98"/>
              <w:ind w:left="154" w:hanging="154"/>
              <w:rPr>
                <w:lang w:val="ru-RU"/>
              </w:rPr>
            </w:pPr>
            <w:r w:rsidRPr="008B7FC2">
              <w:rPr>
                <w:color w:val="000000"/>
                <w:lang w:val="ru-RU"/>
              </w:rPr>
              <w:t xml:space="preserve"> Самооценка с </w:t>
            </w:r>
            <w:r w:rsidRPr="008B7FC2">
              <w:rPr>
                <w:lang w:val="ru-RU"/>
              </w:rPr>
              <w:br/>
            </w:r>
            <w:proofErr w:type="spellStart"/>
            <w:r w:rsidRPr="008B7FC2">
              <w:rPr>
                <w:color w:val="000000"/>
                <w:lang w:val="ru-RU"/>
              </w:rPr>
              <w:t>использованием</w:t>
            </w:r>
            <w:proofErr w:type="gramStart"/>
            <w:r w:rsidRPr="008B7FC2">
              <w:rPr>
                <w:color w:val="000000"/>
                <w:lang w:val="ru-RU"/>
              </w:rPr>
              <w:t>«О</w:t>
            </w:r>
            <w:proofErr w:type="gramEnd"/>
            <w:r w:rsidRPr="008B7FC2">
              <w:rPr>
                <w:color w:val="000000"/>
                <w:lang w:val="ru-RU"/>
              </w:rPr>
              <w:t>ценочного</w:t>
            </w:r>
            <w:proofErr w:type="spellEnd"/>
            <w:r w:rsidRPr="008B7FC2">
              <w:rPr>
                <w:color w:val="000000"/>
                <w:lang w:val="ru-RU"/>
              </w:rPr>
              <w:t xml:space="preserve"> </w:t>
            </w:r>
            <w:r w:rsidRPr="008B7FC2">
              <w:rPr>
                <w:lang w:val="ru-RU"/>
              </w:rPr>
              <w:br/>
            </w:r>
            <w:r w:rsidRPr="008B7FC2">
              <w:rPr>
                <w:color w:val="000000"/>
                <w:lang w:val="ru-RU"/>
              </w:rPr>
              <w:t>листа»;</w:t>
            </w:r>
          </w:p>
        </w:tc>
      </w:tr>
      <w:tr w:rsidR="00456BCD" w:rsidTr="004C706A">
        <w:trPr>
          <w:trHeight w:hRule="exact" w:val="1136"/>
        </w:trPr>
        <w:tc>
          <w:tcPr>
            <w:tcW w:w="500"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12.</w:t>
            </w:r>
          </w:p>
        </w:tc>
        <w:tc>
          <w:tcPr>
            <w:tcW w:w="3120"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71" w:lineRule="auto"/>
              <w:ind w:left="70" w:right="576"/>
              <w:rPr>
                <w:lang w:val="ru-RU"/>
              </w:rPr>
            </w:pPr>
            <w:r w:rsidRPr="008B7FC2">
              <w:rPr>
                <w:color w:val="000000"/>
                <w:lang w:val="ru-RU"/>
              </w:rPr>
              <w:t xml:space="preserve">Клетка и её </w:t>
            </w:r>
            <w:r w:rsidRPr="008B7FC2">
              <w:rPr>
                <w:lang w:val="ru-RU"/>
              </w:rPr>
              <w:br/>
            </w:r>
            <w:proofErr w:type="spellStart"/>
            <w:r w:rsidRPr="008B7FC2">
              <w:rPr>
                <w:color w:val="000000"/>
                <w:lang w:val="ru-RU"/>
              </w:rPr>
              <w:t>открытие</w:t>
            </w:r>
            <w:proofErr w:type="gramStart"/>
            <w:r w:rsidRPr="008B7FC2">
              <w:rPr>
                <w:color w:val="000000"/>
                <w:lang w:val="ru-RU"/>
              </w:rPr>
              <w:t>.Ц</w:t>
            </w:r>
            <w:proofErr w:type="gramEnd"/>
            <w:r w:rsidRPr="008B7FC2">
              <w:rPr>
                <w:color w:val="000000"/>
                <w:lang w:val="ru-RU"/>
              </w:rPr>
              <w:t>итология</w:t>
            </w:r>
            <w:proofErr w:type="spellEnd"/>
            <w:r w:rsidRPr="008B7FC2">
              <w:rPr>
                <w:color w:val="000000"/>
                <w:lang w:val="ru-RU"/>
              </w:rPr>
              <w:t xml:space="preserve"> —наука о клетке</w:t>
            </w:r>
          </w:p>
        </w:tc>
        <w:tc>
          <w:tcPr>
            <w:tcW w:w="726"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25.11.2022</w:t>
            </w:r>
          </w:p>
        </w:tc>
        <w:tc>
          <w:tcPr>
            <w:tcW w:w="1810" w:type="dxa"/>
            <w:tcBorders>
              <w:top w:val="single" w:sz="5"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bl>
    <w:p w:rsidR="00456BCD" w:rsidRDefault="00456BCD" w:rsidP="00456BCD">
      <w:pPr>
        <w:autoSpaceDE w:val="0"/>
        <w:autoSpaceDN w:val="0"/>
        <w:spacing w:line="14" w:lineRule="exact"/>
      </w:pPr>
    </w:p>
    <w:p w:rsidR="00456BCD" w:rsidRDefault="00456BCD" w:rsidP="00456BCD">
      <w:pPr>
        <w:sectPr w:rsidR="00456BCD">
          <w:pgSz w:w="11900" w:h="16840"/>
          <w:pgMar w:top="284" w:right="556" w:bottom="584" w:left="666" w:header="720" w:footer="720" w:gutter="0"/>
          <w:cols w:space="720" w:equalWidth="0">
            <w:col w:w="10678" w:space="0"/>
          </w:cols>
          <w:docGrid w:linePitch="360"/>
        </w:sectPr>
      </w:pPr>
    </w:p>
    <w:p w:rsidR="00456BCD" w:rsidRDefault="00456BCD" w:rsidP="00456BCD">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0"/>
        <w:gridCol w:w="3120"/>
        <w:gridCol w:w="726"/>
        <w:gridCol w:w="1608"/>
        <w:gridCol w:w="1656"/>
        <w:gridCol w:w="1226"/>
        <w:gridCol w:w="1810"/>
      </w:tblGrid>
      <w:tr w:rsidR="00456BCD" w:rsidTr="004C706A">
        <w:trPr>
          <w:trHeight w:hRule="exact" w:val="4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13.</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Pr>
                <w:lang w:val="ru-RU"/>
              </w:rPr>
            </w:pPr>
            <w:r w:rsidRPr="008B7FC2">
              <w:rPr>
                <w:color w:val="000000"/>
                <w:lang w:val="ru-RU"/>
              </w:rPr>
              <w:t xml:space="preserve">Клетка — наименьшая </w:t>
            </w:r>
            <w:r w:rsidRPr="008B7FC2">
              <w:rPr>
                <w:lang w:val="ru-RU"/>
              </w:rPr>
              <w:br/>
            </w:r>
            <w:r w:rsidRPr="008B7FC2">
              <w:rPr>
                <w:color w:val="000000"/>
                <w:lang w:val="ru-RU"/>
              </w:rPr>
              <w:t xml:space="preserve">единица строения. Строение клетки под световым </w:t>
            </w:r>
            <w:r w:rsidRPr="008B7FC2">
              <w:rPr>
                <w:lang w:val="ru-RU"/>
              </w:rPr>
              <w:br/>
            </w:r>
            <w:r w:rsidRPr="008B7FC2">
              <w:rPr>
                <w:color w:val="000000"/>
                <w:lang w:val="ru-RU"/>
              </w:rPr>
              <w:t xml:space="preserve">микроскопом: клеточная </w:t>
            </w:r>
            <w:r w:rsidRPr="008B7FC2">
              <w:rPr>
                <w:lang w:val="ru-RU"/>
              </w:rPr>
              <w:br/>
            </w:r>
            <w:r w:rsidRPr="008B7FC2">
              <w:rPr>
                <w:color w:val="000000"/>
                <w:lang w:val="ru-RU"/>
              </w:rPr>
              <w:t>оболочка, цитоплазма, ядро.</w:t>
            </w:r>
          </w:p>
          <w:p w:rsidR="00456BCD" w:rsidRPr="008B7FC2" w:rsidRDefault="00456BCD" w:rsidP="004C706A">
            <w:pPr>
              <w:autoSpaceDE w:val="0"/>
              <w:autoSpaceDN w:val="0"/>
              <w:spacing w:before="68" w:line="286" w:lineRule="auto"/>
              <w:ind w:left="70" w:right="144"/>
              <w:rPr>
                <w:lang w:val="ru-RU"/>
              </w:rPr>
            </w:pPr>
            <w:r w:rsidRPr="008B7FC2">
              <w:rPr>
                <w:color w:val="000000"/>
                <w:lang w:val="ru-RU"/>
              </w:rPr>
              <w:t xml:space="preserve">и жизнедеятельности </w:t>
            </w:r>
            <w:r w:rsidRPr="008B7FC2">
              <w:rPr>
                <w:lang w:val="ru-RU"/>
              </w:rPr>
              <w:br/>
            </w:r>
            <w:proofErr w:type="spellStart"/>
            <w:r w:rsidRPr="008B7FC2">
              <w:rPr>
                <w:color w:val="000000"/>
                <w:lang w:val="ru-RU"/>
              </w:rPr>
              <w:t>организмов</w:t>
            </w:r>
            <w:proofErr w:type="gramStart"/>
            <w:r w:rsidRPr="008B7FC2">
              <w:rPr>
                <w:color w:val="000000"/>
                <w:lang w:val="ru-RU"/>
              </w:rPr>
              <w:t>.Л</w:t>
            </w:r>
            <w:proofErr w:type="gramEnd"/>
            <w:r w:rsidRPr="008B7FC2">
              <w:rPr>
                <w:color w:val="000000"/>
                <w:lang w:val="ru-RU"/>
              </w:rPr>
              <w:t>абораторная</w:t>
            </w:r>
            <w:proofErr w:type="spellEnd"/>
            <w:r w:rsidRPr="008B7FC2">
              <w:rPr>
                <w:color w:val="000000"/>
                <w:lang w:val="ru-RU"/>
              </w:rPr>
              <w:t xml:space="preserve"> работа№4. Изучение клеток кожицы чешуи лука под </w:t>
            </w:r>
            <w:r w:rsidRPr="008B7FC2">
              <w:rPr>
                <w:lang w:val="ru-RU"/>
              </w:rPr>
              <w:br/>
            </w:r>
            <w:r w:rsidRPr="008B7FC2">
              <w:rPr>
                <w:color w:val="000000"/>
                <w:lang w:val="ru-RU"/>
              </w:rPr>
              <w:t xml:space="preserve">лупой и микроскопом (на примере </w:t>
            </w:r>
            <w:proofErr w:type="spellStart"/>
            <w:proofErr w:type="gramStart"/>
            <w:r w:rsidRPr="008B7FC2">
              <w:rPr>
                <w:color w:val="000000"/>
                <w:lang w:val="ru-RU"/>
              </w:rPr>
              <w:t>самос</w:t>
            </w:r>
            <w:proofErr w:type="spellEnd"/>
            <w:r w:rsidRPr="008B7FC2">
              <w:rPr>
                <w:color w:val="000000"/>
                <w:lang w:val="ru-RU"/>
              </w:rPr>
              <w:t xml:space="preserve"> </w:t>
            </w:r>
            <w:proofErr w:type="spellStart"/>
            <w:r w:rsidRPr="008B7FC2">
              <w:rPr>
                <w:color w:val="000000"/>
                <w:lang w:val="ru-RU"/>
              </w:rPr>
              <w:t>тоятельно</w:t>
            </w:r>
            <w:proofErr w:type="spellEnd"/>
            <w:proofErr w:type="gramEnd"/>
            <w:r w:rsidRPr="008B7FC2">
              <w:rPr>
                <w:color w:val="000000"/>
                <w:lang w:val="ru-RU"/>
              </w:rPr>
              <w:t xml:space="preserve"> приготовленного </w:t>
            </w:r>
            <w:r w:rsidRPr="008B7FC2">
              <w:rPr>
                <w:lang w:val="ru-RU"/>
              </w:rPr>
              <w:br/>
            </w:r>
            <w:r w:rsidRPr="008B7FC2">
              <w:rPr>
                <w:color w:val="000000"/>
                <w:lang w:val="ru-RU"/>
              </w:rPr>
              <w:t>микропрепарата).</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02.12.2022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Лабораторная</w:t>
            </w:r>
            <w:proofErr w:type="spellEnd"/>
            <w:r>
              <w:rPr>
                <w:color w:val="000000"/>
              </w:rPr>
              <w:t xml:space="preserve"> </w:t>
            </w:r>
            <w:r>
              <w:tab/>
            </w:r>
            <w:proofErr w:type="spellStart"/>
            <w:r>
              <w:rPr>
                <w:color w:val="000000"/>
              </w:rPr>
              <w:t>работа</w:t>
            </w:r>
            <w:proofErr w:type="spellEnd"/>
            <w:r>
              <w:rPr>
                <w:color w:val="000000"/>
              </w:rPr>
              <w:t>;</w:t>
            </w:r>
          </w:p>
        </w:tc>
      </w:tr>
      <w:tr w:rsidR="00456BCD" w:rsidTr="004C706A">
        <w:trPr>
          <w:trHeight w:hRule="exact" w:val="1488"/>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14.</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62" w:lineRule="auto"/>
              <w:ind w:left="70"/>
              <w:rPr>
                <w:lang w:val="ru-RU"/>
              </w:rPr>
            </w:pPr>
            <w:r w:rsidRPr="008B7FC2">
              <w:rPr>
                <w:color w:val="000000"/>
                <w:lang w:val="ru-RU"/>
              </w:rPr>
              <w:t xml:space="preserve">Одноклеточные и </w:t>
            </w:r>
            <w:r w:rsidRPr="008B7FC2">
              <w:rPr>
                <w:lang w:val="ru-RU"/>
              </w:rPr>
              <w:br/>
            </w:r>
            <w:r w:rsidRPr="008B7FC2">
              <w:rPr>
                <w:color w:val="000000"/>
                <w:lang w:val="ru-RU"/>
              </w:rPr>
              <w:t>многоклеточные организмы.</w:t>
            </w:r>
          </w:p>
          <w:p w:rsidR="00456BCD" w:rsidRPr="008B7FC2" w:rsidRDefault="00456BCD" w:rsidP="004C706A">
            <w:pPr>
              <w:autoSpaceDE w:val="0"/>
              <w:autoSpaceDN w:val="0"/>
              <w:spacing w:before="70" w:line="262" w:lineRule="auto"/>
              <w:ind w:left="70" w:right="576"/>
              <w:rPr>
                <w:lang w:val="ru-RU"/>
              </w:rPr>
            </w:pPr>
            <w:r w:rsidRPr="008B7FC2">
              <w:rPr>
                <w:color w:val="000000"/>
                <w:lang w:val="ru-RU"/>
              </w:rPr>
              <w:t>Клетки, ткани, органы, системы органов</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09.12.2022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RPr="00B77BAF" w:rsidTr="004C706A">
        <w:trPr>
          <w:trHeight w:hRule="exact" w:val="2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15.</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3" w:lineRule="auto"/>
              <w:ind w:left="70" w:right="288"/>
              <w:rPr>
                <w:lang w:val="ru-RU"/>
              </w:rPr>
            </w:pPr>
            <w:r w:rsidRPr="008B7FC2">
              <w:rPr>
                <w:color w:val="000000"/>
                <w:lang w:val="ru-RU"/>
              </w:rPr>
              <w:t xml:space="preserve">Жизнедеятельность </w:t>
            </w:r>
            <w:r w:rsidRPr="008B7FC2">
              <w:rPr>
                <w:lang w:val="ru-RU"/>
              </w:rPr>
              <w:br/>
            </w:r>
            <w:r w:rsidRPr="008B7FC2">
              <w:rPr>
                <w:color w:val="000000"/>
                <w:lang w:val="ru-RU"/>
              </w:rPr>
              <w:t xml:space="preserve">организмов. Особенности строения и процессов </w:t>
            </w:r>
            <w:r w:rsidRPr="008B7FC2">
              <w:rPr>
                <w:lang w:val="ru-RU"/>
              </w:rPr>
              <w:br/>
            </w:r>
            <w:r w:rsidRPr="008B7FC2">
              <w:rPr>
                <w:color w:val="000000"/>
                <w:lang w:val="ru-RU"/>
              </w:rPr>
              <w:t xml:space="preserve">жизнедеятельности у </w:t>
            </w:r>
            <w:r w:rsidRPr="008B7FC2">
              <w:rPr>
                <w:lang w:val="ru-RU"/>
              </w:rPr>
              <w:br/>
            </w:r>
            <w:r w:rsidRPr="008B7FC2">
              <w:rPr>
                <w:color w:val="000000"/>
                <w:lang w:val="ru-RU"/>
              </w:rPr>
              <w:t xml:space="preserve">растений, животных, </w:t>
            </w:r>
            <w:r w:rsidRPr="008B7FC2">
              <w:rPr>
                <w:lang w:val="ru-RU"/>
              </w:rPr>
              <w:br/>
            </w:r>
            <w:r w:rsidRPr="008B7FC2">
              <w:rPr>
                <w:color w:val="000000"/>
                <w:lang w:val="ru-RU"/>
              </w:rPr>
              <w:t>бактерий и грибов</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16.12.2022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ind w:left="154" w:hanging="154"/>
              <w:rPr>
                <w:lang w:val="ru-RU"/>
              </w:rPr>
            </w:pPr>
            <w:r w:rsidRPr="008B7FC2">
              <w:rPr>
                <w:color w:val="000000"/>
                <w:lang w:val="ru-RU"/>
              </w:rPr>
              <w:t xml:space="preserve"> Самооценка с </w:t>
            </w:r>
            <w:r w:rsidRPr="008B7FC2">
              <w:rPr>
                <w:lang w:val="ru-RU"/>
              </w:rPr>
              <w:br/>
            </w:r>
            <w:proofErr w:type="spellStart"/>
            <w:r w:rsidRPr="008B7FC2">
              <w:rPr>
                <w:color w:val="000000"/>
                <w:lang w:val="ru-RU"/>
              </w:rPr>
              <w:t>использованием</w:t>
            </w:r>
            <w:proofErr w:type="gramStart"/>
            <w:r w:rsidRPr="008B7FC2">
              <w:rPr>
                <w:color w:val="000000"/>
                <w:lang w:val="ru-RU"/>
              </w:rPr>
              <w:t>«О</w:t>
            </w:r>
            <w:proofErr w:type="gramEnd"/>
            <w:r w:rsidRPr="008B7FC2">
              <w:rPr>
                <w:color w:val="000000"/>
                <w:lang w:val="ru-RU"/>
              </w:rPr>
              <w:t>ценочного</w:t>
            </w:r>
            <w:proofErr w:type="spellEnd"/>
            <w:r w:rsidRPr="008B7FC2">
              <w:rPr>
                <w:color w:val="000000"/>
                <w:lang w:val="ru-RU"/>
              </w:rPr>
              <w:t xml:space="preserve"> </w:t>
            </w:r>
            <w:r w:rsidRPr="008B7FC2">
              <w:rPr>
                <w:lang w:val="ru-RU"/>
              </w:rPr>
              <w:br/>
            </w:r>
            <w:r w:rsidRPr="008B7FC2">
              <w:rPr>
                <w:color w:val="000000"/>
                <w:lang w:val="ru-RU"/>
              </w:rPr>
              <w:t>листа»;</w:t>
            </w:r>
          </w:p>
        </w:tc>
      </w:tr>
      <w:tr w:rsidR="00456BCD" w:rsidTr="004C706A">
        <w:trPr>
          <w:trHeight w:hRule="exact" w:val="3804"/>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16.</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3" w:lineRule="auto"/>
              <w:ind w:left="70" w:right="576"/>
              <w:rPr>
                <w:lang w:val="ru-RU"/>
              </w:rPr>
            </w:pPr>
            <w:r w:rsidRPr="008B7FC2">
              <w:rPr>
                <w:color w:val="000000"/>
                <w:lang w:val="ru-RU"/>
              </w:rPr>
              <w:t xml:space="preserve">Свойства организмов: питание, дыхание, </w:t>
            </w:r>
            <w:r w:rsidRPr="008B7FC2">
              <w:rPr>
                <w:lang w:val="ru-RU"/>
              </w:rPr>
              <w:br/>
            </w:r>
            <w:r w:rsidRPr="008B7FC2">
              <w:rPr>
                <w:color w:val="000000"/>
                <w:lang w:val="ru-RU"/>
              </w:rPr>
              <w:t xml:space="preserve">выделение, движение, размножение, развитие, раздражимость, </w:t>
            </w:r>
            <w:r w:rsidRPr="008B7FC2">
              <w:rPr>
                <w:lang w:val="ru-RU"/>
              </w:rPr>
              <w:br/>
            </w:r>
            <w:r w:rsidRPr="008B7FC2">
              <w:rPr>
                <w:color w:val="000000"/>
                <w:lang w:val="ru-RU"/>
              </w:rPr>
              <w:t>приспособленность.</w:t>
            </w:r>
          </w:p>
          <w:p w:rsidR="00456BCD" w:rsidRPr="008B7FC2" w:rsidRDefault="00456BCD" w:rsidP="004C706A">
            <w:pPr>
              <w:autoSpaceDE w:val="0"/>
              <w:autoSpaceDN w:val="0"/>
              <w:spacing w:before="68" w:line="281" w:lineRule="auto"/>
              <w:ind w:left="70" w:right="288"/>
              <w:rPr>
                <w:lang w:val="ru-RU"/>
              </w:rPr>
            </w:pPr>
            <w:r w:rsidRPr="008B7FC2">
              <w:rPr>
                <w:color w:val="000000"/>
                <w:lang w:val="ru-RU"/>
              </w:rPr>
              <w:t>Организм — единое целое Лабораторная работа</w:t>
            </w:r>
            <w:r w:rsidRPr="008B7FC2">
              <w:rPr>
                <w:lang w:val="ru-RU"/>
              </w:rPr>
              <w:br/>
            </w:r>
            <w:r w:rsidRPr="008B7FC2">
              <w:rPr>
                <w:color w:val="000000"/>
                <w:lang w:val="ru-RU"/>
              </w:rPr>
              <w:t xml:space="preserve">№5.Наблюдение за </w:t>
            </w:r>
            <w:r w:rsidRPr="008B7FC2">
              <w:rPr>
                <w:lang w:val="ru-RU"/>
              </w:rPr>
              <w:br/>
            </w:r>
            <w:r w:rsidRPr="008B7FC2">
              <w:rPr>
                <w:color w:val="000000"/>
                <w:lang w:val="ru-RU"/>
              </w:rPr>
              <w:t xml:space="preserve">потреблением воды </w:t>
            </w:r>
            <w:r w:rsidRPr="008B7FC2">
              <w:rPr>
                <w:lang w:val="ru-RU"/>
              </w:rPr>
              <w:br/>
            </w:r>
            <w:r w:rsidRPr="008B7FC2">
              <w:rPr>
                <w:color w:val="000000"/>
                <w:lang w:val="ru-RU"/>
              </w:rPr>
              <w:t>растением.</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23.12.2022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Лабораторная</w:t>
            </w:r>
            <w:proofErr w:type="spellEnd"/>
            <w:r>
              <w:rPr>
                <w:color w:val="000000"/>
              </w:rPr>
              <w:t xml:space="preserve"> </w:t>
            </w:r>
            <w:r>
              <w:tab/>
            </w:r>
            <w:proofErr w:type="spellStart"/>
            <w:r>
              <w:rPr>
                <w:color w:val="000000"/>
              </w:rPr>
              <w:t>работа</w:t>
            </w:r>
            <w:proofErr w:type="spellEnd"/>
            <w:r>
              <w:rPr>
                <w:color w:val="000000"/>
              </w:rPr>
              <w:t>;</w:t>
            </w:r>
          </w:p>
        </w:tc>
      </w:tr>
    </w:tbl>
    <w:p w:rsidR="00456BCD" w:rsidRDefault="00456BCD" w:rsidP="00456BCD">
      <w:pPr>
        <w:autoSpaceDE w:val="0"/>
        <w:autoSpaceDN w:val="0"/>
        <w:spacing w:line="14" w:lineRule="exact"/>
      </w:pPr>
    </w:p>
    <w:p w:rsidR="00456BCD" w:rsidRDefault="00456BCD" w:rsidP="00456BCD">
      <w:pPr>
        <w:sectPr w:rsidR="00456BCD">
          <w:pgSz w:w="11900" w:h="16840"/>
          <w:pgMar w:top="284" w:right="556" w:bottom="1440" w:left="666" w:header="720" w:footer="720" w:gutter="0"/>
          <w:cols w:space="720" w:equalWidth="0">
            <w:col w:w="10678" w:space="0"/>
          </w:cols>
          <w:docGrid w:linePitch="360"/>
        </w:sectPr>
      </w:pPr>
    </w:p>
    <w:p w:rsidR="00456BCD" w:rsidRDefault="00456BCD" w:rsidP="00456BCD">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0"/>
        <w:gridCol w:w="3120"/>
        <w:gridCol w:w="726"/>
        <w:gridCol w:w="1608"/>
        <w:gridCol w:w="1656"/>
        <w:gridCol w:w="1226"/>
        <w:gridCol w:w="1810"/>
      </w:tblGrid>
      <w:tr w:rsidR="00456BCD" w:rsidTr="004C706A">
        <w:trPr>
          <w:trHeight w:hRule="exact" w:val="4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17.</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6" w:lineRule="auto"/>
              <w:ind w:left="70"/>
              <w:rPr>
                <w:lang w:val="ru-RU"/>
              </w:rPr>
            </w:pPr>
            <w:proofErr w:type="gramStart"/>
            <w:r w:rsidRPr="008B7FC2">
              <w:rPr>
                <w:color w:val="000000"/>
                <w:lang w:val="ru-RU"/>
              </w:rPr>
              <w:t xml:space="preserve">Разнообразие организмов и их классификация (таксоны в биологии: царства, типы (отделы), классы, отряды </w:t>
            </w:r>
            <w:r w:rsidRPr="008B7FC2">
              <w:rPr>
                <w:lang w:val="ru-RU"/>
              </w:rPr>
              <w:br/>
            </w:r>
            <w:r w:rsidRPr="008B7FC2">
              <w:rPr>
                <w:color w:val="000000"/>
                <w:lang w:val="ru-RU"/>
              </w:rPr>
              <w:t>(порядки), семейства, роды, виды.</w:t>
            </w:r>
            <w:proofErr w:type="gramEnd"/>
            <w:r w:rsidRPr="008B7FC2">
              <w:rPr>
                <w:color w:val="000000"/>
                <w:lang w:val="ru-RU"/>
              </w:rPr>
              <w:t xml:space="preserve"> Бактерии и вирусы как формы жизни. Значение </w:t>
            </w:r>
            <w:r w:rsidRPr="008B7FC2">
              <w:rPr>
                <w:lang w:val="ru-RU"/>
              </w:rPr>
              <w:br/>
            </w:r>
            <w:r w:rsidRPr="008B7FC2">
              <w:rPr>
                <w:color w:val="000000"/>
                <w:lang w:val="ru-RU"/>
              </w:rPr>
              <w:t xml:space="preserve">бактерий и вирусов в </w:t>
            </w:r>
            <w:r w:rsidRPr="008B7FC2">
              <w:rPr>
                <w:lang w:val="ru-RU"/>
              </w:rPr>
              <w:br/>
            </w:r>
            <w:r w:rsidRPr="008B7FC2">
              <w:rPr>
                <w:color w:val="000000"/>
                <w:lang w:val="ru-RU"/>
              </w:rPr>
              <w:t xml:space="preserve">природе и для человека </w:t>
            </w:r>
            <w:r w:rsidRPr="008B7FC2">
              <w:rPr>
                <w:lang w:val="ru-RU"/>
              </w:rPr>
              <w:br/>
            </w:r>
            <w:r w:rsidRPr="008B7FC2">
              <w:rPr>
                <w:color w:val="000000"/>
                <w:lang w:val="ru-RU"/>
              </w:rPr>
              <w:t>Лабораторная работа №6.</w:t>
            </w:r>
          </w:p>
          <w:p w:rsidR="00456BCD" w:rsidRPr="008B7FC2" w:rsidRDefault="00456BCD" w:rsidP="004C706A">
            <w:pPr>
              <w:autoSpaceDE w:val="0"/>
              <w:autoSpaceDN w:val="0"/>
              <w:spacing w:before="70" w:line="262" w:lineRule="auto"/>
              <w:ind w:left="70"/>
              <w:rPr>
                <w:lang w:val="ru-RU"/>
              </w:rPr>
            </w:pPr>
            <w:r w:rsidRPr="008B7FC2">
              <w:rPr>
                <w:color w:val="000000"/>
                <w:lang w:val="ru-RU"/>
              </w:rPr>
              <w:t>Ознакомление с принципами систематики организмов.</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30.12.2022</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Лабораторная</w:t>
            </w:r>
            <w:proofErr w:type="spellEnd"/>
            <w:r>
              <w:rPr>
                <w:color w:val="000000"/>
              </w:rPr>
              <w:t xml:space="preserve"> </w:t>
            </w:r>
            <w:r>
              <w:tab/>
            </w:r>
            <w:proofErr w:type="spellStart"/>
            <w:r>
              <w:rPr>
                <w:color w:val="000000"/>
              </w:rPr>
              <w:t>работа</w:t>
            </w:r>
            <w:proofErr w:type="spellEnd"/>
            <w:r>
              <w:rPr>
                <w:color w:val="000000"/>
              </w:rPr>
              <w:t>;</w:t>
            </w:r>
          </w:p>
        </w:tc>
      </w:tr>
      <w:tr w:rsidR="00456BCD" w:rsidTr="004C706A">
        <w:trPr>
          <w:trHeight w:hRule="exact" w:val="2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18.</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83" w:lineRule="auto"/>
              <w:ind w:left="70"/>
            </w:pPr>
            <w:r w:rsidRPr="008B7FC2">
              <w:rPr>
                <w:color w:val="000000"/>
                <w:lang w:val="ru-RU"/>
              </w:rPr>
              <w:t xml:space="preserve">Понятие о среде обитания. Водная, наземно-воздушная, почвенная, </w:t>
            </w:r>
            <w:r w:rsidRPr="008B7FC2">
              <w:rPr>
                <w:lang w:val="ru-RU"/>
              </w:rPr>
              <w:br/>
            </w:r>
            <w:proofErr w:type="spellStart"/>
            <w:r w:rsidRPr="008B7FC2">
              <w:rPr>
                <w:color w:val="000000"/>
                <w:lang w:val="ru-RU"/>
              </w:rPr>
              <w:t>внутриорганизменная</w:t>
            </w:r>
            <w:proofErr w:type="spellEnd"/>
            <w:r w:rsidRPr="008B7FC2">
              <w:rPr>
                <w:color w:val="000000"/>
                <w:lang w:val="ru-RU"/>
              </w:rPr>
              <w:t xml:space="preserve"> среды обитания. </w:t>
            </w:r>
            <w:proofErr w:type="spellStart"/>
            <w:r>
              <w:rPr>
                <w:color w:val="000000"/>
              </w:rPr>
              <w:t>Представители</w:t>
            </w:r>
            <w:proofErr w:type="spellEnd"/>
            <w:r>
              <w:rPr>
                <w:color w:val="000000"/>
              </w:rPr>
              <w:t xml:space="preserve"> </w:t>
            </w:r>
            <w:r>
              <w:br/>
            </w:r>
            <w:proofErr w:type="spellStart"/>
            <w:r>
              <w:rPr>
                <w:color w:val="000000"/>
              </w:rPr>
              <w:t>сред</w:t>
            </w:r>
            <w:proofErr w:type="spellEnd"/>
            <w:r>
              <w:rPr>
                <w:color w:val="000000"/>
              </w:rPr>
              <w:t xml:space="preserve"> </w:t>
            </w:r>
            <w:proofErr w:type="spellStart"/>
            <w:r>
              <w:rPr>
                <w:color w:val="000000"/>
              </w:rPr>
              <w:t>обитания</w:t>
            </w:r>
            <w:proofErr w:type="spellEnd"/>
            <w:r>
              <w:rPr>
                <w:color w:val="000000"/>
              </w:rPr>
              <w:t xml:space="preserve">. </w:t>
            </w:r>
            <w:proofErr w:type="spellStart"/>
            <w:r>
              <w:rPr>
                <w:color w:val="000000"/>
              </w:rPr>
              <w:t>Особенности</w:t>
            </w:r>
            <w:proofErr w:type="spellEnd"/>
            <w:r>
              <w:rPr>
                <w:color w:val="000000"/>
              </w:rPr>
              <w:t xml:space="preserve"> </w:t>
            </w:r>
            <w:proofErr w:type="spellStart"/>
            <w:r>
              <w:rPr>
                <w:color w:val="000000"/>
              </w:rPr>
              <w:t>сред</w:t>
            </w:r>
            <w:proofErr w:type="spellEnd"/>
            <w:r>
              <w:rPr>
                <w:color w:val="000000"/>
              </w:rPr>
              <w:t xml:space="preserve"> </w:t>
            </w:r>
            <w:proofErr w:type="spellStart"/>
            <w:r>
              <w:rPr>
                <w:color w:val="000000"/>
              </w:rPr>
              <w:t>обитания</w:t>
            </w:r>
            <w:proofErr w:type="spellEnd"/>
            <w:r>
              <w:rPr>
                <w:color w:val="000000"/>
              </w:rPr>
              <w:t xml:space="preserve"> </w:t>
            </w:r>
            <w:proofErr w:type="spellStart"/>
            <w:r>
              <w:rPr>
                <w:color w:val="000000"/>
              </w:rPr>
              <w:t>организмов</w:t>
            </w:r>
            <w:proofErr w:type="spellEnd"/>
            <w:r>
              <w:rPr>
                <w:color w:val="000000"/>
              </w:rPr>
              <w:t xml:space="preserve">. </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13.01.2023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2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19.</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83" w:lineRule="auto"/>
              <w:ind w:left="70"/>
            </w:pPr>
            <w:r w:rsidRPr="008B7FC2">
              <w:rPr>
                <w:color w:val="000000"/>
                <w:lang w:val="ru-RU"/>
              </w:rPr>
              <w:t xml:space="preserve">Понятие о среде обитания. Водная, наземно-воздушная, почвенная, </w:t>
            </w:r>
            <w:r w:rsidRPr="008B7FC2">
              <w:rPr>
                <w:lang w:val="ru-RU"/>
              </w:rPr>
              <w:br/>
            </w:r>
            <w:proofErr w:type="spellStart"/>
            <w:r w:rsidRPr="008B7FC2">
              <w:rPr>
                <w:color w:val="000000"/>
                <w:lang w:val="ru-RU"/>
              </w:rPr>
              <w:t>внутриорганизменная</w:t>
            </w:r>
            <w:proofErr w:type="spellEnd"/>
            <w:r w:rsidRPr="008B7FC2">
              <w:rPr>
                <w:color w:val="000000"/>
                <w:lang w:val="ru-RU"/>
              </w:rPr>
              <w:t xml:space="preserve"> среды обитания. </w:t>
            </w:r>
            <w:proofErr w:type="spellStart"/>
            <w:r>
              <w:rPr>
                <w:color w:val="000000"/>
              </w:rPr>
              <w:t>Представители</w:t>
            </w:r>
            <w:proofErr w:type="spellEnd"/>
            <w:r>
              <w:rPr>
                <w:color w:val="000000"/>
              </w:rPr>
              <w:t xml:space="preserve"> </w:t>
            </w:r>
            <w:r>
              <w:br/>
            </w:r>
            <w:proofErr w:type="spellStart"/>
            <w:r>
              <w:rPr>
                <w:color w:val="000000"/>
              </w:rPr>
              <w:t>сред</w:t>
            </w:r>
            <w:proofErr w:type="spellEnd"/>
            <w:r>
              <w:rPr>
                <w:color w:val="000000"/>
              </w:rPr>
              <w:t xml:space="preserve"> </w:t>
            </w:r>
            <w:proofErr w:type="spellStart"/>
            <w:r>
              <w:rPr>
                <w:color w:val="000000"/>
              </w:rPr>
              <w:t>обитания</w:t>
            </w:r>
            <w:proofErr w:type="spellEnd"/>
            <w:r>
              <w:rPr>
                <w:color w:val="000000"/>
              </w:rPr>
              <w:t xml:space="preserve">. </w:t>
            </w:r>
            <w:proofErr w:type="spellStart"/>
            <w:r>
              <w:rPr>
                <w:color w:val="000000"/>
              </w:rPr>
              <w:t>Особенности</w:t>
            </w:r>
            <w:proofErr w:type="spellEnd"/>
            <w:r>
              <w:rPr>
                <w:color w:val="000000"/>
              </w:rPr>
              <w:t xml:space="preserve"> </w:t>
            </w:r>
            <w:proofErr w:type="spellStart"/>
            <w:r>
              <w:rPr>
                <w:color w:val="000000"/>
              </w:rPr>
              <w:t>сред</w:t>
            </w:r>
            <w:proofErr w:type="spellEnd"/>
            <w:r>
              <w:rPr>
                <w:color w:val="000000"/>
              </w:rPr>
              <w:t xml:space="preserve"> </w:t>
            </w:r>
            <w:proofErr w:type="spellStart"/>
            <w:r>
              <w:rPr>
                <w:color w:val="000000"/>
              </w:rPr>
              <w:t>обитания</w:t>
            </w:r>
            <w:proofErr w:type="spellEnd"/>
            <w:r>
              <w:rPr>
                <w:color w:val="000000"/>
              </w:rPr>
              <w:t xml:space="preserve"> </w:t>
            </w:r>
            <w:proofErr w:type="spellStart"/>
            <w:r>
              <w:rPr>
                <w:color w:val="000000"/>
              </w:rPr>
              <w:t>организмов</w:t>
            </w:r>
            <w:proofErr w:type="spellEnd"/>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20.01.2023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Письменный</w:t>
            </w:r>
            <w:proofErr w:type="spellEnd"/>
            <w:r>
              <w:rPr>
                <w:color w:val="000000"/>
              </w:rPr>
              <w:t xml:space="preserve"> </w:t>
            </w:r>
            <w:r>
              <w:tab/>
            </w:r>
            <w:proofErr w:type="spellStart"/>
            <w:r>
              <w:rPr>
                <w:color w:val="000000"/>
              </w:rPr>
              <w:t>контроль</w:t>
            </w:r>
            <w:proofErr w:type="spellEnd"/>
            <w:r>
              <w:rPr>
                <w:color w:val="000000"/>
              </w:rPr>
              <w:t>;</w:t>
            </w:r>
          </w:p>
        </w:tc>
      </w:tr>
      <w:tr w:rsidR="00456BCD" w:rsidTr="004C706A">
        <w:trPr>
          <w:trHeight w:hRule="exact" w:val="2488"/>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20.</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83" w:lineRule="auto"/>
              <w:ind w:left="70"/>
            </w:pPr>
            <w:r w:rsidRPr="008B7FC2">
              <w:rPr>
                <w:color w:val="000000"/>
                <w:lang w:val="ru-RU"/>
              </w:rPr>
              <w:t xml:space="preserve">Понятие о среде обитания. Водная, наземно-воздушная, почвенная, </w:t>
            </w:r>
            <w:r w:rsidRPr="008B7FC2">
              <w:rPr>
                <w:lang w:val="ru-RU"/>
              </w:rPr>
              <w:br/>
            </w:r>
            <w:proofErr w:type="spellStart"/>
            <w:r w:rsidRPr="008B7FC2">
              <w:rPr>
                <w:color w:val="000000"/>
                <w:lang w:val="ru-RU"/>
              </w:rPr>
              <w:t>внутриорганизменная</w:t>
            </w:r>
            <w:proofErr w:type="spellEnd"/>
            <w:r w:rsidRPr="008B7FC2">
              <w:rPr>
                <w:color w:val="000000"/>
                <w:lang w:val="ru-RU"/>
              </w:rPr>
              <w:t xml:space="preserve"> среды обитания. </w:t>
            </w:r>
            <w:proofErr w:type="spellStart"/>
            <w:r>
              <w:rPr>
                <w:color w:val="000000"/>
              </w:rPr>
              <w:t>Представители</w:t>
            </w:r>
            <w:proofErr w:type="spellEnd"/>
            <w:r>
              <w:rPr>
                <w:color w:val="000000"/>
              </w:rPr>
              <w:t xml:space="preserve"> </w:t>
            </w:r>
            <w:r>
              <w:br/>
            </w:r>
            <w:proofErr w:type="spellStart"/>
            <w:r>
              <w:rPr>
                <w:color w:val="000000"/>
              </w:rPr>
              <w:t>сред</w:t>
            </w:r>
            <w:proofErr w:type="spellEnd"/>
            <w:r>
              <w:rPr>
                <w:color w:val="000000"/>
              </w:rPr>
              <w:t xml:space="preserve"> </w:t>
            </w:r>
            <w:proofErr w:type="spellStart"/>
            <w:r>
              <w:rPr>
                <w:color w:val="000000"/>
              </w:rPr>
              <w:t>обитания</w:t>
            </w:r>
            <w:proofErr w:type="spellEnd"/>
            <w:r>
              <w:rPr>
                <w:color w:val="000000"/>
              </w:rPr>
              <w:t xml:space="preserve">. </w:t>
            </w:r>
            <w:proofErr w:type="spellStart"/>
            <w:r>
              <w:rPr>
                <w:color w:val="000000"/>
              </w:rPr>
              <w:t>Особенности</w:t>
            </w:r>
            <w:proofErr w:type="spellEnd"/>
            <w:r>
              <w:rPr>
                <w:color w:val="000000"/>
              </w:rPr>
              <w:t xml:space="preserve"> </w:t>
            </w:r>
            <w:proofErr w:type="spellStart"/>
            <w:r>
              <w:rPr>
                <w:color w:val="000000"/>
              </w:rPr>
              <w:t>сред</w:t>
            </w:r>
            <w:proofErr w:type="spellEnd"/>
            <w:r>
              <w:rPr>
                <w:color w:val="000000"/>
              </w:rPr>
              <w:t xml:space="preserve"> </w:t>
            </w:r>
            <w:proofErr w:type="spellStart"/>
            <w:r>
              <w:rPr>
                <w:color w:val="000000"/>
              </w:rPr>
              <w:t>обитания</w:t>
            </w:r>
            <w:proofErr w:type="spellEnd"/>
            <w:r>
              <w:rPr>
                <w:color w:val="000000"/>
              </w:rPr>
              <w:t xml:space="preserve"> </w:t>
            </w:r>
            <w:proofErr w:type="spellStart"/>
            <w:r>
              <w:rPr>
                <w:color w:val="000000"/>
              </w:rPr>
              <w:t>организмов</w:t>
            </w:r>
            <w:proofErr w:type="spellEnd"/>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27.01.2023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2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21.</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Pr>
                <w:lang w:val="ru-RU"/>
              </w:rPr>
            </w:pPr>
            <w:r w:rsidRPr="008B7FC2">
              <w:rPr>
                <w:color w:val="000000"/>
                <w:lang w:val="ru-RU"/>
              </w:rPr>
              <w:t xml:space="preserve">Приспособления организмов к среде обитания </w:t>
            </w:r>
            <w:r w:rsidRPr="008B7FC2">
              <w:rPr>
                <w:lang w:val="ru-RU"/>
              </w:rPr>
              <w:br/>
            </w:r>
            <w:r w:rsidRPr="008B7FC2">
              <w:rPr>
                <w:color w:val="000000"/>
                <w:lang w:val="ru-RU"/>
              </w:rPr>
              <w:t xml:space="preserve">Лабораторная работа №7 </w:t>
            </w:r>
            <w:r w:rsidRPr="008B7FC2">
              <w:rPr>
                <w:lang w:val="ru-RU"/>
              </w:rPr>
              <w:br/>
            </w:r>
            <w:r w:rsidRPr="008B7FC2">
              <w:rPr>
                <w:color w:val="000000"/>
                <w:lang w:val="ru-RU"/>
              </w:rPr>
              <w:t xml:space="preserve">Выявление приспособлений организмов к среде </w:t>
            </w:r>
            <w:r w:rsidRPr="008B7FC2">
              <w:rPr>
                <w:lang w:val="ru-RU"/>
              </w:rPr>
              <w:br/>
            </w:r>
            <w:r w:rsidRPr="008B7FC2">
              <w:rPr>
                <w:color w:val="000000"/>
                <w:lang w:val="ru-RU"/>
              </w:rPr>
              <w:t xml:space="preserve">обитания </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03.02.2023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Лабораторная</w:t>
            </w:r>
            <w:proofErr w:type="spellEnd"/>
            <w:r>
              <w:rPr>
                <w:color w:val="000000"/>
              </w:rPr>
              <w:t xml:space="preserve"> </w:t>
            </w:r>
            <w:r>
              <w:tab/>
            </w:r>
            <w:proofErr w:type="spellStart"/>
            <w:r>
              <w:rPr>
                <w:color w:val="000000"/>
              </w:rPr>
              <w:t>работа</w:t>
            </w:r>
            <w:proofErr w:type="spellEnd"/>
            <w:r>
              <w:rPr>
                <w:color w:val="000000"/>
              </w:rPr>
              <w:t>;</w:t>
            </w:r>
          </w:p>
        </w:tc>
      </w:tr>
      <w:tr w:rsidR="00456BCD" w:rsidTr="004C706A">
        <w:trPr>
          <w:trHeight w:hRule="exact" w:val="1802"/>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22.</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ight="144"/>
              <w:rPr>
                <w:lang w:val="ru-RU"/>
              </w:rPr>
            </w:pPr>
            <w:r w:rsidRPr="008B7FC2">
              <w:rPr>
                <w:color w:val="000000"/>
                <w:lang w:val="ru-RU"/>
              </w:rPr>
              <w:t xml:space="preserve">Сезонные изменения в </w:t>
            </w:r>
            <w:r w:rsidRPr="008B7FC2">
              <w:rPr>
                <w:lang w:val="ru-RU"/>
              </w:rPr>
              <w:br/>
            </w:r>
            <w:r w:rsidRPr="008B7FC2">
              <w:rPr>
                <w:color w:val="000000"/>
                <w:lang w:val="ru-RU"/>
              </w:rPr>
              <w:t xml:space="preserve">жизни </w:t>
            </w:r>
            <w:r w:rsidRPr="008B7FC2">
              <w:rPr>
                <w:lang w:val="ru-RU"/>
              </w:rPr>
              <w:br/>
            </w:r>
            <w:proofErr w:type="spellStart"/>
            <w:r w:rsidRPr="008B7FC2">
              <w:rPr>
                <w:color w:val="000000"/>
                <w:lang w:val="ru-RU"/>
              </w:rPr>
              <w:t>организмов</w:t>
            </w:r>
            <w:proofErr w:type="gramStart"/>
            <w:r w:rsidRPr="008B7FC2">
              <w:rPr>
                <w:color w:val="000000"/>
                <w:lang w:val="ru-RU"/>
              </w:rPr>
              <w:t>.В</w:t>
            </w:r>
            <w:proofErr w:type="gramEnd"/>
            <w:r w:rsidRPr="008B7FC2">
              <w:rPr>
                <w:color w:val="000000"/>
                <w:lang w:val="ru-RU"/>
              </w:rPr>
              <w:t>идеоэкскурсия</w:t>
            </w:r>
            <w:proofErr w:type="spellEnd"/>
            <w:r w:rsidRPr="008B7FC2">
              <w:rPr>
                <w:color w:val="000000"/>
                <w:lang w:val="ru-RU"/>
              </w:rPr>
              <w:t xml:space="preserve"> Растительный и животный мир родного края. </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10.02.2023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bl>
    <w:p w:rsidR="00456BCD" w:rsidRDefault="00456BCD" w:rsidP="00456BCD">
      <w:pPr>
        <w:autoSpaceDE w:val="0"/>
        <w:autoSpaceDN w:val="0"/>
        <w:spacing w:line="14" w:lineRule="exact"/>
      </w:pPr>
    </w:p>
    <w:p w:rsidR="00456BCD" w:rsidRDefault="00456BCD" w:rsidP="00456BCD">
      <w:pPr>
        <w:sectPr w:rsidR="00456BCD">
          <w:pgSz w:w="11900" w:h="16840"/>
          <w:pgMar w:top="284" w:right="556" w:bottom="328" w:left="666" w:header="720" w:footer="720" w:gutter="0"/>
          <w:cols w:space="720" w:equalWidth="0">
            <w:col w:w="10678" w:space="0"/>
          </w:cols>
          <w:docGrid w:linePitch="360"/>
        </w:sectPr>
      </w:pPr>
    </w:p>
    <w:p w:rsidR="00456BCD" w:rsidRDefault="00456BCD" w:rsidP="00456BCD">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0"/>
        <w:gridCol w:w="3120"/>
        <w:gridCol w:w="726"/>
        <w:gridCol w:w="1608"/>
        <w:gridCol w:w="1656"/>
        <w:gridCol w:w="1226"/>
        <w:gridCol w:w="1810"/>
      </w:tblGrid>
      <w:tr w:rsidR="00456BCD" w:rsidTr="004C706A">
        <w:trPr>
          <w:trHeight w:hRule="exact" w:val="1488"/>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23.</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ind w:left="70" w:right="432"/>
              <w:rPr>
                <w:lang w:val="ru-RU"/>
              </w:rPr>
            </w:pPr>
            <w:r w:rsidRPr="008B7FC2">
              <w:rPr>
                <w:color w:val="000000"/>
                <w:lang w:val="ru-RU"/>
              </w:rPr>
              <w:t xml:space="preserve">Понятие о природном </w:t>
            </w:r>
            <w:r w:rsidRPr="008B7FC2">
              <w:rPr>
                <w:lang w:val="ru-RU"/>
              </w:rPr>
              <w:br/>
            </w:r>
            <w:r w:rsidRPr="008B7FC2">
              <w:rPr>
                <w:color w:val="000000"/>
                <w:lang w:val="ru-RU"/>
              </w:rPr>
              <w:t>сообществе. Взаимосвязи организмов в природных сообществах</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17.02.2023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1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24.</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71" w:lineRule="auto"/>
              <w:ind w:left="70" w:right="144"/>
              <w:rPr>
                <w:lang w:val="ru-RU"/>
              </w:rPr>
            </w:pPr>
            <w:r w:rsidRPr="008B7FC2">
              <w:rPr>
                <w:color w:val="000000"/>
                <w:lang w:val="ru-RU"/>
              </w:rPr>
              <w:t xml:space="preserve">Пищевые связи в </w:t>
            </w:r>
            <w:r w:rsidRPr="008B7FC2">
              <w:rPr>
                <w:lang w:val="ru-RU"/>
              </w:rPr>
              <w:br/>
            </w:r>
            <w:r w:rsidRPr="008B7FC2">
              <w:rPr>
                <w:color w:val="000000"/>
                <w:lang w:val="ru-RU"/>
              </w:rPr>
              <w:t xml:space="preserve">сообществах. Пищевые </w:t>
            </w:r>
            <w:r w:rsidRPr="008B7FC2">
              <w:rPr>
                <w:lang w:val="ru-RU"/>
              </w:rPr>
              <w:br/>
            </w:r>
            <w:r w:rsidRPr="008B7FC2">
              <w:rPr>
                <w:color w:val="000000"/>
                <w:lang w:val="ru-RU"/>
              </w:rPr>
              <w:t>звенья, цепи и сети питания</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24.02.2023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Тестирование</w:t>
            </w:r>
            <w:proofErr w:type="spellEnd"/>
            <w:r>
              <w:rPr>
                <w:color w:val="000000"/>
              </w:rPr>
              <w:t>;</w:t>
            </w:r>
          </w:p>
        </w:tc>
      </w:tr>
      <w:tr w:rsidR="00456BCD" w:rsidTr="004C706A">
        <w:trPr>
          <w:trHeight w:hRule="exact" w:val="1488"/>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25.</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ind w:left="70"/>
              <w:rPr>
                <w:lang w:val="ru-RU"/>
              </w:rPr>
            </w:pPr>
            <w:r w:rsidRPr="008B7FC2">
              <w:rPr>
                <w:color w:val="000000"/>
                <w:lang w:val="ru-RU"/>
              </w:rPr>
              <w:t>Производители, потребители и разрушители органических веще</w:t>
            </w:r>
            <w:proofErr w:type="gramStart"/>
            <w:r w:rsidRPr="008B7FC2">
              <w:rPr>
                <w:color w:val="000000"/>
                <w:lang w:val="ru-RU"/>
              </w:rPr>
              <w:t>ств в пр</w:t>
            </w:r>
            <w:proofErr w:type="gramEnd"/>
            <w:r w:rsidRPr="008B7FC2">
              <w:rPr>
                <w:color w:val="000000"/>
                <w:lang w:val="ru-RU"/>
              </w:rPr>
              <w:t xml:space="preserve">иродных </w:t>
            </w:r>
            <w:r w:rsidRPr="008B7FC2">
              <w:rPr>
                <w:lang w:val="ru-RU"/>
              </w:rPr>
              <w:br/>
            </w:r>
            <w:r w:rsidRPr="008B7FC2">
              <w:rPr>
                <w:color w:val="000000"/>
                <w:lang w:val="ru-RU"/>
              </w:rPr>
              <w:t>сообществах</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03.03.2023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Письменный</w:t>
            </w:r>
            <w:proofErr w:type="spellEnd"/>
            <w:r>
              <w:rPr>
                <w:color w:val="000000"/>
              </w:rPr>
              <w:t xml:space="preserve"> </w:t>
            </w:r>
            <w:r>
              <w:tab/>
            </w:r>
            <w:proofErr w:type="spellStart"/>
            <w:r>
              <w:rPr>
                <w:color w:val="000000"/>
              </w:rPr>
              <w:t>контроль</w:t>
            </w:r>
            <w:proofErr w:type="spellEnd"/>
            <w:r>
              <w:rPr>
                <w:color w:val="000000"/>
              </w:rPr>
              <w:t>;</w:t>
            </w:r>
          </w:p>
        </w:tc>
      </w:tr>
      <w:tr w:rsidR="00456BCD" w:rsidTr="004C706A">
        <w:trPr>
          <w:trHeight w:hRule="exact" w:val="1824"/>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26.</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Pr>
                <w:lang w:val="ru-RU"/>
              </w:rPr>
            </w:pPr>
            <w:r w:rsidRPr="008B7FC2">
              <w:rPr>
                <w:color w:val="000000"/>
                <w:lang w:val="ru-RU"/>
              </w:rPr>
              <w:t xml:space="preserve">Примеры природных </w:t>
            </w:r>
            <w:r w:rsidRPr="008B7FC2">
              <w:rPr>
                <w:lang w:val="ru-RU"/>
              </w:rPr>
              <w:br/>
            </w:r>
            <w:r w:rsidRPr="008B7FC2">
              <w:rPr>
                <w:color w:val="000000"/>
                <w:lang w:val="ru-RU"/>
              </w:rPr>
              <w:t xml:space="preserve">сообществ  Экскурсия </w:t>
            </w:r>
            <w:r w:rsidRPr="008B7FC2">
              <w:rPr>
                <w:lang w:val="ru-RU"/>
              </w:rPr>
              <w:br/>
            </w:r>
            <w:r w:rsidRPr="008B7FC2">
              <w:rPr>
                <w:color w:val="000000"/>
                <w:lang w:val="ru-RU"/>
              </w:rPr>
              <w:t xml:space="preserve">.Изучение природных </w:t>
            </w:r>
            <w:r w:rsidRPr="008B7FC2">
              <w:rPr>
                <w:lang w:val="ru-RU"/>
              </w:rPr>
              <w:br/>
            </w:r>
            <w:r w:rsidRPr="008B7FC2">
              <w:rPr>
                <w:color w:val="000000"/>
                <w:lang w:val="ru-RU"/>
              </w:rPr>
              <w:t>сообщест</w:t>
            </w:r>
            <w:proofErr w:type="gramStart"/>
            <w:r w:rsidRPr="008B7FC2">
              <w:rPr>
                <w:color w:val="000000"/>
                <w:lang w:val="ru-RU"/>
              </w:rPr>
              <w:t>в(</w:t>
            </w:r>
            <w:proofErr w:type="gramEnd"/>
            <w:r w:rsidRPr="008B7FC2">
              <w:rPr>
                <w:color w:val="000000"/>
                <w:lang w:val="ru-RU"/>
              </w:rPr>
              <w:t>лес, пруд, озеро и др.)</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10.03.2023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Письменный</w:t>
            </w:r>
            <w:proofErr w:type="spellEnd"/>
            <w:r>
              <w:rPr>
                <w:color w:val="000000"/>
              </w:rPr>
              <w:t xml:space="preserve"> </w:t>
            </w:r>
            <w:r>
              <w:tab/>
            </w:r>
            <w:proofErr w:type="spellStart"/>
            <w:r>
              <w:rPr>
                <w:color w:val="000000"/>
              </w:rPr>
              <w:t>контроль</w:t>
            </w:r>
            <w:proofErr w:type="spellEnd"/>
            <w:r>
              <w:rPr>
                <w:color w:val="000000"/>
              </w:rPr>
              <w:t>;</w:t>
            </w:r>
          </w:p>
        </w:tc>
      </w:tr>
      <w:tr w:rsidR="00456BCD" w:rsidTr="004C706A">
        <w:trPr>
          <w:trHeight w:hRule="exact" w:val="3822"/>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27.</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6" w:line="281" w:lineRule="auto"/>
              <w:ind w:left="70" w:right="144"/>
              <w:rPr>
                <w:lang w:val="ru-RU"/>
              </w:rPr>
            </w:pPr>
            <w:r w:rsidRPr="008B7FC2">
              <w:rPr>
                <w:color w:val="000000"/>
                <w:lang w:val="ru-RU"/>
              </w:rPr>
              <w:t>Искусственные сообщества, их отличительные признаки от природных сообществ. Причины неустойчивости искусственных сообществ.</w:t>
            </w:r>
          </w:p>
          <w:p w:rsidR="00456BCD" w:rsidRPr="008B7FC2" w:rsidRDefault="00456BCD" w:rsidP="004C706A">
            <w:pPr>
              <w:autoSpaceDE w:val="0"/>
              <w:autoSpaceDN w:val="0"/>
              <w:spacing w:before="70" w:line="283" w:lineRule="auto"/>
              <w:ind w:left="70" w:right="144"/>
              <w:rPr>
                <w:lang w:val="ru-RU"/>
              </w:rPr>
            </w:pPr>
            <w:r w:rsidRPr="008B7FC2">
              <w:rPr>
                <w:color w:val="000000"/>
                <w:lang w:val="ru-RU"/>
              </w:rPr>
              <w:t xml:space="preserve">Роль искусственных </w:t>
            </w:r>
            <w:r w:rsidRPr="008B7FC2">
              <w:rPr>
                <w:lang w:val="ru-RU"/>
              </w:rPr>
              <w:br/>
            </w:r>
            <w:r w:rsidRPr="008B7FC2">
              <w:rPr>
                <w:color w:val="000000"/>
                <w:lang w:val="ru-RU"/>
              </w:rPr>
              <w:t xml:space="preserve">сообществ в </w:t>
            </w:r>
            <w:r w:rsidRPr="008B7FC2">
              <w:rPr>
                <w:lang w:val="ru-RU"/>
              </w:rPr>
              <w:br/>
            </w:r>
            <w:r w:rsidRPr="008B7FC2">
              <w:rPr>
                <w:color w:val="000000"/>
                <w:lang w:val="ru-RU"/>
              </w:rPr>
              <w:t xml:space="preserve">жизни Лабораторная работа№8 Изучение </w:t>
            </w:r>
            <w:r w:rsidRPr="008B7FC2">
              <w:rPr>
                <w:lang w:val="ru-RU"/>
              </w:rPr>
              <w:br/>
            </w:r>
            <w:r w:rsidRPr="008B7FC2">
              <w:rPr>
                <w:color w:val="000000"/>
                <w:lang w:val="ru-RU"/>
              </w:rPr>
              <w:t>искусственных сообществ и их обитателей</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17.03.2023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2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28.</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ight="144"/>
              <w:rPr>
                <w:lang w:val="ru-RU"/>
              </w:rPr>
            </w:pPr>
            <w:r w:rsidRPr="008B7FC2">
              <w:rPr>
                <w:color w:val="000000"/>
                <w:lang w:val="ru-RU"/>
              </w:rPr>
              <w:t xml:space="preserve">Природные зоны Земли, их обитатели. Флора и фауна природных зон </w:t>
            </w:r>
            <w:r w:rsidRPr="008B7FC2">
              <w:rPr>
                <w:lang w:val="ru-RU"/>
              </w:rPr>
              <w:br/>
            </w:r>
            <w:proofErr w:type="spellStart"/>
            <w:r w:rsidRPr="008B7FC2">
              <w:rPr>
                <w:color w:val="000000"/>
                <w:lang w:val="ru-RU"/>
              </w:rPr>
              <w:t>Экскурсия</w:t>
            </w:r>
            <w:proofErr w:type="gramStart"/>
            <w:r w:rsidRPr="008B7FC2">
              <w:rPr>
                <w:color w:val="000000"/>
                <w:lang w:val="ru-RU"/>
              </w:rPr>
              <w:t>.И</w:t>
            </w:r>
            <w:proofErr w:type="gramEnd"/>
            <w:r w:rsidRPr="008B7FC2">
              <w:rPr>
                <w:color w:val="000000"/>
                <w:lang w:val="ru-RU"/>
              </w:rPr>
              <w:t>зучение</w:t>
            </w:r>
            <w:proofErr w:type="spellEnd"/>
            <w:r w:rsidRPr="008B7FC2">
              <w:rPr>
                <w:color w:val="000000"/>
                <w:lang w:val="ru-RU"/>
              </w:rPr>
              <w:t xml:space="preserve"> </w:t>
            </w:r>
            <w:r w:rsidRPr="008B7FC2">
              <w:rPr>
                <w:lang w:val="ru-RU"/>
              </w:rPr>
              <w:br/>
            </w:r>
            <w:r w:rsidRPr="008B7FC2">
              <w:rPr>
                <w:color w:val="000000"/>
                <w:lang w:val="ru-RU"/>
              </w:rPr>
              <w:t>сезонных явлений в жизни природных сообществ.</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24.03.2023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822"/>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29.</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62" w:lineRule="auto"/>
              <w:ind w:left="70" w:right="288"/>
            </w:pPr>
            <w:proofErr w:type="spellStart"/>
            <w:r>
              <w:rPr>
                <w:color w:val="000000"/>
              </w:rPr>
              <w:t>Ландшафты</w:t>
            </w:r>
            <w:proofErr w:type="spellEnd"/>
            <w:r>
              <w:rPr>
                <w:color w:val="000000"/>
              </w:rPr>
              <w:t xml:space="preserve">: </w:t>
            </w:r>
            <w:proofErr w:type="spellStart"/>
            <w:r>
              <w:rPr>
                <w:color w:val="000000"/>
              </w:rPr>
              <w:t>природные</w:t>
            </w:r>
            <w:proofErr w:type="spellEnd"/>
            <w:r>
              <w:rPr>
                <w:color w:val="000000"/>
              </w:rPr>
              <w:t xml:space="preserve"> и </w:t>
            </w:r>
            <w:proofErr w:type="spellStart"/>
            <w:r>
              <w:rPr>
                <w:color w:val="000000"/>
              </w:rPr>
              <w:t>культурные</w:t>
            </w:r>
            <w:proofErr w:type="spellEnd"/>
            <w:r>
              <w:rPr>
                <w:color w:val="000000"/>
              </w:rPr>
              <w:t>.</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07.04.2023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Письменный</w:t>
            </w:r>
            <w:proofErr w:type="spellEnd"/>
            <w:r>
              <w:rPr>
                <w:color w:val="000000"/>
              </w:rPr>
              <w:t xml:space="preserve"> </w:t>
            </w:r>
            <w:r>
              <w:tab/>
            </w:r>
            <w:proofErr w:type="spellStart"/>
            <w:r>
              <w:rPr>
                <w:color w:val="000000"/>
              </w:rPr>
              <w:t>контроль</w:t>
            </w:r>
            <w:proofErr w:type="spellEnd"/>
            <w:r>
              <w:rPr>
                <w:color w:val="000000"/>
              </w:rPr>
              <w:t>;</w:t>
            </w:r>
          </w:p>
        </w:tc>
      </w:tr>
      <w:tr w:rsidR="00456BCD" w:rsidTr="004C706A">
        <w:trPr>
          <w:trHeight w:hRule="exact" w:val="1802"/>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30.</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81" w:lineRule="auto"/>
              <w:ind w:left="70"/>
              <w:rPr>
                <w:lang w:val="ru-RU"/>
              </w:rPr>
            </w:pPr>
            <w:r w:rsidRPr="008B7FC2">
              <w:rPr>
                <w:color w:val="000000"/>
                <w:lang w:val="ru-RU"/>
              </w:rPr>
              <w:t xml:space="preserve">Изменения в природе в связи с развитием сельского </w:t>
            </w:r>
            <w:r w:rsidRPr="008B7FC2">
              <w:rPr>
                <w:lang w:val="ru-RU"/>
              </w:rPr>
              <w:br/>
            </w:r>
            <w:r w:rsidRPr="008B7FC2">
              <w:rPr>
                <w:color w:val="000000"/>
                <w:lang w:val="ru-RU"/>
              </w:rPr>
              <w:t xml:space="preserve">хозяйства, производства и </w:t>
            </w:r>
            <w:r w:rsidRPr="008B7FC2">
              <w:rPr>
                <w:lang w:val="ru-RU"/>
              </w:rPr>
              <w:br/>
            </w:r>
            <w:r w:rsidRPr="008B7FC2">
              <w:rPr>
                <w:color w:val="000000"/>
                <w:lang w:val="ru-RU"/>
              </w:rPr>
              <w:t xml:space="preserve">ростом численности </w:t>
            </w:r>
            <w:r w:rsidRPr="008B7FC2">
              <w:rPr>
                <w:lang w:val="ru-RU"/>
              </w:rPr>
              <w:br/>
            </w:r>
            <w:r w:rsidRPr="008B7FC2">
              <w:rPr>
                <w:color w:val="000000"/>
                <w:lang w:val="ru-RU"/>
              </w:rPr>
              <w:t>населения</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14.04.2023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bl>
    <w:p w:rsidR="00456BCD" w:rsidRDefault="00456BCD" w:rsidP="00456BCD">
      <w:pPr>
        <w:autoSpaceDE w:val="0"/>
        <w:autoSpaceDN w:val="0"/>
        <w:spacing w:line="14" w:lineRule="exact"/>
      </w:pPr>
    </w:p>
    <w:p w:rsidR="00456BCD" w:rsidRDefault="00456BCD" w:rsidP="00456BCD">
      <w:pPr>
        <w:sectPr w:rsidR="00456BCD">
          <w:pgSz w:w="11900" w:h="16840"/>
          <w:pgMar w:top="284" w:right="556" w:bottom="840" w:left="666" w:header="720" w:footer="720" w:gutter="0"/>
          <w:cols w:space="720" w:equalWidth="0">
            <w:col w:w="10678" w:space="0"/>
          </w:cols>
          <w:docGrid w:linePitch="360"/>
        </w:sectPr>
      </w:pPr>
    </w:p>
    <w:p w:rsidR="00456BCD" w:rsidRDefault="00456BCD" w:rsidP="00456BCD">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0"/>
        <w:gridCol w:w="3120"/>
        <w:gridCol w:w="726"/>
        <w:gridCol w:w="1608"/>
        <w:gridCol w:w="1656"/>
        <w:gridCol w:w="1226"/>
        <w:gridCol w:w="1810"/>
      </w:tblGrid>
      <w:tr w:rsidR="00456BCD" w:rsidTr="004C706A">
        <w:trPr>
          <w:trHeight w:hRule="exact" w:val="3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31.</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62" w:lineRule="auto"/>
              <w:ind w:left="70" w:right="144"/>
              <w:rPr>
                <w:lang w:val="ru-RU"/>
              </w:rPr>
            </w:pPr>
            <w:r w:rsidRPr="008B7FC2">
              <w:rPr>
                <w:color w:val="000000"/>
                <w:lang w:val="ru-RU"/>
              </w:rPr>
              <w:t>Влияние человека на живую природу с ходом истории.</w:t>
            </w:r>
          </w:p>
          <w:p w:rsidR="00456BCD" w:rsidRPr="008B7FC2" w:rsidRDefault="00456BCD" w:rsidP="004C706A">
            <w:pPr>
              <w:autoSpaceDE w:val="0"/>
              <w:autoSpaceDN w:val="0"/>
              <w:spacing w:before="70" w:line="283" w:lineRule="auto"/>
              <w:ind w:left="70"/>
              <w:rPr>
                <w:lang w:val="ru-RU"/>
              </w:rPr>
            </w:pPr>
            <w:r w:rsidRPr="008B7FC2">
              <w:rPr>
                <w:color w:val="000000"/>
                <w:lang w:val="ru-RU"/>
              </w:rPr>
              <w:t xml:space="preserve">Глобальные экологические проблемы Практическая </w:t>
            </w:r>
            <w:r w:rsidRPr="008B7FC2">
              <w:rPr>
                <w:lang w:val="ru-RU"/>
              </w:rPr>
              <w:br/>
            </w:r>
            <w:r w:rsidRPr="008B7FC2">
              <w:rPr>
                <w:color w:val="000000"/>
                <w:lang w:val="ru-RU"/>
              </w:rPr>
              <w:t xml:space="preserve">работа№1 Проведение акции по уборке мусора в </w:t>
            </w:r>
            <w:r w:rsidRPr="008B7FC2">
              <w:rPr>
                <w:lang w:val="ru-RU"/>
              </w:rPr>
              <w:br/>
            </w:r>
            <w:r w:rsidRPr="008B7FC2">
              <w:rPr>
                <w:color w:val="000000"/>
                <w:lang w:val="ru-RU"/>
              </w:rPr>
              <w:t xml:space="preserve">ближайшем лесу, парке, </w:t>
            </w:r>
            <w:r w:rsidRPr="008B7FC2">
              <w:rPr>
                <w:lang w:val="ru-RU"/>
              </w:rPr>
              <w:br/>
            </w:r>
            <w:r w:rsidRPr="008B7FC2">
              <w:rPr>
                <w:color w:val="000000"/>
                <w:lang w:val="ru-RU"/>
              </w:rPr>
              <w:t>сквере или на пришкольной территории.</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21.04.2023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Практическая</w:t>
            </w:r>
            <w:proofErr w:type="spellEnd"/>
            <w:r>
              <w:rPr>
                <w:color w:val="000000"/>
              </w:rPr>
              <w:t xml:space="preserve"> </w:t>
            </w:r>
            <w:r>
              <w:tab/>
            </w:r>
            <w:proofErr w:type="spellStart"/>
            <w:r>
              <w:rPr>
                <w:color w:val="000000"/>
              </w:rPr>
              <w:t>работа</w:t>
            </w:r>
            <w:proofErr w:type="spellEnd"/>
            <w:r>
              <w:rPr>
                <w:color w:val="000000"/>
              </w:rPr>
              <w:t>;</w:t>
            </w:r>
          </w:p>
        </w:tc>
      </w:tr>
      <w:tr w:rsidR="00456BCD" w:rsidTr="004C706A">
        <w:trPr>
          <w:trHeight w:hRule="exact" w:val="1490"/>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32.</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ind w:left="70" w:right="288"/>
              <w:rPr>
                <w:lang w:val="ru-RU"/>
              </w:rPr>
            </w:pPr>
            <w:r w:rsidRPr="008B7FC2">
              <w:rPr>
                <w:color w:val="000000"/>
                <w:lang w:val="ru-RU"/>
              </w:rPr>
              <w:t xml:space="preserve">Загрязнение воздушной и водной оболочек Земли, потери почв, их </w:t>
            </w:r>
            <w:r w:rsidRPr="008B7FC2">
              <w:rPr>
                <w:lang w:val="ru-RU"/>
              </w:rPr>
              <w:br/>
            </w:r>
            <w:r w:rsidRPr="008B7FC2">
              <w:rPr>
                <w:color w:val="000000"/>
                <w:lang w:val="ru-RU"/>
              </w:rPr>
              <w:t>предотвращение</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28.04.2023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tabs>
                <w:tab w:val="left" w:pos="154"/>
              </w:tabs>
              <w:autoSpaceDE w:val="0"/>
              <w:autoSpaceDN w:val="0"/>
              <w:spacing w:before="98" w:line="262" w:lineRule="auto"/>
              <w:ind w:right="288"/>
            </w:pPr>
            <w:r>
              <w:rPr>
                <w:color w:val="000000"/>
              </w:rPr>
              <w:t xml:space="preserve"> </w:t>
            </w:r>
            <w:proofErr w:type="spellStart"/>
            <w:r>
              <w:rPr>
                <w:color w:val="000000"/>
              </w:rPr>
              <w:t>Письменный</w:t>
            </w:r>
            <w:proofErr w:type="spellEnd"/>
            <w:r>
              <w:rPr>
                <w:color w:val="000000"/>
              </w:rPr>
              <w:t xml:space="preserve"> </w:t>
            </w:r>
            <w:r>
              <w:tab/>
            </w:r>
            <w:proofErr w:type="spellStart"/>
            <w:r>
              <w:rPr>
                <w:color w:val="000000"/>
              </w:rPr>
              <w:t>контроль</w:t>
            </w:r>
            <w:proofErr w:type="spellEnd"/>
            <w:r>
              <w:rPr>
                <w:color w:val="000000"/>
              </w:rPr>
              <w:t>;</w:t>
            </w:r>
          </w:p>
        </w:tc>
      </w:tr>
      <w:tr w:rsidR="00456BCD" w:rsidTr="004C706A">
        <w:trPr>
          <w:trHeight w:hRule="exact" w:val="2154"/>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33.</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6" w:line="283" w:lineRule="auto"/>
              <w:ind w:left="70" w:right="144"/>
              <w:rPr>
                <w:lang w:val="ru-RU"/>
              </w:rPr>
            </w:pPr>
            <w:r w:rsidRPr="008B7FC2">
              <w:rPr>
                <w:color w:val="000000"/>
                <w:lang w:val="ru-RU"/>
              </w:rPr>
              <w:t xml:space="preserve">Пути сохранения </w:t>
            </w:r>
            <w:r w:rsidRPr="008B7FC2">
              <w:rPr>
                <w:lang w:val="ru-RU"/>
              </w:rPr>
              <w:br/>
            </w:r>
            <w:r w:rsidRPr="008B7FC2">
              <w:rPr>
                <w:color w:val="000000"/>
                <w:lang w:val="ru-RU"/>
              </w:rPr>
              <w:t xml:space="preserve">биологического </w:t>
            </w:r>
            <w:r w:rsidRPr="008B7FC2">
              <w:rPr>
                <w:lang w:val="ru-RU"/>
              </w:rPr>
              <w:br/>
            </w:r>
            <w:r w:rsidRPr="008B7FC2">
              <w:rPr>
                <w:color w:val="000000"/>
                <w:lang w:val="ru-RU"/>
              </w:rPr>
              <w:t>разнообразия. Охраняемые территории (заповедники, заказники, национальные парки, памятники природы)</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jc w:val="center"/>
            </w:pPr>
            <w:r>
              <w:rPr>
                <w:color w:val="000000"/>
              </w:rPr>
              <w:t>05.05.2023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6" w:line="230" w:lineRule="auto"/>
            </w:pPr>
            <w:r>
              <w:rPr>
                <w:color w:val="000000"/>
              </w:rPr>
              <w:t xml:space="preserve"> </w:t>
            </w:r>
            <w:proofErr w:type="spellStart"/>
            <w:r>
              <w:rPr>
                <w:color w:val="000000"/>
              </w:rPr>
              <w:t>Тестирование</w:t>
            </w:r>
            <w:proofErr w:type="spellEnd"/>
            <w:r>
              <w:rPr>
                <w:color w:val="000000"/>
              </w:rPr>
              <w:t>;</w:t>
            </w:r>
          </w:p>
        </w:tc>
      </w:tr>
      <w:tr w:rsidR="00456BCD" w:rsidTr="004C706A">
        <w:trPr>
          <w:trHeight w:hRule="exact" w:val="1156"/>
        </w:trPr>
        <w:tc>
          <w:tcPr>
            <w:tcW w:w="50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34.</w:t>
            </w:r>
          </w:p>
        </w:tc>
        <w:tc>
          <w:tcPr>
            <w:tcW w:w="312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30" w:lineRule="auto"/>
              <w:ind w:left="70"/>
              <w:rPr>
                <w:lang w:val="ru-RU"/>
              </w:rPr>
            </w:pPr>
            <w:r w:rsidRPr="008B7FC2">
              <w:rPr>
                <w:color w:val="000000"/>
                <w:lang w:val="ru-RU"/>
              </w:rPr>
              <w:t>Красная книга РФ.</w:t>
            </w:r>
          </w:p>
          <w:p w:rsidR="00456BCD" w:rsidRPr="008B7FC2" w:rsidRDefault="00456BCD" w:rsidP="004C706A">
            <w:pPr>
              <w:autoSpaceDE w:val="0"/>
              <w:autoSpaceDN w:val="0"/>
              <w:spacing w:before="70" w:line="262" w:lineRule="auto"/>
              <w:ind w:left="70" w:right="720"/>
              <w:rPr>
                <w:lang w:val="ru-RU"/>
              </w:rPr>
            </w:pPr>
            <w:r w:rsidRPr="008B7FC2">
              <w:rPr>
                <w:color w:val="000000"/>
                <w:lang w:val="ru-RU"/>
              </w:rPr>
              <w:t>Осознание жизни как великой ценности</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1</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2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jc w:val="center"/>
            </w:pPr>
            <w:r>
              <w:rPr>
                <w:color w:val="000000"/>
              </w:rPr>
              <w:t>12.05.2023</w:t>
            </w:r>
          </w:p>
        </w:tc>
        <w:tc>
          <w:tcPr>
            <w:tcW w:w="1810"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pPr>
            <w:r>
              <w:rPr>
                <w:color w:val="000000"/>
              </w:rPr>
              <w:t xml:space="preserve"> </w:t>
            </w:r>
            <w:proofErr w:type="spellStart"/>
            <w:r>
              <w:rPr>
                <w:color w:val="000000"/>
              </w:rPr>
              <w:t>Устный</w:t>
            </w:r>
            <w:proofErr w:type="spellEnd"/>
            <w:r>
              <w:rPr>
                <w:color w:val="000000"/>
              </w:rPr>
              <w:t xml:space="preserve"> </w:t>
            </w:r>
            <w:proofErr w:type="spellStart"/>
            <w:r>
              <w:rPr>
                <w:color w:val="000000"/>
              </w:rPr>
              <w:t>опрос</w:t>
            </w:r>
            <w:proofErr w:type="spellEnd"/>
            <w:r>
              <w:rPr>
                <w:color w:val="000000"/>
              </w:rPr>
              <w:t>;</w:t>
            </w:r>
          </w:p>
        </w:tc>
      </w:tr>
      <w:tr w:rsidR="00456BCD" w:rsidTr="004C706A">
        <w:trPr>
          <w:trHeight w:hRule="exact" w:val="802"/>
        </w:trPr>
        <w:tc>
          <w:tcPr>
            <w:tcW w:w="362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Pr="008B7FC2" w:rsidRDefault="00456BCD" w:rsidP="004C706A">
            <w:pPr>
              <w:autoSpaceDE w:val="0"/>
              <w:autoSpaceDN w:val="0"/>
              <w:spacing w:before="98" w:line="262" w:lineRule="auto"/>
              <w:ind w:left="70" w:right="144"/>
              <w:rPr>
                <w:lang w:val="ru-RU"/>
              </w:rPr>
            </w:pPr>
            <w:r w:rsidRPr="008B7FC2">
              <w:rPr>
                <w:color w:val="000000"/>
                <w:lang w:val="ru-RU"/>
              </w:rPr>
              <w:t>ОБЩЕЕ КОЛИЧЕСТВО ЧАСОВ ПО ПРОГРАММЕ</w:t>
            </w:r>
          </w:p>
        </w:tc>
        <w:tc>
          <w:tcPr>
            <w:tcW w:w="72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34</w:t>
            </w:r>
          </w:p>
        </w:tc>
        <w:tc>
          <w:tcPr>
            <w:tcW w:w="1608"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0</w:t>
            </w:r>
          </w:p>
        </w:tc>
        <w:tc>
          <w:tcPr>
            <w:tcW w:w="1656" w:type="dxa"/>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pPr>
              <w:autoSpaceDE w:val="0"/>
              <w:autoSpaceDN w:val="0"/>
              <w:spacing w:before="98" w:line="230" w:lineRule="auto"/>
              <w:ind w:left="72"/>
            </w:pPr>
            <w:r>
              <w:rPr>
                <w:color w:val="000000"/>
              </w:rPr>
              <w:t>9</w:t>
            </w:r>
          </w:p>
        </w:tc>
        <w:tc>
          <w:tcPr>
            <w:tcW w:w="303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56BCD" w:rsidRDefault="00456BCD" w:rsidP="004C706A"/>
        </w:tc>
      </w:tr>
    </w:tbl>
    <w:p w:rsidR="00456BCD" w:rsidRDefault="00456BCD" w:rsidP="00456BCD">
      <w:pPr>
        <w:autoSpaceDE w:val="0"/>
        <w:autoSpaceDN w:val="0"/>
        <w:spacing w:line="14" w:lineRule="exact"/>
      </w:pPr>
    </w:p>
    <w:p w:rsidR="00456BCD" w:rsidRDefault="00456BCD" w:rsidP="00456BCD">
      <w:pPr>
        <w:sectPr w:rsidR="00456BCD">
          <w:pgSz w:w="11900" w:h="16840"/>
          <w:pgMar w:top="284" w:right="556" w:bottom="1440" w:left="666" w:header="720" w:footer="720" w:gutter="0"/>
          <w:cols w:space="720" w:equalWidth="0">
            <w:col w:w="10678" w:space="0"/>
          </w:cols>
          <w:docGrid w:linePitch="360"/>
        </w:sectPr>
      </w:pPr>
    </w:p>
    <w:p w:rsidR="00456BCD" w:rsidRDefault="00456BCD" w:rsidP="00456BCD">
      <w:pPr>
        <w:autoSpaceDE w:val="0"/>
        <w:autoSpaceDN w:val="0"/>
        <w:spacing w:after="78" w:line="220" w:lineRule="exact"/>
      </w:pPr>
    </w:p>
    <w:p w:rsidR="00456BCD" w:rsidRDefault="00456BCD" w:rsidP="00456BCD">
      <w:pPr>
        <w:autoSpaceDE w:val="0"/>
        <w:autoSpaceDN w:val="0"/>
        <w:spacing w:line="230" w:lineRule="auto"/>
      </w:pPr>
      <w:r>
        <w:rPr>
          <w:b/>
          <w:color w:val="000000"/>
        </w:rPr>
        <w:t xml:space="preserve">УЧЕБНО-МЕТОДИЧЕСКОЕ ОБЕСПЕЧЕНИЕ ОБРАЗОВАТЕЛЬНОГО ПРОЦЕССА </w:t>
      </w:r>
    </w:p>
    <w:p w:rsidR="00456BCD" w:rsidRDefault="00456BCD" w:rsidP="00456BCD">
      <w:pPr>
        <w:autoSpaceDE w:val="0"/>
        <w:autoSpaceDN w:val="0"/>
        <w:spacing w:before="346" w:line="230" w:lineRule="auto"/>
      </w:pPr>
      <w:r>
        <w:rPr>
          <w:b/>
          <w:color w:val="000000"/>
        </w:rPr>
        <w:t>ОБЯЗАТЕЛЬНЫЕ УЧЕБНЫЕ МАТЕРИАЛЫ ДЛЯ УЧЕНИКА</w:t>
      </w:r>
    </w:p>
    <w:p w:rsidR="00456BCD" w:rsidRPr="008B7FC2" w:rsidRDefault="00456BCD" w:rsidP="00456BCD">
      <w:pPr>
        <w:autoSpaceDE w:val="0"/>
        <w:autoSpaceDN w:val="0"/>
        <w:spacing w:before="166" w:line="230" w:lineRule="auto"/>
        <w:rPr>
          <w:lang w:val="ru-RU"/>
        </w:rPr>
      </w:pPr>
      <w:proofErr w:type="spellStart"/>
      <w:r w:rsidRPr="008B7FC2">
        <w:rPr>
          <w:color w:val="000000"/>
          <w:lang w:val="ru-RU"/>
        </w:rPr>
        <w:t>Сивоглазов</w:t>
      </w:r>
      <w:proofErr w:type="spellEnd"/>
      <w:r w:rsidRPr="008B7FC2">
        <w:rPr>
          <w:color w:val="000000"/>
          <w:lang w:val="ru-RU"/>
        </w:rPr>
        <w:t xml:space="preserve"> В.И., Плешаков А.А. Биология, 5 класс/ ООО «ДРОФА»; АО «Издательство</w:t>
      </w:r>
    </w:p>
    <w:p w:rsidR="00456BCD" w:rsidRPr="008B7FC2" w:rsidRDefault="00456BCD" w:rsidP="00456BCD">
      <w:pPr>
        <w:autoSpaceDE w:val="0"/>
        <w:autoSpaceDN w:val="0"/>
        <w:spacing w:before="70" w:line="230" w:lineRule="auto"/>
        <w:rPr>
          <w:lang w:val="ru-RU"/>
        </w:rPr>
      </w:pPr>
      <w:r w:rsidRPr="008B7FC2">
        <w:rPr>
          <w:color w:val="000000"/>
          <w:lang w:val="ru-RU"/>
        </w:rPr>
        <w:t>Просвещение»;</w:t>
      </w:r>
    </w:p>
    <w:p w:rsidR="00456BCD" w:rsidRPr="008B7FC2" w:rsidRDefault="00456BCD" w:rsidP="00456BCD">
      <w:pPr>
        <w:autoSpaceDE w:val="0"/>
        <w:autoSpaceDN w:val="0"/>
        <w:spacing w:before="70" w:line="230" w:lineRule="auto"/>
        <w:rPr>
          <w:lang w:val="ru-RU"/>
        </w:rPr>
      </w:pPr>
      <w:r w:rsidRPr="008B7FC2">
        <w:rPr>
          <w:color w:val="000000"/>
          <w:lang w:val="ru-RU"/>
        </w:rPr>
        <w:t>-=</w:t>
      </w:r>
    </w:p>
    <w:p w:rsidR="00456BCD" w:rsidRPr="008B7FC2" w:rsidRDefault="00456BCD" w:rsidP="00456BCD">
      <w:pPr>
        <w:autoSpaceDE w:val="0"/>
        <w:autoSpaceDN w:val="0"/>
        <w:spacing w:before="262" w:line="230" w:lineRule="auto"/>
        <w:rPr>
          <w:lang w:val="ru-RU"/>
        </w:rPr>
      </w:pPr>
      <w:r w:rsidRPr="008B7FC2">
        <w:rPr>
          <w:b/>
          <w:color w:val="000000"/>
          <w:lang w:val="ru-RU"/>
        </w:rPr>
        <w:t>МЕТОДИЧЕСКИЕ МАТЕРИАЛЫ ДЛЯ УЧИТЕЛЯ</w:t>
      </w:r>
    </w:p>
    <w:p w:rsidR="00456BCD" w:rsidRPr="008B7FC2" w:rsidRDefault="00456BCD" w:rsidP="00456BCD">
      <w:pPr>
        <w:autoSpaceDE w:val="0"/>
        <w:autoSpaceDN w:val="0"/>
        <w:spacing w:before="166" w:line="230" w:lineRule="auto"/>
        <w:rPr>
          <w:lang w:val="ru-RU"/>
        </w:rPr>
      </w:pPr>
      <w:r w:rsidRPr="008B7FC2">
        <w:rPr>
          <w:color w:val="000000"/>
          <w:lang w:val="ru-RU"/>
        </w:rPr>
        <w:t xml:space="preserve">Программы для общеобразовательных учреждений. Биология 5 </w:t>
      </w:r>
      <w:proofErr w:type="spellStart"/>
      <w:r w:rsidRPr="008B7FC2">
        <w:rPr>
          <w:color w:val="000000"/>
          <w:lang w:val="ru-RU"/>
        </w:rPr>
        <w:t>кл</w:t>
      </w:r>
      <w:proofErr w:type="spellEnd"/>
      <w:r w:rsidRPr="008B7FC2">
        <w:rPr>
          <w:color w:val="000000"/>
          <w:lang w:val="ru-RU"/>
        </w:rPr>
        <w:t xml:space="preserve">. </w:t>
      </w:r>
    </w:p>
    <w:p w:rsidR="00456BCD" w:rsidRPr="008B7FC2" w:rsidRDefault="00456BCD" w:rsidP="00456BCD">
      <w:pPr>
        <w:autoSpaceDE w:val="0"/>
        <w:autoSpaceDN w:val="0"/>
        <w:spacing w:before="70" w:line="230" w:lineRule="auto"/>
        <w:rPr>
          <w:lang w:val="ru-RU"/>
        </w:rPr>
      </w:pPr>
      <w:r w:rsidRPr="008B7FC2">
        <w:rPr>
          <w:color w:val="000000"/>
          <w:lang w:val="ru-RU"/>
        </w:rPr>
        <w:t xml:space="preserve">Составитель </w:t>
      </w:r>
      <w:proofErr w:type="spellStart"/>
      <w:r w:rsidRPr="008B7FC2">
        <w:rPr>
          <w:color w:val="000000"/>
          <w:lang w:val="ru-RU"/>
        </w:rPr>
        <w:t>Г.М.Пальдяева</w:t>
      </w:r>
      <w:proofErr w:type="spellEnd"/>
      <w:r w:rsidRPr="008B7FC2">
        <w:rPr>
          <w:color w:val="000000"/>
          <w:lang w:val="ru-RU"/>
        </w:rPr>
        <w:t>, – М.: Дрофа.</w:t>
      </w:r>
    </w:p>
    <w:p w:rsidR="00456BCD" w:rsidRPr="008B7FC2" w:rsidRDefault="00456BCD" w:rsidP="00456BCD">
      <w:pPr>
        <w:autoSpaceDE w:val="0"/>
        <w:autoSpaceDN w:val="0"/>
        <w:spacing w:before="264" w:line="230" w:lineRule="auto"/>
        <w:rPr>
          <w:lang w:val="ru-RU"/>
        </w:rPr>
      </w:pPr>
      <w:r w:rsidRPr="008B7FC2">
        <w:rPr>
          <w:b/>
          <w:color w:val="000000"/>
          <w:lang w:val="ru-RU"/>
        </w:rPr>
        <w:t>ЦИФРОВЫЕ ОБРАЗОВАТЕЛЬНЫЕ РЕСУРСЫ И РЕСУРСЫ СЕТИ ИНТЕРНЕТ</w:t>
      </w:r>
    </w:p>
    <w:p w:rsidR="00456BCD" w:rsidRPr="008B7FC2" w:rsidRDefault="00456BCD" w:rsidP="00456BCD">
      <w:pPr>
        <w:autoSpaceDE w:val="0"/>
        <w:autoSpaceDN w:val="0"/>
        <w:spacing w:before="168" w:line="230" w:lineRule="auto"/>
        <w:rPr>
          <w:lang w:val="ru-RU"/>
        </w:rPr>
      </w:pPr>
      <w:r>
        <w:rPr>
          <w:color w:val="000000"/>
        </w:rPr>
        <w:t>http</w:t>
      </w:r>
      <w:r w:rsidRPr="008B7FC2">
        <w:rPr>
          <w:color w:val="000000"/>
          <w:lang w:val="ru-RU"/>
        </w:rPr>
        <w:t>://</w:t>
      </w:r>
      <w:r>
        <w:rPr>
          <w:color w:val="000000"/>
        </w:rPr>
        <w:t>school</w:t>
      </w:r>
      <w:r w:rsidRPr="008B7FC2">
        <w:rPr>
          <w:color w:val="000000"/>
          <w:lang w:val="ru-RU"/>
        </w:rPr>
        <w:t>-</w:t>
      </w:r>
      <w:r>
        <w:rPr>
          <w:color w:val="000000"/>
        </w:rPr>
        <w:t>collection</w:t>
      </w:r>
      <w:r w:rsidRPr="008B7FC2">
        <w:rPr>
          <w:color w:val="000000"/>
          <w:lang w:val="ru-RU"/>
        </w:rPr>
        <w:t>.</w:t>
      </w:r>
      <w:proofErr w:type="spellStart"/>
      <w:r>
        <w:rPr>
          <w:color w:val="000000"/>
        </w:rPr>
        <w:t>edu</w:t>
      </w:r>
      <w:proofErr w:type="spellEnd"/>
      <w:r w:rsidRPr="008B7FC2">
        <w:rPr>
          <w:color w:val="000000"/>
          <w:lang w:val="ru-RU"/>
        </w:rPr>
        <w:t>.</w:t>
      </w:r>
      <w:proofErr w:type="spellStart"/>
      <w:r>
        <w:rPr>
          <w:color w:val="000000"/>
        </w:rPr>
        <w:t>ru</w:t>
      </w:r>
      <w:proofErr w:type="spellEnd"/>
      <w:r w:rsidRPr="008B7FC2">
        <w:rPr>
          <w:color w:val="000000"/>
          <w:lang w:val="ru-RU"/>
        </w:rPr>
        <w:t xml:space="preserve"> Единая коллекция цифровых образовательных ресурсов</w:t>
      </w:r>
    </w:p>
    <w:p w:rsidR="00456BCD" w:rsidRPr="008B7FC2" w:rsidRDefault="00456BCD" w:rsidP="00456BCD">
      <w:pPr>
        <w:autoSpaceDE w:val="0"/>
        <w:autoSpaceDN w:val="0"/>
        <w:spacing w:before="70" w:line="230" w:lineRule="auto"/>
        <w:rPr>
          <w:lang w:val="ru-RU"/>
        </w:rPr>
      </w:pPr>
      <w:r>
        <w:rPr>
          <w:color w:val="000000"/>
        </w:rPr>
        <w:t>http</w:t>
      </w:r>
      <w:r w:rsidRPr="008B7FC2">
        <w:rPr>
          <w:color w:val="000000"/>
          <w:lang w:val="ru-RU"/>
        </w:rPr>
        <w:t>://</w:t>
      </w:r>
      <w:r>
        <w:rPr>
          <w:color w:val="000000"/>
        </w:rPr>
        <w:t>www</w:t>
      </w:r>
      <w:r w:rsidRPr="008B7FC2">
        <w:rPr>
          <w:color w:val="000000"/>
          <w:lang w:val="ru-RU"/>
        </w:rPr>
        <w:t>.</w:t>
      </w:r>
      <w:proofErr w:type="spellStart"/>
      <w:r>
        <w:rPr>
          <w:color w:val="000000"/>
        </w:rPr>
        <w:t>gnpbu</w:t>
      </w:r>
      <w:proofErr w:type="spellEnd"/>
      <w:r w:rsidRPr="008B7FC2">
        <w:rPr>
          <w:color w:val="000000"/>
          <w:lang w:val="ru-RU"/>
        </w:rPr>
        <w:t>.</w:t>
      </w:r>
      <w:proofErr w:type="spellStart"/>
      <w:r>
        <w:rPr>
          <w:color w:val="000000"/>
        </w:rPr>
        <w:t>ru</w:t>
      </w:r>
      <w:proofErr w:type="spellEnd"/>
      <w:r w:rsidRPr="008B7FC2">
        <w:rPr>
          <w:color w:val="000000"/>
          <w:lang w:val="ru-RU"/>
        </w:rPr>
        <w:t>/</w:t>
      </w:r>
      <w:r>
        <w:rPr>
          <w:color w:val="000000"/>
        </w:rPr>
        <w:t>web</w:t>
      </w:r>
      <w:r w:rsidRPr="008B7FC2">
        <w:rPr>
          <w:color w:val="000000"/>
          <w:lang w:val="ru-RU"/>
        </w:rPr>
        <w:t>_</w:t>
      </w:r>
      <w:proofErr w:type="spellStart"/>
      <w:r>
        <w:rPr>
          <w:color w:val="000000"/>
        </w:rPr>
        <w:t>resurs</w:t>
      </w:r>
      <w:proofErr w:type="spellEnd"/>
      <w:r w:rsidRPr="008B7FC2">
        <w:rPr>
          <w:color w:val="000000"/>
          <w:lang w:val="ru-RU"/>
        </w:rPr>
        <w:t>/</w:t>
      </w:r>
      <w:proofErr w:type="spellStart"/>
      <w:r>
        <w:rPr>
          <w:color w:val="000000"/>
        </w:rPr>
        <w:t>Estestv</w:t>
      </w:r>
      <w:proofErr w:type="spellEnd"/>
      <w:r w:rsidRPr="008B7FC2">
        <w:rPr>
          <w:color w:val="000000"/>
          <w:lang w:val="ru-RU"/>
        </w:rPr>
        <w:t>_</w:t>
      </w:r>
      <w:proofErr w:type="spellStart"/>
      <w:r>
        <w:rPr>
          <w:color w:val="000000"/>
        </w:rPr>
        <w:t>nauki</w:t>
      </w:r>
      <w:proofErr w:type="spellEnd"/>
      <w:r w:rsidRPr="008B7FC2">
        <w:rPr>
          <w:color w:val="000000"/>
          <w:lang w:val="ru-RU"/>
        </w:rPr>
        <w:t>_2.</w:t>
      </w:r>
      <w:proofErr w:type="spellStart"/>
      <w:r>
        <w:rPr>
          <w:color w:val="000000"/>
        </w:rPr>
        <w:t>htm</w:t>
      </w:r>
      <w:proofErr w:type="spellEnd"/>
      <w:r w:rsidRPr="008B7FC2">
        <w:rPr>
          <w:color w:val="000000"/>
          <w:lang w:val="ru-RU"/>
        </w:rPr>
        <w:t xml:space="preserve">. Подборка </w:t>
      </w:r>
      <w:proofErr w:type="gramStart"/>
      <w:r w:rsidRPr="008B7FC2">
        <w:rPr>
          <w:color w:val="000000"/>
          <w:lang w:val="ru-RU"/>
        </w:rPr>
        <w:t>интернет-материалов</w:t>
      </w:r>
      <w:proofErr w:type="gramEnd"/>
      <w:r w:rsidRPr="008B7FC2">
        <w:rPr>
          <w:color w:val="000000"/>
          <w:lang w:val="ru-RU"/>
        </w:rPr>
        <w:t xml:space="preserve"> для учителей</w:t>
      </w:r>
    </w:p>
    <w:p w:rsidR="00456BCD" w:rsidRPr="008B7FC2" w:rsidRDefault="00456BCD" w:rsidP="00456BCD">
      <w:pPr>
        <w:autoSpaceDE w:val="0"/>
        <w:autoSpaceDN w:val="0"/>
        <w:spacing w:before="70" w:line="230" w:lineRule="auto"/>
        <w:rPr>
          <w:lang w:val="ru-RU"/>
        </w:rPr>
      </w:pPr>
      <w:r w:rsidRPr="008B7FC2">
        <w:rPr>
          <w:color w:val="000000"/>
          <w:lang w:val="ru-RU"/>
        </w:rPr>
        <w:t>биологии по разным биологическим дисциплинам.</w:t>
      </w:r>
    </w:p>
    <w:p w:rsidR="00456BCD" w:rsidRPr="008B7FC2" w:rsidRDefault="00456BCD" w:rsidP="00456BCD">
      <w:pPr>
        <w:autoSpaceDE w:val="0"/>
        <w:autoSpaceDN w:val="0"/>
        <w:spacing w:before="406" w:line="230" w:lineRule="auto"/>
        <w:rPr>
          <w:lang w:val="ru-RU"/>
        </w:rPr>
      </w:pPr>
      <w:proofErr w:type="gramStart"/>
      <w:r>
        <w:rPr>
          <w:color w:val="000000"/>
        </w:rPr>
        <w:t>http</w:t>
      </w:r>
      <w:r w:rsidRPr="008B7FC2">
        <w:rPr>
          <w:color w:val="000000"/>
          <w:lang w:val="ru-RU"/>
        </w:rPr>
        <w:t>://</w:t>
      </w:r>
      <w:proofErr w:type="spellStart"/>
      <w:r>
        <w:rPr>
          <w:color w:val="000000"/>
        </w:rPr>
        <w:t>interneturok</w:t>
      </w:r>
      <w:proofErr w:type="spellEnd"/>
      <w:r w:rsidRPr="008B7FC2">
        <w:rPr>
          <w:color w:val="000000"/>
          <w:lang w:val="ru-RU"/>
        </w:rPr>
        <w:t>.</w:t>
      </w:r>
      <w:proofErr w:type="spellStart"/>
      <w:r>
        <w:rPr>
          <w:color w:val="000000"/>
        </w:rPr>
        <w:t>ru</w:t>
      </w:r>
      <w:proofErr w:type="spellEnd"/>
      <w:r w:rsidRPr="008B7FC2">
        <w:rPr>
          <w:color w:val="000000"/>
          <w:lang w:val="ru-RU"/>
        </w:rPr>
        <w:t>/ Интернет уроки онлайн.</w:t>
      </w:r>
      <w:proofErr w:type="gramEnd"/>
    </w:p>
    <w:p w:rsidR="00456BCD" w:rsidRPr="008B7FC2" w:rsidRDefault="00456BCD" w:rsidP="00456BCD">
      <w:pPr>
        <w:autoSpaceDE w:val="0"/>
        <w:autoSpaceDN w:val="0"/>
        <w:spacing w:before="406" w:line="230" w:lineRule="auto"/>
        <w:rPr>
          <w:lang w:val="ru-RU"/>
        </w:rPr>
      </w:pPr>
      <w:r>
        <w:rPr>
          <w:color w:val="000000"/>
        </w:rPr>
        <w:t>www</w:t>
      </w:r>
      <w:r w:rsidRPr="008B7FC2">
        <w:rPr>
          <w:color w:val="000000"/>
          <w:lang w:val="ru-RU"/>
        </w:rPr>
        <w:t>.</w:t>
      </w:r>
      <w:r>
        <w:rPr>
          <w:color w:val="000000"/>
        </w:rPr>
        <w:t>bio</w:t>
      </w:r>
      <w:r w:rsidRPr="008B7FC2">
        <w:rPr>
          <w:color w:val="000000"/>
          <w:lang w:val="ru-RU"/>
        </w:rPr>
        <w:t>.</w:t>
      </w:r>
      <w:r>
        <w:rPr>
          <w:color w:val="000000"/>
        </w:rPr>
        <w:t>nature</w:t>
      </w:r>
      <w:r w:rsidRPr="008B7FC2">
        <w:rPr>
          <w:color w:val="000000"/>
          <w:lang w:val="ru-RU"/>
        </w:rPr>
        <w:t>.</w:t>
      </w:r>
      <w:proofErr w:type="spellStart"/>
      <w:r>
        <w:rPr>
          <w:color w:val="000000"/>
        </w:rPr>
        <w:t>ru</w:t>
      </w:r>
      <w:proofErr w:type="spellEnd"/>
      <w:r w:rsidRPr="008B7FC2">
        <w:rPr>
          <w:color w:val="000000"/>
          <w:lang w:val="ru-RU"/>
        </w:rPr>
        <w:t>– научные новости биологии;</w:t>
      </w:r>
    </w:p>
    <w:p w:rsidR="00456BCD" w:rsidRPr="008B7FC2" w:rsidRDefault="00456BCD" w:rsidP="00456BCD">
      <w:pPr>
        <w:autoSpaceDE w:val="0"/>
        <w:autoSpaceDN w:val="0"/>
        <w:spacing w:before="406" w:line="230" w:lineRule="auto"/>
        <w:rPr>
          <w:lang w:val="ru-RU"/>
        </w:rPr>
      </w:pPr>
      <w:r>
        <w:rPr>
          <w:color w:val="000000"/>
        </w:rPr>
        <w:t>www</w:t>
      </w:r>
      <w:r w:rsidRPr="008B7FC2">
        <w:rPr>
          <w:color w:val="000000"/>
          <w:lang w:val="ru-RU"/>
        </w:rPr>
        <w:t>.</w:t>
      </w:r>
      <w:proofErr w:type="spellStart"/>
      <w:r>
        <w:rPr>
          <w:color w:val="000000"/>
        </w:rPr>
        <w:t>edios</w:t>
      </w:r>
      <w:proofErr w:type="spellEnd"/>
      <w:r w:rsidRPr="008B7FC2">
        <w:rPr>
          <w:color w:val="000000"/>
          <w:lang w:val="ru-RU"/>
        </w:rPr>
        <w:t>.</w:t>
      </w:r>
      <w:proofErr w:type="spellStart"/>
      <w:r>
        <w:rPr>
          <w:color w:val="000000"/>
        </w:rPr>
        <w:t>ru</w:t>
      </w:r>
      <w:proofErr w:type="spellEnd"/>
      <w:r w:rsidRPr="008B7FC2">
        <w:rPr>
          <w:color w:val="000000"/>
          <w:lang w:val="ru-RU"/>
        </w:rPr>
        <w:t xml:space="preserve"> – </w:t>
      </w:r>
      <w:proofErr w:type="spellStart"/>
      <w:r w:rsidRPr="008B7FC2">
        <w:rPr>
          <w:color w:val="000000"/>
          <w:lang w:val="ru-RU"/>
        </w:rPr>
        <w:t>Эйдос</w:t>
      </w:r>
      <w:proofErr w:type="spellEnd"/>
      <w:r w:rsidRPr="008B7FC2">
        <w:rPr>
          <w:color w:val="000000"/>
          <w:lang w:val="ru-RU"/>
        </w:rPr>
        <w:t xml:space="preserve"> – центр дистанционного образования;</w:t>
      </w:r>
    </w:p>
    <w:p w:rsidR="00456BCD" w:rsidRPr="008B7FC2" w:rsidRDefault="00456BCD" w:rsidP="00456BCD">
      <w:pPr>
        <w:autoSpaceDE w:val="0"/>
        <w:autoSpaceDN w:val="0"/>
        <w:spacing w:before="406" w:line="230" w:lineRule="auto"/>
        <w:rPr>
          <w:lang w:val="ru-RU"/>
        </w:rPr>
      </w:pPr>
      <w:r w:rsidRPr="008B7FC2">
        <w:rPr>
          <w:color w:val="000000"/>
          <w:lang w:val="ru-RU"/>
        </w:rPr>
        <w:t xml:space="preserve">Федеральный центр информационно-образовательных ресурсов (ФЦИОР) </w:t>
      </w:r>
      <w:r>
        <w:rPr>
          <w:color w:val="000000"/>
        </w:rPr>
        <w:t>http</w:t>
      </w:r>
      <w:r w:rsidRPr="008B7FC2">
        <w:rPr>
          <w:color w:val="000000"/>
          <w:lang w:val="ru-RU"/>
        </w:rPr>
        <w:t>://</w:t>
      </w:r>
      <w:proofErr w:type="spellStart"/>
      <w:r>
        <w:rPr>
          <w:color w:val="000000"/>
        </w:rPr>
        <w:t>fcior</w:t>
      </w:r>
      <w:proofErr w:type="spellEnd"/>
      <w:r w:rsidRPr="008B7FC2">
        <w:rPr>
          <w:color w:val="000000"/>
          <w:lang w:val="ru-RU"/>
        </w:rPr>
        <w:t>.</w:t>
      </w:r>
      <w:proofErr w:type="spellStart"/>
      <w:r>
        <w:rPr>
          <w:color w:val="000000"/>
        </w:rPr>
        <w:t>edu</w:t>
      </w:r>
      <w:proofErr w:type="spellEnd"/>
      <w:r w:rsidRPr="008B7FC2">
        <w:rPr>
          <w:color w:val="000000"/>
          <w:lang w:val="ru-RU"/>
        </w:rPr>
        <w:t>.</w:t>
      </w:r>
      <w:proofErr w:type="spellStart"/>
      <w:r>
        <w:rPr>
          <w:color w:val="000000"/>
        </w:rPr>
        <w:t>ru</w:t>
      </w:r>
      <w:proofErr w:type="spellEnd"/>
    </w:p>
    <w:p w:rsidR="00456BCD" w:rsidRPr="008B7FC2" w:rsidRDefault="00456BCD" w:rsidP="00456BCD">
      <w:pPr>
        <w:autoSpaceDE w:val="0"/>
        <w:autoSpaceDN w:val="0"/>
        <w:spacing w:before="406" w:line="230" w:lineRule="auto"/>
        <w:rPr>
          <w:lang w:val="ru-RU"/>
        </w:rPr>
      </w:pPr>
      <w:r w:rsidRPr="008B7FC2">
        <w:rPr>
          <w:color w:val="000000"/>
          <w:lang w:val="ru-RU"/>
        </w:rPr>
        <w:t xml:space="preserve">Все для учителя биологии </w:t>
      </w:r>
      <w:r>
        <w:rPr>
          <w:color w:val="000000"/>
        </w:rPr>
        <w:t>http</w:t>
      </w:r>
      <w:r w:rsidRPr="008B7FC2">
        <w:rPr>
          <w:color w:val="000000"/>
          <w:lang w:val="ru-RU"/>
        </w:rPr>
        <w:t>://</w:t>
      </w:r>
      <w:r>
        <w:rPr>
          <w:color w:val="000000"/>
        </w:rPr>
        <w:t>bio</w:t>
      </w:r>
      <w:r w:rsidRPr="008B7FC2">
        <w:rPr>
          <w:color w:val="000000"/>
          <w:lang w:val="ru-RU"/>
        </w:rPr>
        <w:t>.1</w:t>
      </w:r>
      <w:proofErr w:type="spellStart"/>
      <w:r>
        <w:rPr>
          <w:color w:val="000000"/>
        </w:rPr>
        <w:t>september</w:t>
      </w:r>
      <w:proofErr w:type="spellEnd"/>
      <w:r w:rsidRPr="008B7FC2">
        <w:rPr>
          <w:color w:val="000000"/>
          <w:lang w:val="ru-RU"/>
        </w:rPr>
        <w:t>.</w:t>
      </w:r>
      <w:proofErr w:type="spellStart"/>
      <w:r>
        <w:rPr>
          <w:color w:val="000000"/>
        </w:rPr>
        <w:t>ru</w:t>
      </w:r>
      <w:proofErr w:type="spellEnd"/>
    </w:p>
    <w:p w:rsidR="00456BCD" w:rsidRPr="008B7FC2" w:rsidRDefault="00456BCD" w:rsidP="00456BCD">
      <w:pPr>
        <w:autoSpaceDE w:val="0"/>
        <w:autoSpaceDN w:val="0"/>
        <w:spacing w:before="406" w:line="230" w:lineRule="auto"/>
        <w:rPr>
          <w:lang w:val="ru-RU"/>
        </w:rPr>
      </w:pPr>
      <w:r w:rsidRPr="008B7FC2">
        <w:rPr>
          <w:color w:val="000000"/>
          <w:lang w:val="ru-RU"/>
        </w:rPr>
        <w:t xml:space="preserve">Открытый колледж: Биология </w:t>
      </w:r>
      <w:r>
        <w:rPr>
          <w:color w:val="000000"/>
        </w:rPr>
        <w:t>http</w:t>
      </w:r>
      <w:r w:rsidRPr="008B7FC2">
        <w:rPr>
          <w:color w:val="000000"/>
          <w:lang w:val="ru-RU"/>
        </w:rPr>
        <w:t>://</w:t>
      </w:r>
      <w:r>
        <w:rPr>
          <w:color w:val="000000"/>
        </w:rPr>
        <w:t>college</w:t>
      </w:r>
      <w:r w:rsidRPr="008B7FC2">
        <w:rPr>
          <w:color w:val="000000"/>
          <w:lang w:val="ru-RU"/>
        </w:rPr>
        <w:t>.</w:t>
      </w:r>
      <w:proofErr w:type="spellStart"/>
      <w:r>
        <w:rPr>
          <w:color w:val="000000"/>
        </w:rPr>
        <w:t>ru</w:t>
      </w:r>
      <w:proofErr w:type="spellEnd"/>
      <w:r w:rsidRPr="008B7FC2">
        <w:rPr>
          <w:color w:val="000000"/>
          <w:lang w:val="ru-RU"/>
        </w:rPr>
        <w:t>/</w:t>
      </w:r>
      <w:proofErr w:type="spellStart"/>
      <w:r>
        <w:rPr>
          <w:color w:val="000000"/>
        </w:rPr>
        <w:t>biologiya</w:t>
      </w:r>
      <w:proofErr w:type="spellEnd"/>
      <w:r w:rsidRPr="008B7FC2">
        <w:rPr>
          <w:color w:val="000000"/>
          <w:lang w:val="ru-RU"/>
        </w:rPr>
        <w:t>/</w:t>
      </w:r>
    </w:p>
    <w:p w:rsidR="00456BCD" w:rsidRPr="008B7FC2" w:rsidRDefault="00456BCD" w:rsidP="00456BCD">
      <w:pPr>
        <w:autoSpaceDE w:val="0"/>
        <w:autoSpaceDN w:val="0"/>
        <w:spacing w:before="406" w:line="230" w:lineRule="auto"/>
        <w:rPr>
          <w:lang w:val="ru-RU"/>
        </w:rPr>
      </w:pPr>
      <w:proofErr w:type="gramStart"/>
      <w:r w:rsidRPr="008B7FC2">
        <w:rPr>
          <w:color w:val="000000"/>
          <w:lang w:val="ru-RU"/>
        </w:rPr>
        <w:t xml:space="preserve">Вся биология </w:t>
      </w:r>
      <w:r>
        <w:rPr>
          <w:color w:val="000000"/>
        </w:rPr>
        <w:t>http</w:t>
      </w:r>
      <w:r w:rsidRPr="008B7FC2">
        <w:rPr>
          <w:color w:val="000000"/>
          <w:lang w:val="ru-RU"/>
        </w:rPr>
        <w:t>://</w:t>
      </w:r>
      <w:r>
        <w:rPr>
          <w:color w:val="000000"/>
        </w:rPr>
        <w:t>www</w:t>
      </w:r>
      <w:r w:rsidRPr="008B7FC2">
        <w:rPr>
          <w:color w:val="000000"/>
          <w:lang w:val="ru-RU"/>
        </w:rPr>
        <w:t>.</w:t>
      </w:r>
      <w:proofErr w:type="spellStart"/>
      <w:r>
        <w:rPr>
          <w:color w:val="000000"/>
        </w:rPr>
        <w:t>sbio</w:t>
      </w:r>
      <w:proofErr w:type="spellEnd"/>
      <w:r w:rsidRPr="008B7FC2">
        <w:rPr>
          <w:color w:val="000000"/>
          <w:lang w:val="ru-RU"/>
        </w:rPr>
        <w:t>.</w:t>
      </w:r>
      <w:proofErr w:type="spellStart"/>
      <w:r>
        <w:rPr>
          <w:color w:val="000000"/>
        </w:rPr>
        <w:t>infohttp</w:t>
      </w:r>
      <w:proofErr w:type="spellEnd"/>
      <w:r w:rsidRPr="008B7FC2">
        <w:rPr>
          <w:color w:val="000000"/>
          <w:lang w:val="ru-RU"/>
        </w:rPr>
        <w:t>://</w:t>
      </w:r>
      <w:r>
        <w:rPr>
          <w:color w:val="000000"/>
        </w:rPr>
        <w:t>www</w:t>
      </w:r>
      <w:r w:rsidRPr="008B7FC2">
        <w:rPr>
          <w:color w:val="000000"/>
          <w:lang w:val="ru-RU"/>
        </w:rPr>
        <w:t>.</w:t>
      </w:r>
      <w:proofErr w:type="spellStart"/>
      <w:r>
        <w:rPr>
          <w:color w:val="000000"/>
        </w:rPr>
        <w:t>uchportal</w:t>
      </w:r>
      <w:proofErr w:type="spellEnd"/>
      <w:r w:rsidRPr="008B7FC2">
        <w:rPr>
          <w:color w:val="000000"/>
          <w:lang w:val="ru-RU"/>
        </w:rPr>
        <w:t>.</w:t>
      </w:r>
      <w:proofErr w:type="spellStart"/>
      <w:r>
        <w:rPr>
          <w:color w:val="000000"/>
        </w:rPr>
        <w:t>ru</w:t>
      </w:r>
      <w:proofErr w:type="spellEnd"/>
      <w:r w:rsidRPr="008B7FC2">
        <w:rPr>
          <w:color w:val="000000"/>
          <w:lang w:val="ru-RU"/>
        </w:rPr>
        <w:t xml:space="preserve"> – учительский портал (Методические</w:t>
      </w:r>
      <w:proofErr w:type="gramEnd"/>
    </w:p>
    <w:p w:rsidR="00456BCD" w:rsidRPr="008B7FC2" w:rsidRDefault="00456BCD" w:rsidP="00456BCD">
      <w:pPr>
        <w:autoSpaceDE w:val="0"/>
        <w:autoSpaceDN w:val="0"/>
        <w:spacing w:before="70" w:line="230" w:lineRule="auto"/>
        <w:rPr>
          <w:lang w:val="ru-RU"/>
        </w:rPr>
      </w:pPr>
      <w:r w:rsidRPr="008B7FC2">
        <w:rPr>
          <w:color w:val="000000"/>
          <w:lang w:val="ru-RU"/>
        </w:rPr>
        <w:t>разработки для уроков биологии, презентации);</w:t>
      </w:r>
    </w:p>
    <w:p w:rsidR="00456BCD" w:rsidRPr="008B7FC2" w:rsidRDefault="00456BCD" w:rsidP="00456BCD">
      <w:pPr>
        <w:autoSpaceDE w:val="0"/>
        <w:autoSpaceDN w:val="0"/>
        <w:spacing w:before="408" w:line="230" w:lineRule="auto"/>
        <w:rPr>
          <w:lang w:val="ru-RU"/>
        </w:rPr>
      </w:pPr>
      <w:r>
        <w:rPr>
          <w:color w:val="000000"/>
        </w:rPr>
        <w:t>http</w:t>
      </w:r>
      <w:r w:rsidRPr="008B7FC2">
        <w:rPr>
          <w:color w:val="000000"/>
          <w:lang w:val="ru-RU"/>
        </w:rPr>
        <w:t>://</w:t>
      </w:r>
      <w:r>
        <w:rPr>
          <w:color w:val="000000"/>
        </w:rPr>
        <w:t>www</w:t>
      </w:r>
      <w:r w:rsidRPr="008B7FC2">
        <w:rPr>
          <w:color w:val="000000"/>
          <w:lang w:val="ru-RU"/>
        </w:rPr>
        <w:t>.</w:t>
      </w:r>
      <w:proofErr w:type="spellStart"/>
      <w:r>
        <w:rPr>
          <w:color w:val="000000"/>
        </w:rPr>
        <w:t>uroki</w:t>
      </w:r>
      <w:proofErr w:type="spellEnd"/>
      <w:r w:rsidRPr="008B7FC2">
        <w:rPr>
          <w:color w:val="000000"/>
          <w:lang w:val="ru-RU"/>
        </w:rPr>
        <w:t>.</w:t>
      </w:r>
      <w:r>
        <w:rPr>
          <w:color w:val="000000"/>
        </w:rPr>
        <w:t>net</w:t>
      </w:r>
      <w:r w:rsidRPr="008B7FC2">
        <w:rPr>
          <w:color w:val="000000"/>
          <w:lang w:val="ru-RU"/>
        </w:rPr>
        <w:t xml:space="preserve"> – разработки уроков, сценарии, конспекты, поурочное планирование;</w:t>
      </w:r>
    </w:p>
    <w:p w:rsidR="00456BCD" w:rsidRPr="008B7FC2" w:rsidRDefault="00456BCD" w:rsidP="00456BCD">
      <w:pPr>
        <w:autoSpaceDE w:val="0"/>
        <w:autoSpaceDN w:val="0"/>
        <w:spacing w:before="408" w:line="230" w:lineRule="auto"/>
        <w:rPr>
          <w:lang w:val="ru-RU"/>
        </w:rPr>
      </w:pPr>
      <w:r>
        <w:rPr>
          <w:color w:val="000000"/>
        </w:rPr>
        <w:t>http</w:t>
      </w:r>
      <w:r w:rsidRPr="008B7FC2">
        <w:rPr>
          <w:color w:val="000000"/>
          <w:lang w:val="ru-RU"/>
        </w:rPr>
        <w:t>://</w:t>
      </w:r>
      <w:r>
        <w:rPr>
          <w:color w:val="000000"/>
        </w:rPr>
        <w:t>www</w:t>
      </w:r>
      <w:r w:rsidRPr="008B7FC2">
        <w:rPr>
          <w:color w:val="000000"/>
          <w:lang w:val="ru-RU"/>
        </w:rPr>
        <w:t>.</w:t>
      </w:r>
      <w:r>
        <w:rPr>
          <w:color w:val="000000"/>
        </w:rPr>
        <w:t>it</w:t>
      </w:r>
      <w:r w:rsidRPr="008B7FC2">
        <w:rPr>
          <w:color w:val="000000"/>
          <w:lang w:val="ru-RU"/>
        </w:rPr>
        <w:t>-</w:t>
      </w:r>
      <w:r>
        <w:rPr>
          <w:color w:val="000000"/>
        </w:rPr>
        <w:t>n</w:t>
      </w:r>
      <w:r w:rsidRPr="008B7FC2">
        <w:rPr>
          <w:color w:val="000000"/>
          <w:lang w:val="ru-RU"/>
        </w:rPr>
        <w:t>.</w:t>
      </w:r>
      <w:proofErr w:type="spellStart"/>
      <w:r>
        <w:rPr>
          <w:color w:val="000000"/>
        </w:rPr>
        <w:t>ru</w:t>
      </w:r>
      <w:proofErr w:type="spellEnd"/>
      <w:r w:rsidRPr="008B7FC2">
        <w:rPr>
          <w:color w:val="000000"/>
          <w:lang w:val="ru-RU"/>
        </w:rPr>
        <w:t xml:space="preserve"> – сеть творческих учителей;</w:t>
      </w:r>
    </w:p>
    <w:p w:rsidR="00456BCD" w:rsidRPr="008B7FC2" w:rsidRDefault="00456BCD" w:rsidP="00456BCD">
      <w:pPr>
        <w:autoSpaceDE w:val="0"/>
        <w:autoSpaceDN w:val="0"/>
        <w:spacing w:before="406" w:line="230" w:lineRule="auto"/>
        <w:rPr>
          <w:lang w:val="ru-RU"/>
        </w:rPr>
      </w:pPr>
      <w:r>
        <w:rPr>
          <w:color w:val="000000"/>
        </w:rPr>
        <w:t>http</w:t>
      </w:r>
      <w:r w:rsidRPr="008B7FC2">
        <w:rPr>
          <w:color w:val="000000"/>
          <w:lang w:val="ru-RU"/>
        </w:rPr>
        <w:t>://</w:t>
      </w:r>
      <w:r>
        <w:rPr>
          <w:color w:val="000000"/>
        </w:rPr>
        <w:t>festival</w:t>
      </w:r>
      <w:r w:rsidRPr="008B7FC2">
        <w:rPr>
          <w:color w:val="000000"/>
          <w:lang w:val="ru-RU"/>
        </w:rPr>
        <w:t>.1</w:t>
      </w:r>
      <w:proofErr w:type="spellStart"/>
      <w:r>
        <w:rPr>
          <w:color w:val="000000"/>
        </w:rPr>
        <w:t>september</w:t>
      </w:r>
      <w:proofErr w:type="spellEnd"/>
      <w:r w:rsidRPr="008B7FC2">
        <w:rPr>
          <w:color w:val="000000"/>
          <w:lang w:val="ru-RU"/>
        </w:rPr>
        <w:t>.</w:t>
      </w:r>
      <w:proofErr w:type="spellStart"/>
      <w:r>
        <w:rPr>
          <w:color w:val="000000"/>
        </w:rPr>
        <w:t>ru</w:t>
      </w:r>
      <w:proofErr w:type="spellEnd"/>
      <w:r w:rsidRPr="008B7FC2">
        <w:rPr>
          <w:color w:val="000000"/>
          <w:lang w:val="ru-RU"/>
        </w:rPr>
        <w:t>/ - уроки и презентации;</w:t>
      </w:r>
    </w:p>
    <w:p w:rsidR="00456BCD" w:rsidRPr="008B7FC2" w:rsidRDefault="00456BCD" w:rsidP="00456BCD">
      <w:pPr>
        <w:autoSpaceDE w:val="0"/>
        <w:autoSpaceDN w:val="0"/>
        <w:spacing w:before="406" w:line="230" w:lineRule="auto"/>
        <w:rPr>
          <w:lang w:val="ru-RU"/>
        </w:rPr>
      </w:pPr>
      <w:r>
        <w:rPr>
          <w:color w:val="000000"/>
        </w:rPr>
        <w:t>http</w:t>
      </w:r>
      <w:r w:rsidRPr="008B7FC2">
        <w:rPr>
          <w:color w:val="000000"/>
          <w:lang w:val="ru-RU"/>
        </w:rPr>
        <w:t>://</w:t>
      </w:r>
      <w:proofErr w:type="spellStart"/>
      <w:r>
        <w:rPr>
          <w:color w:val="000000"/>
        </w:rPr>
        <w:t>infourok</w:t>
      </w:r>
      <w:proofErr w:type="spellEnd"/>
      <w:r w:rsidRPr="008B7FC2">
        <w:rPr>
          <w:color w:val="000000"/>
          <w:lang w:val="ru-RU"/>
        </w:rPr>
        <w:t>.</w:t>
      </w:r>
      <w:r>
        <w:rPr>
          <w:color w:val="000000"/>
        </w:rPr>
        <w:t>org</w:t>
      </w:r>
      <w:r w:rsidRPr="008B7FC2">
        <w:rPr>
          <w:color w:val="000000"/>
          <w:lang w:val="ru-RU"/>
        </w:rPr>
        <w:t>/ – разработки уроков, презентации.</w:t>
      </w:r>
    </w:p>
    <w:p w:rsidR="00456BCD" w:rsidRPr="008B7FC2" w:rsidRDefault="00456BCD" w:rsidP="00456BCD">
      <w:pPr>
        <w:autoSpaceDE w:val="0"/>
        <w:autoSpaceDN w:val="0"/>
        <w:spacing w:before="406" w:line="230" w:lineRule="auto"/>
        <w:rPr>
          <w:lang w:val="ru-RU"/>
        </w:rPr>
      </w:pPr>
      <w:r w:rsidRPr="008B7FC2">
        <w:rPr>
          <w:color w:val="000000"/>
          <w:lang w:val="ru-RU"/>
        </w:rPr>
        <w:t>Открытая биология (полный интерактивный курс биологии)</w:t>
      </w:r>
    </w:p>
    <w:p w:rsidR="00456BCD" w:rsidRPr="008B7FC2" w:rsidRDefault="00456BCD" w:rsidP="00456BCD">
      <w:pPr>
        <w:rPr>
          <w:lang w:val="ru-RU"/>
        </w:rPr>
        <w:sectPr w:rsidR="00456BCD" w:rsidRPr="008B7FC2">
          <w:pgSz w:w="11900" w:h="16840"/>
          <w:pgMar w:top="298" w:right="650" w:bottom="1440" w:left="666" w:header="720" w:footer="720" w:gutter="0"/>
          <w:cols w:space="720" w:equalWidth="0">
            <w:col w:w="10584" w:space="0"/>
          </w:cols>
          <w:docGrid w:linePitch="360"/>
        </w:sectPr>
      </w:pPr>
    </w:p>
    <w:p w:rsidR="00456BCD" w:rsidRPr="008B7FC2" w:rsidRDefault="00456BCD" w:rsidP="00456BCD">
      <w:pPr>
        <w:autoSpaceDE w:val="0"/>
        <w:autoSpaceDN w:val="0"/>
        <w:spacing w:after="78" w:line="220" w:lineRule="exact"/>
        <w:rPr>
          <w:lang w:val="ru-RU"/>
        </w:rPr>
      </w:pPr>
    </w:p>
    <w:p w:rsidR="00456BCD" w:rsidRPr="008B7FC2" w:rsidRDefault="00456BCD" w:rsidP="00456BCD">
      <w:pPr>
        <w:autoSpaceDE w:val="0"/>
        <w:autoSpaceDN w:val="0"/>
        <w:spacing w:line="230" w:lineRule="auto"/>
        <w:rPr>
          <w:lang w:val="ru-RU"/>
        </w:rPr>
      </w:pPr>
      <w:r w:rsidRPr="008B7FC2">
        <w:rPr>
          <w:b/>
          <w:color w:val="000000"/>
          <w:lang w:val="ru-RU"/>
        </w:rPr>
        <w:t>МАТЕРИАЛЬНО-ТЕХНИЧЕСКОЕ ОБЕСПЕЧЕНИЕ ОБРАЗОВАТЕЛЬНОГО ПРОЦЕССА</w:t>
      </w:r>
    </w:p>
    <w:p w:rsidR="00456BCD" w:rsidRPr="008B7FC2" w:rsidRDefault="00456BCD" w:rsidP="00456BCD">
      <w:pPr>
        <w:autoSpaceDE w:val="0"/>
        <w:autoSpaceDN w:val="0"/>
        <w:spacing w:before="346" w:line="230" w:lineRule="auto"/>
        <w:rPr>
          <w:lang w:val="ru-RU"/>
        </w:rPr>
      </w:pPr>
      <w:r w:rsidRPr="008B7FC2">
        <w:rPr>
          <w:b/>
          <w:color w:val="000000"/>
          <w:lang w:val="ru-RU"/>
        </w:rPr>
        <w:t>УЧЕБНОЕ ОБОРУДОВАНИЕ</w:t>
      </w:r>
    </w:p>
    <w:p w:rsidR="00456BCD" w:rsidRPr="008B7FC2" w:rsidRDefault="00456BCD" w:rsidP="00456BCD">
      <w:pPr>
        <w:autoSpaceDE w:val="0"/>
        <w:autoSpaceDN w:val="0"/>
        <w:spacing w:before="166" w:line="271" w:lineRule="auto"/>
        <w:ind w:right="432"/>
        <w:rPr>
          <w:lang w:val="ru-RU"/>
        </w:rPr>
      </w:pPr>
      <w:r w:rsidRPr="008B7FC2">
        <w:rPr>
          <w:color w:val="000000"/>
          <w:lang w:val="ru-RU"/>
        </w:rPr>
        <w:t xml:space="preserve">Справочные таблицы, печатные </w:t>
      </w:r>
      <w:proofErr w:type="spellStart"/>
      <w:r w:rsidRPr="008B7FC2">
        <w:rPr>
          <w:color w:val="000000"/>
          <w:lang w:val="ru-RU"/>
        </w:rPr>
        <w:t>пособия</w:t>
      </w:r>
      <w:proofErr w:type="gramStart"/>
      <w:r w:rsidRPr="008B7FC2">
        <w:rPr>
          <w:color w:val="000000"/>
          <w:lang w:val="ru-RU"/>
        </w:rPr>
        <w:t>,к</w:t>
      </w:r>
      <w:proofErr w:type="gramEnd"/>
      <w:r w:rsidRPr="008B7FC2">
        <w:rPr>
          <w:color w:val="000000"/>
          <w:lang w:val="ru-RU"/>
        </w:rPr>
        <w:t>омплекты</w:t>
      </w:r>
      <w:proofErr w:type="spellEnd"/>
      <w:r w:rsidRPr="008B7FC2">
        <w:rPr>
          <w:color w:val="000000"/>
          <w:lang w:val="ru-RU"/>
        </w:rPr>
        <w:t xml:space="preserve"> электронных таблиц, информационно-коммуникационные средства :цифровые компоненты учебно-методического </w:t>
      </w:r>
      <w:proofErr w:type="spellStart"/>
      <w:r w:rsidRPr="008B7FC2">
        <w:rPr>
          <w:color w:val="000000"/>
          <w:lang w:val="ru-RU"/>
        </w:rPr>
        <w:t>комплекса,цифровые</w:t>
      </w:r>
      <w:proofErr w:type="spellEnd"/>
      <w:r w:rsidRPr="008B7FC2">
        <w:rPr>
          <w:color w:val="000000"/>
          <w:lang w:val="ru-RU"/>
        </w:rPr>
        <w:t xml:space="preserve"> образовательные ресурсы по курсу биологии 5 класс, экранно-звуковые пособия и др.</w:t>
      </w:r>
    </w:p>
    <w:p w:rsidR="00456BCD" w:rsidRPr="008B7FC2" w:rsidRDefault="00456BCD" w:rsidP="00456BCD">
      <w:pPr>
        <w:autoSpaceDE w:val="0"/>
        <w:autoSpaceDN w:val="0"/>
        <w:spacing w:before="262" w:line="262" w:lineRule="auto"/>
        <w:ind w:right="720"/>
        <w:rPr>
          <w:lang w:val="ru-RU"/>
        </w:rPr>
      </w:pPr>
      <w:r w:rsidRPr="008B7FC2">
        <w:rPr>
          <w:b/>
          <w:color w:val="000000"/>
          <w:lang w:val="ru-RU"/>
        </w:rPr>
        <w:t>ОБОРУДОВАНИЕ ДЛЯ ПРОВЕДЕНИЯ ЛАБОРАТОРНЫХ, ПРАКТИЧЕСКИХ РАБОТ, ДЕМОНСТРАЦИЙ</w:t>
      </w:r>
    </w:p>
    <w:p w:rsidR="00456BCD" w:rsidRDefault="00456BCD" w:rsidP="00456BCD">
      <w:pPr>
        <w:autoSpaceDE w:val="0"/>
        <w:autoSpaceDN w:val="0"/>
        <w:spacing w:before="166" w:line="278" w:lineRule="auto"/>
        <w:ind w:right="288"/>
      </w:pPr>
      <w:r w:rsidRPr="008B7FC2">
        <w:rPr>
          <w:color w:val="000000"/>
          <w:lang w:val="ru-RU"/>
        </w:rPr>
        <w:t xml:space="preserve">Технические средства </w:t>
      </w:r>
      <w:proofErr w:type="spellStart"/>
      <w:r w:rsidRPr="008B7FC2">
        <w:rPr>
          <w:color w:val="000000"/>
          <w:lang w:val="ru-RU"/>
        </w:rPr>
        <w:t>обучения</w:t>
      </w:r>
      <w:proofErr w:type="gramStart"/>
      <w:r w:rsidRPr="008B7FC2">
        <w:rPr>
          <w:color w:val="000000"/>
          <w:lang w:val="ru-RU"/>
        </w:rPr>
        <w:t>.У</w:t>
      </w:r>
      <w:proofErr w:type="gramEnd"/>
      <w:r w:rsidRPr="008B7FC2">
        <w:rPr>
          <w:color w:val="000000"/>
          <w:lang w:val="ru-RU"/>
        </w:rPr>
        <w:t>чебно</w:t>
      </w:r>
      <w:proofErr w:type="spellEnd"/>
      <w:r w:rsidRPr="008B7FC2">
        <w:rPr>
          <w:color w:val="000000"/>
          <w:lang w:val="ru-RU"/>
        </w:rPr>
        <w:t xml:space="preserve">- практическое и учебно- лабораторное оборудование: . комплект посуды и принадлежностей для проведения лабораторных </w:t>
      </w:r>
      <w:proofErr w:type="spellStart"/>
      <w:r w:rsidRPr="008B7FC2">
        <w:rPr>
          <w:color w:val="000000"/>
          <w:lang w:val="ru-RU"/>
        </w:rPr>
        <w:t>работ,лупа</w:t>
      </w:r>
      <w:proofErr w:type="spellEnd"/>
      <w:r w:rsidRPr="008B7FC2">
        <w:rPr>
          <w:color w:val="000000"/>
          <w:lang w:val="ru-RU"/>
        </w:rPr>
        <w:t xml:space="preserve"> </w:t>
      </w:r>
      <w:proofErr w:type="spellStart"/>
      <w:r w:rsidRPr="008B7FC2">
        <w:rPr>
          <w:color w:val="000000"/>
          <w:lang w:val="ru-RU"/>
        </w:rPr>
        <w:t>ручная,микроскоп</w:t>
      </w:r>
      <w:proofErr w:type="spellEnd"/>
      <w:r w:rsidRPr="008B7FC2">
        <w:rPr>
          <w:color w:val="000000"/>
          <w:lang w:val="ru-RU"/>
        </w:rPr>
        <w:t xml:space="preserve"> световой </w:t>
      </w:r>
      <w:proofErr w:type="spellStart"/>
      <w:r w:rsidRPr="008B7FC2">
        <w:rPr>
          <w:color w:val="000000"/>
          <w:lang w:val="ru-RU"/>
        </w:rPr>
        <w:t>школьный,микропрепараты</w:t>
      </w:r>
      <w:proofErr w:type="spellEnd"/>
      <w:r w:rsidRPr="008B7FC2">
        <w:rPr>
          <w:color w:val="000000"/>
          <w:lang w:val="ru-RU"/>
        </w:rPr>
        <w:t xml:space="preserve"> и др. </w:t>
      </w:r>
      <w:proofErr w:type="spellStart"/>
      <w:r>
        <w:rPr>
          <w:color w:val="000000"/>
        </w:rPr>
        <w:t>Комплект</w:t>
      </w:r>
      <w:proofErr w:type="spellEnd"/>
      <w:r>
        <w:rPr>
          <w:color w:val="000000"/>
        </w:rPr>
        <w:t xml:space="preserve"> </w:t>
      </w:r>
      <w:proofErr w:type="spellStart"/>
      <w:r>
        <w:rPr>
          <w:color w:val="000000"/>
        </w:rPr>
        <w:t>оборудования</w:t>
      </w:r>
      <w:proofErr w:type="spellEnd"/>
      <w:r>
        <w:rPr>
          <w:color w:val="000000"/>
        </w:rPr>
        <w:t xml:space="preserve"> </w:t>
      </w:r>
      <w:proofErr w:type="spellStart"/>
      <w:r>
        <w:rPr>
          <w:color w:val="000000"/>
        </w:rPr>
        <w:t>цифровой</w:t>
      </w:r>
      <w:proofErr w:type="spellEnd"/>
      <w:r>
        <w:rPr>
          <w:color w:val="000000"/>
        </w:rPr>
        <w:t xml:space="preserve"> </w:t>
      </w:r>
      <w:proofErr w:type="spellStart"/>
      <w:r>
        <w:rPr>
          <w:color w:val="000000"/>
        </w:rPr>
        <w:t>лаборатории</w:t>
      </w:r>
      <w:proofErr w:type="spellEnd"/>
      <w:r>
        <w:rPr>
          <w:color w:val="000000"/>
        </w:rPr>
        <w:t xml:space="preserve"> " </w:t>
      </w:r>
      <w:proofErr w:type="spellStart"/>
      <w:r>
        <w:rPr>
          <w:color w:val="000000"/>
        </w:rPr>
        <w:t>Точка</w:t>
      </w:r>
      <w:proofErr w:type="spellEnd"/>
      <w:r>
        <w:rPr>
          <w:color w:val="000000"/>
        </w:rPr>
        <w:t xml:space="preserve"> </w:t>
      </w:r>
      <w:proofErr w:type="spellStart"/>
      <w:r>
        <w:rPr>
          <w:color w:val="000000"/>
        </w:rPr>
        <w:t>роста</w:t>
      </w:r>
      <w:proofErr w:type="spellEnd"/>
      <w:r>
        <w:rPr>
          <w:color w:val="000000"/>
        </w:rPr>
        <w:t>"</w:t>
      </w:r>
    </w:p>
    <w:p w:rsidR="00456BCD" w:rsidRPr="00456BCD" w:rsidRDefault="00456BCD" w:rsidP="00456BCD">
      <w:pPr>
        <w:jc w:val="right"/>
        <w:rPr>
          <w:lang w:val="ru-RU" w:eastAsia="en-US"/>
        </w:rPr>
      </w:pPr>
    </w:p>
    <w:sectPr w:rsidR="00456BCD" w:rsidRPr="00456BCD" w:rsidSect="007F2D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4E0"/>
    <w:rsid w:val="000142E9"/>
    <w:rsid w:val="000307B3"/>
    <w:rsid w:val="000D3254"/>
    <w:rsid w:val="003D4276"/>
    <w:rsid w:val="00456BCD"/>
    <w:rsid w:val="00790DD6"/>
    <w:rsid w:val="008E34E0"/>
    <w:rsid w:val="009A2EA2"/>
    <w:rsid w:val="00B77BAF"/>
    <w:rsid w:val="00BC28CE"/>
    <w:rsid w:val="00D20BC4"/>
    <w:rsid w:val="00DD1C61"/>
    <w:rsid w:val="00E065A8"/>
    <w:rsid w:val="00EB7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7DD7"/>
    <w:pPr>
      <w:suppressAutoHyphens/>
      <w:spacing w:after="0" w:line="240" w:lineRule="auto"/>
    </w:pPr>
    <w:rPr>
      <w:rFonts w:ascii="Times New Roman" w:eastAsia="Times New Roman" w:hAnsi="Times New Roman" w:cs="Times New Roman"/>
      <w:sz w:val="24"/>
      <w:szCs w:val="24"/>
      <w:lang w:val="en-US" w:eastAsia="ar-SA"/>
    </w:rPr>
  </w:style>
  <w:style w:type="paragraph" w:styleId="1">
    <w:name w:val="heading 1"/>
    <w:basedOn w:val="a1"/>
    <w:next w:val="a1"/>
    <w:link w:val="10"/>
    <w:uiPriority w:val="9"/>
    <w:qFormat/>
    <w:rsid w:val="00456BCD"/>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1">
    <w:name w:val="heading 2"/>
    <w:basedOn w:val="a1"/>
    <w:next w:val="a1"/>
    <w:link w:val="22"/>
    <w:uiPriority w:val="9"/>
    <w:unhideWhenUsed/>
    <w:qFormat/>
    <w:rsid w:val="00456BCD"/>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1">
    <w:name w:val="heading 3"/>
    <w:basedOn w:val="a1"/>
    <w:next w:val="a1"/>
    <w:link w:val="32"/>
    <w:uiPriority w:val="9"/>
    <w:unhideWhenUsed/>
    <w:qFormat/>
    <w:rsid w:val="00456BCD"/>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1"/>
    <w:next w:val="a1"/>
    <w:link w:val="40"/>
    <w:uiPriority w:val="9"/>
    <w:semiHidden/>
    <w:unhideWhenUsed/>
    <w:qFormat/>
    <w:rsid w:val="00456BCD"/>
    <w:pPr>
      <w:keepNext/>
      <w:keepLines/>
      <w:suppressAutoHyphens w:val="0"/>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1"/>
    <w:next w:val="a1"/>
    <w:link w:val="50"/>
    <w:uiPriority w:val="9"/>
    <w:semiHidden/>
    <w:unhideWhenUsed/>
    <w:qFormat/>
    <w:rsid w:val="00456BCD"/>
    <w:pPr>
      <w:keepNext/>
      <w:keepLines/>
      <w:suppressAutoHyphens w:val="0"/>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1"/>
    <w:next w:val="a1"/>
    <w:link w:val="60"/>
    <w:uiPriority w:val="9"/>
    <w:semiHidden/>
    <w:unhideWhenUsed/>
    <w:qFormat/>
    <w:rsid w:val="00456BCD"/>
    <w:pPr>
      <w:keepNext/>
      <w:keepLines/>
      <w:suppressAutoHyphens w:val="0"/>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1"/>
    <w:next w:val="a1"/>
    <w:link w:val="70"/>
    <w:uiPriority w:val="9"/>
    <w:semiHidden/>
    <w:unhideWhenUsed/>
    <w:qFormat/>
    <w:rsid w:val="00456BCD"/>
    <w:pPr>
      <w:keepNext/>
      <w:keepLines/>
      <w:suppressAutoHyphens w:val="0"/>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1"/>
    <w:next w:val="a1"/>
    <w:link w:val="80"/>
    <w:uiPriority w:val="9"/>
    <w:semiHidden/>
    <w:unhideWhenUsed/>
    <w:qFormat/>
    <w:rsid w:val="00456BCD"/>
    <w:pPr>
      <w:keepNext/>
      <w:keepLines/>
      <w:suppressAutoHyphens w:val="0"/>
      <w:spacing w:before="200" w:line="276" w:lineRule="auto"/>
      <w:outlineLvl w:val="7"/>
    </w:pPr>
    <w:rPr>
      <w:rFonts w:asciiTheme="majorHAnsi" w:eastAsiaTheme="majorEastAsia" w:hAnsiTheme="majorHAnsi" w:cstheme="majorBidi"/>
      <w:color w:val="4F81BD" w:themeColor="accent1"/>
      <w:sz w:val="20"/>
      <w:szCs w:val="20"/>
      <w:lang w:eastAsia="en-US"/>
    </w:rPr>
  </w:style>
  <w:style w:type="paragraph" w:styleId="9">
    <w:name w:val="heading 9"/>
    <w:basedOn w:val="a1"/>
    <w:next w:val="a1"/>
    <w:link w:val="90"/>
    <w:uiPriority w:val="9"/>
    <w:semiHidden/>
    <w:unhideWhenUsed/>
    <w:qFormat/>
    <w:rsid w:val="00456BCD"/>
    <w:pPr>
      <w:keepNext/>
      <w:keepLines/>
      <w:suppressAutoHyphens w:val="0"/>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EB7DD7"/>
    <w:pPr>
      <w:spacing w:after="0" w:line="240" w:lineRule="auto"/>
    </w:pPr>
    <w:rPr>
      <w:rFonts w:ascii="Calibri" w:eastAsia="Calibri" w:hAnsi="Calibri" w:cs="Times New Roman"/>
    </w:rPr>
  </w:style>
  <w:style w:type="character" w:customStyle="1" w:styleId="10">
    <w:name w:val="Заголовок 1 Знак"/>
    <w:basedOn w:val="a2"/>
    <w:link w:val="1"/>
    <w:uiPriority w:val="9"/>
    <w:rsid w:val="00456BCD"/>
    <w:rPr>
      <w:rFonts w:asciiTheme="majorHAnsi" w:eastAsiaTheme="majorEastAsia" w:hAnsiTheme="majorHAnsi" w:cstheme="majorBidi"/>
      <w:b/>
      <w:bCs/>
      <w:color w:val="365F91" w:themeColor="accent1" w:themeShade="BF"/>
      <w:sz w:val="28"/>
      <w:szCs w:val="28"/>
      <w:lang w:val="en-US"/>
    </w:rPr>
  </w:style>
  <w:style w:type="character" w:customStyle="1" w:styleId="22">
    <w:name w:val="Заголовок 2 Знак"/>
    <w:basedOn w:val="a2"/>
    <w:link w:val="21"/>
    <w:uiPriority w:val="9"/>
    <w:rsid w:val="00456BCD"/>
    <w:rPr>
      <w:rFonts w:asciiTheme="majorHAnsi" w:eastAsiaTheme="majorEastAsia" w:hAnsiTheme="majorHAnsi" w:cstheme="majorBidi"/>
      <w:b/>
      <w:bCs/>
      <w:color w:val="4F81BD" w:themeColor="accent1"/>
      <w:sz w:val="26"/>
      <w:szCs w:val="26"/>
      <w:lang w:val="en-US"/>
    </w:rPr>
  </w:style>
  <w:style w:type="character" w:customStyle="1" w:styleId="32">
    <w:name w:val="Заголовок 3 Знак"/>
    <w:basedOn w:val="a2"/>
    <w:link w:val="31"/>
    <w:uiPriority w:val="9"/>
    <w:rsid w:val="00456BCD"/>
    <w:rPr>
      <w:rFonts w:asciiTheme="majorHAnsi" w:eastAsiaTheme="majorEastAsia" w:hAnsiTheme="majorHAnsi" w:cstheme="majorBidi"/>
      <w:b/>
      <w:bCs/>
      <w:color w:val="4F81BD" w:themeColor="accent1"/>
      <w:lang w:val="en-US"/>
    </w:rPr>
  </w:style>
  <w:style w:type="character" w:customStyle="1" w:styleId="40">
    <w:name w:val="Заголовок 4 Знак"/>
    <w:basedOn w:val="a2"/>
    <w:link w:val="4"/>
    <w:uiPriority w:val="9"/>
    <w:semiHidden/>
    <w:rsid w:val="00456BCD"/>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2"/>
    <w:link w:val="5"/>
    <w:uiPriority w:val="9"/>
    <w:semiHidden/>
    <w:rsid w:val="00456BCD"/>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2"/>
    <w:link w:val="6"/>
    <w:uiPriority w:val="9"/>
    <w:semiHidden/>
    <w:rsid w:val="00456BCD"/>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semiHidden/>
    <w:rsid w:val="00456BCD"/>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456BCD"/>
    <w:rPr>
      <w:rFonts w:asciiTheme="majorHAnsi" w:eastAsiaTheme="majorEastAsia" w:hAnsiTheme="majorHAnsi" w:cstheme="majorBidi"/>
      <w:color w:val="4F81BD" w:themeColor="accent1"/>
      <w:sz w:val="20"/>
      <w:szCs w:val="20"/>
      <w:lang w:val="en-US"/>
    </w:rPr>
  </w:style>
  <w:style w:type="character" w:customStyle="1" w:styleId="90">
    <w:name w:val="Заголовок 9 Знак"/>
    <w:basedOn w:val="a2"/>
    <w:link w:val="9"/>
    <w:uiPriority w:val="9"/>
    <w:semiHidden/>
    <w:rsid w:val="00456BCD"/>
    <w:rPr>
      <w:rFonts w:asciiTheme="majorHAnsi" w:eastAsiaTheme="majorEastAsia" w:hAnsiTheme="majorHAnsi" w:cstheme="majorBidi"/>
      <w:i/>
      <w:iCs/>
      <w:color w:val="404040" w:themeColor="text1" w:themeTint="BF"/>
      <w:sz w:val="20"/>
      <w:szCs w:val="20"/>
      <w:lang w:val="en-US"/>
    </w:rPr>
  </w:style>
  <w:style w:type="paragraph" w:styleId="a6">
    <w:name w:val="header"/>
    <w:basedOn w:val="a1"/>
    <w:link w:val="a7"/>
    <w:uiPriority w:val="99"/>
    <w:unhideWhenUsed/>
    <w:rsid w:val="00456BCD"/>
    <w:pPr>
      <w:tabs>
        <w:tab w:val="center" w:pos="4680"/>
        <w:tab w:val="right" w:pos="9360"/>
      </w:tabs>
      <w:suppressAutoHyphens w:val="0"/>
    </w:pPr>
    <w:rPr>
      <w:rFonts w:asciiTheme="minorHAnsi" w:eastAsiaTheme="minorEastAsia" w:hAnsiTheme="minorHAnsi" w:cstheme="minorBidi"/>
      <w:sz w:val="22"/>
      <w:szCs w:val="22"/>
      <w:lang w:eastAsia="en-US"/>
    </w:rPr>
  </w:style>
  <w:style w:type="character" w:customStyle="1" w:styleId="a7">
    <w:name w:val="Верхний колонтитул Знак"/>
    <w:basedOn w:val="a2"/>
    <w:link w:val="a6"/>
    <w:uiPriority w:val="99"/>
    <w:rsid w:val="00456BCD"/>
    <w:rPr>
      <w:rFonts w:eastAsiaTheme="minorEastAsia"/>
      <w:lang w:val="en-US"/>
    </w:rPr>
  </w:style>
  <w:style w:type="paragraph" w:styleId="a8">
    <w:name w:val="footer"/>
    <w:basedOn w:val="a1"/>
    <w:link w:val="a9"/>
    <w:uiPriority w:val="99"/>
    <w:unhideWhenUsed/>
    <w:rsid w:val="00456BCD"/>
    <w:pPr>
      <w:tabs>
        <w:tab w:val="center" w:pos="4680"/>
        <w:tab w:val="right" w:pos="9360"/>
      </w:tabs>
      <w:suppressAutoHyphens w:val="0"/>
    </w:pPr>
    <w:rPr>
      <w:rFonts w:asciiTheme="minorHAnsi" w:eastAsiaTheme="minorEastAsia" w:hAnsiTheme="minorHAnsi" w:cstheme="minorBidi"/>
      <w:sz w:val="22"/>
      <w:szCs w:val="22"/>
      <w:lang w:eastAsia="en-US"/>
    </w:rPr>
  </w:style>
  <w:style w:type="character" w:customStyle="1" w:styleId="a9">
    <w:name w:val="Нижний колонтитул Знак"/>
    <w:basedOn w:val="a2"/>
    <w:link w:val="a8"/>
    <w:uiPriority w:val="99"/>
    <w:rsid w:val="00456BCD"/>
    <w:rPr>
      <w:rFonts w:eastAsiaTheme="minorEastAsia"/>
      <w:lang w:val="en-US"/>
    </w:rPr>
  </w:style>
  <w:style w:type="paragraph" w:styleId="aa">
    <w:name w:val="Title"/>
    <w:basedOn w:val="a1"/>
    <w:next w:val="a1"/>
    <w:link w:val="ab"/>
    <w:uiPriority w:val="10"/>
    <w:qFormat/>
    <w:rsid w:val="00456BCD"/>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2"/>
    <w:link w:val="aa"/>
    <w:uiPriority w:val="10"/>
    <w:rsid w:val="00456BCD"/>
    <w:rPr>
      <w:rFonts w:asciiTheme="majorHAnsi" w:eastAsiaTheme="majorEastAsia" w:hAnsiTheme="majorHAnsi" w:cstheme="majorBidi"/>
      <w:color w:val="17365D" w:themeColor="text2" w:themeShade="BF"/>
      <w:spacing w:val="5"/>
      <w:kern w:val="28"/>
      <w:sz w:val="52"/>
      <w:szCs w:val="52"/>
      <w:lang w:val="en-US"/>
    </w:rPr>
  </w:style>
  <w:style w:type="paragraph" w:styleId="ac">
    <w:name w:val="Subtitle"/>
    <w:basedOn w:val="a1"/>
    <w:next w:val="a1"/>
    <w:link w:val="ad"/>
    <w:uiPriority w:val="11"/>
    <w:qFormat/>
    <w:rsid w:val="00456BCD"/>
    <w:pPr>
      <w:numPr>
        <w:ilvl w:val="1"/>
      </w:numPr>
      <w:suppressAutoHyphens w:val="0"/>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d">
    <w:name w:val="Подзаголовок Знак"/>
    <w:basedOn w:val="a2"/>
    <w:link w:val="ac"/>
    <w:uiPriority w:val="11"/>
    <w:rsid w:val="00456BCD"/>
    <w:rPr>
      <w:rFonts w:asciiTheme="majorHAnsi" w:eastAsiaTheme="majorEastAsia" w:hAnsiTheme="majorHAnsi" w:cstheme="majorBidi"/>
      <w:i/>
      <w:iCs/>
      <w:color w:val="4F81BD" w:themeColor="accent1"/>
      <w:spacing w:val="15"/>
      <w:sz w:val="24"/>
      <w:szCs w:val="24"/>
      <w:lang w:val="en-US"/>
    </w:rPr>
  </w:style>
  <w:style w:type="paragraph" w:styleId="ae">
    <w:name w:val="List Paragraph"/>
    <w:basedOn w:val="a1"/>
    <w:uiPriority w:val="34"/>
    <w:qFormat/>
    <w:rsid w:val="00456BCD"/>
    <w:pPr>
      <w:suppressAutoHyphens w:val="0"/>
      <w:spacing w:after="200" w:line="276" w:lineRule="auto"/>
      <w:ind w:left="720"/>
      <w:contextualSpacing/>
    </w:pPr>
    <w:rPr>
      <w:rFonts w:asciiTheme="minorHAnsi" w:eastAsiaTheme="minorEastAsia" w:hAnsiTheme="minorHAnsi" w:cstheme="minorBidi"/>
      <w:sz w:val="22"/>
      <w:szCs w:val="22"/>
      <w:lang w:eastAsia="en-US"/>
    </w:rPr>
  </w:style>
  <w:style w:type="paragraph" w:styleId="af">
    <w:name w:val="Body Text"/>
    <w:basedOn w:val="a1"/>
    <w:link w:val="af0"/>
    <w:uiPriority w:val="99"/>
    <w:unhideWhenUsed/>
    <w:rsid w:val="00456BCD"/>
    <w:pPr>
      <w:suppressAutoHyphens w:val="0"/>
      <w:spacing w:after="120" w:line="276" w:lineRule="auto"/>
    </w:pPr>
    <w:rPr>
      <w:rFonts w:asciiTheme="minorHAnsi" w:eastAsiaTheme="minorEastAsia" w:hAnsiTheme="minorHAnsi" w:cstheme="minorBidi"/>
      <w:sz w:val="22"/>
      <w:szCs w:val="22"/>
      <w:lang w:eastAsia="en-US"/>
    </w:rPr>
  </w:style>
  <w:style w:type="character" w:customStyle="1" w:styleId="af0">
    <w:name w:val="Основной текст Знак"/>
    <w:basedOn w:val="a2"/>
    <w:link w:val="af"/>
    <w:uiPriority w:val="99"/>
    <w:rsid w:val="00456BCD"/>
    <w:rPr>
      <w:rFonts w:eastAsiaTheme="minorEastAsia"/>
      <w:lang w:val="en-US"/>
    </w:rPr>
  </w:style>
  <w:style w:type="paragraph" w:styleId="23">
    <w:name w:val="Body Text 2"/>
    <w:basedOn w:val="a1"/>
    <w:link w:val="24"/>
    <w:uiPriority w:val="99"/>
    <w:unhideWhenUsed/>
    <w:rsid w:val="00456BCD"/>
    <w:pPr>
      <w:suppressAutoHyphens w:val="0"/>
      <w:spacing w:after="120" w:line="480" w:lineRule="auto"/>
    </w:pPr>
    <w:rPr>
      <w:rFonts w:asciiTheme="minorHAnsi" w:eastAsiaTheme="minorEastAsia" w:hAnsiTheme="minorHAnsi" w:cstheme="minorBidi"/>
      <w:sz w:val="22"/>
      <w:szCs w:val="22"/>
      <w:lang w:eastAsia="en-US"/>
    </w:rPr>
  </w:style>
  <w:style w:type="character" w:customStyle="1" w:styleId="24">
    <w:name w:val="Основной текст 2 Знак"/>
    <w:basedOn w:val="a2"/>
    <w:link w:val="23"/>
    <w:uiPriority w:val="99"/>
    <w:rsid w:val="00456BCD"/>
    <w:rPr>
      <w:rFonts w:eastAsiaTheme="minorEastAsia"/>
      <w:lang w:val="en-US"/>
    </w:rPr>
  </w:style>
  <w:style w:type="paragraph" w:styleId="33">
    <w:name w:val="Body Text 3"/>
    <w:basedOn w:val="a1"/>
    <w:link w:val="34"/>
    <w:uiPriority w:val="99"/>
    <w:unhideWhenUsed/>
    <w:rsid w:val="00456BCD"/>
    <w:pPr>
      <w:suppressAutoHyphens w:val="0"/>
      <w:spacing w:after="120" w:line="276" w:lineRule="auto"/>
    </w:pPr>
    <w:rPr>
      <w:rFonts w:asciiTheme="minorHAnsi" w:eastAsiaTheme="minorEastAsia" w:hAnsiTheme="minorHAnsi" w:cstheme="minorBidi"/>
      <w:sz w:val="16"/>
      <w:szCs w:val="16"/>
      <w:lang w:eastAsia="en-US"/>
    </w:rPr>
  </w:style>
  <w:style w:type="character" w:customStyle="1" w:styleId="34">
    <w:name w:val="Основной текст 3 Знак"/>
    <w:basedOn w:val="a2"/>
    <w:link w:val="33"/>
    <w:uiPriority w:val="99"/>
    <w:rsid w:val="00456BCD"/>
    <w:rPr>
      <w:rFonts w:eastAsiaTheme="minorEastAsia"/>
      <w:sz w:val="16"/>
      <w:szCs w:val="16"/>
      <w:lang w:val="en-US"/>
    </w:rPr>
  </w:style>
  <w:style w:type="paragraph" w:styleId="af1">
    <w:name w:val="List"/>
    <w:basedOn w:val="a1"/>
    <w:uiPriority w:val="99"/>
    <w:unhideWhenUsed/>
    <w:rsid w:val="00456BCD"/>
    <w:pPr>
      <w:suppressAutoHyphens w:val="0"/>
      <w:spacing w:after="200" w:line="276" w:lineRule="auto"/>
      <w:ind w:left="360" w:hanging="360"/>
      <w:contextualSpacing/>
    </w:pPr>
    <w:rPr>
      <w:rFonts w:asciiTheme="minorHAnsi" w:eastAsiaTheme="minorEastAsia" w:hAnsiTheme="minorHAnsi" w:cstheme="minorBidi"/>
      <w:sz w:val="22"/>
      <w:szCs w:val="22"/>
      <w:lang w:eastAsia="en-US"/>
    </w:rPr>
  </w:style>
  <w:style w:type="paragraph" w:styleId="25">
    <w:name w:val="List 2"/>
    <w:basedOn w:val="a1"/>
    <w:uiPriority w:val="99"/>
    <w:unhideWhenUsed/>
    <w:rsid w:val="00456BCD"/>
    <w:pPr>
      <w:suppressAutoHyphens w:val="0"/>
      <w:spacing w:after="200" w:line="276" w:lineRule="auto"/>
      <w:ind w:left="720" w:hanging="360"/>
      <w:contextualSpacing/>
    </w:pPr>
    <w:rPr>
      <w:rFonts w:asciiTheme="minorHAnsi" w:eastAsiaTheme="minorEastAsia" w:hAnsiTheme="minorHAnsi" w:cstheme="minorBidi"/>
      <w:sz w:val="22"/>
      <w:szCs w:val="22"/>
      <w:lang w:eastAsia="en-US"/>
    </w:rPr>
  </w:style>
  <w:style w:type="paragraph" w:styleId="35">
    <w:name w:val="List 3"/>
    <w:basedOn w:val="a1"/>
    <w:uiPriority w:val="99"/>
    <w:unhideWhenUsed/>
    <w:rsid w:val="00456BCD"/>
    <w:pPr>
      <w:suppressAutoHyphens w:val="0"/>
      <w:spacing w:after="200" w:line="276" w:lineRule="auto"/>
      <w:ind w:left="1080" w:hanging="360"/>
      <w:contextualSpacing/>
    </w:pPr>
    <w:rPr>
      <w:rFonts w:asciiTheme="minorHAnsi" w:eastAsiaTheme="minorEastAsia" w:hAnsiTheme="minorHAnsi" w:cstheme="minorBidi"/>
      <w:sz w:val="22"/>
      <w:szCs w:val="22"/>
      <w:lang w:eastAsia="en-US"/>
    </w:rPr>
  </w:style>
  <w:style w:type="paragraph" w:styleId="a0">
    <w:name w:val="List Bullet"/>
    <w:basedOn w:val="a1"/>
    <w:uiPriority w:val="99"/>
    <w:unhideWhenUsed/>
    <w:rsid w:val="00456BCD"/>
    <w:pPr>
      <w:numPr>
        <w:numId w:val="1"/>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20">
    <w:name w:val="List Bullet 2"/>
    <w:basedOn w:val="a1"/>
    <w:uiPriority w:val="99"/>
    <w:unhideWhenUsed/>
    <w:rsid w:val="00456BCD"/>
    <w:pPr>
      <w:numPr>
        <w:numId w:val="2"/>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30">
    <w:name w:val="List Bullet 3"/>
    <w:basedOn w:val="a1"/>
    <w:uiPriority w:val="99"/>
    <w:unhideWhenUsed/>
    <w:rsid w:val="00456BCD"/>
    <w:pPr>
      <w:numPr>
        <w:numId w:val="3"/>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a">
    <w:name w:val="List Number"/>
    <w:basedOn w:val="a1"/>
    <w:uiPriority w:val="99"/>
    <w:unhideWhenUsed/>
    <w:rsid w:val="00456BCD"/>
    <w:pPr>
      <w:numPr>
        <w:numId w:val="5"/>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2">
    <w:name w:val="List Number 2"/>
    <w:basedOn w:val="a1"/>
    <w:uiPriority w:val="99"/>
    <w:unhideWhenUsed/>
    <w:rsid w:val="00456BCD"/>
    <w:pPr>
      <w:numPr>
        <w:numId w:val="6"/>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3">
    <w:name w:val="List Number 3"/>
    <w:basedOn w:val="a1"/>
    <w:uiPriority w:val="99"/>
    <w:unhideWhenUsed/>
    <w:rsid w:val="00456BCD"/>
    <w:pPr>
      <w:numPr>
        <w:numId w:val="7"/>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af2">
    <w:name w:val="List Continue"/>
    <w:basedOn w:val="a1"/>
    <w:uiPriority w:val="99"/>
    <w:unhideWhenUsed/>
    <w:rsid w:val="00456BCD"/>
    <w:pPr>
      <w:suppressAutoHyphens w:val="0"/>
      <w:spacing w:after="120" w:line="276" w:lineRule="auto"/>
      <w:ind w:left="360"/>
      <w:contextualSpacing/>
    </w:pPr>
    <w:rPr>
      <w:rFonts w:asciiTheme="minorHAnsi" w:eastAsiaTheme="minorEastAsia" w:hAnsiTheme="minorHAnsi" w:cstheme="minorBidi"/>
      <w:sz w:val="22"/>
      <w:szCs w:val="22"/>
      <w:lang w:eastAsia="en-US"/>
    </w:rPr>
  </w:style>
  <w:style w:type="paragraph" w:styleId="26">
    <w:name w:val="List Continue 2"/>
    <w:basedOn w:val="a1"/>
    <w:uiPriority w:val="99"/>
    <w:unhideWhenUsed/>
    <w:rsid w:val="00456BCD"/>
    <w:pPr>
      <w:suppressAutoHyphens w:val="0"/>
      <w:spacing w:after="120" w:line="276" w:lineRule="auto"/>
      <w:ind w:left="720"/>
      <w:contextualSpacing/>
    </w:pPr>
    <w:rPr>
      <w:rFonts w:asciiTheme="minorHAnsi" w:eastAsiaTheme="minorEastAsia" w:hAnsiTheme="minorHAnsi" w:cstheme="minorBidi"/>
      <w:sz w:val="22"/>
      <w:szCs w:val="22"/>
      <w:lang w:eastAsia="en-US"/>
    </w:rPr>
  </w:style>
  <w:style w:type="paragraph" w:styleId="36">
    <w:name w:val="List Continue 3"/>
    <w:basedOn w:val="a1"/>
    <w:uiPriority w:val="99"/>
    <w:unhideWhenUsed/>
    <w:rsid w:val="00456BCD"/>
    <w:pPr>
      <w:suppressAutoHyphens w:val="0"/>
      <w:spacing w:after="120" w:line="276" w:lineRule="auto"/>
      <w:ind w:left="1080"/>
      <w:contextualSpacing/>
    </w:pPr>
    <w:rPr>
      <w:rFonts w:asciiTheme="minorHAnsi" w:eastAsiaTheme="minorEastAsia" w:hAnsiTheme="minorHAnsi" w:cstheme="minorBidi"/>
      <w:sz w:val="22"/>
      <w:szCs w:val="22"/>
      <w:lang w:eastAsia="en-US"/>
    </w:rPr>
  </w:style>
  <w:style w:type="paragraph" w:styleId="af3">
    <w:name w:val="macro"/>
    <w:link w:val="af4"/>
    <w:uiPriority w:val="99"/>
    <w:unhideWhenUsed/>
    <w:rsid w:val="00456BCD"/>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af4">
    <w:name w:val="Текст макроса Знак"/>
    <w:basedOn w:val="a2"/>
    <w:link w:val="af3"/>
    <w:uiPriority w:val="99"/>
    <w:rsid w:val="00456BCD"/>
    <w:rPr>
      <w:rFonts w:ascii="Courier" w:eastAsiaTheme="minorEastAsia" w:hAnsi="Courier"/>
      <w:sz w:val="20"/>
      <w:szCs w:val="20"/>
      <w:lang w:val="en-US"/>
    </w:rPr>
  </w:style>
  <w:style w:type="paragraph" w:styleId="27">
    <w:name w:val="Quote"/>
    <w:basedOn w:val="a1"/>
    <w:next w:val="a1"/>
    <w:link w:val="28"/>
    <w:uiPriority w:val="29"/>
    <w:qFormat/>
    <w:rsid w:val="00456BCD"/>
    <w:pPr>
      <w:suppressAutoHyphens w:val="0"/>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28">
    <w:name w:val="Цитата 2 Знак"/>
    <w:basedOn w:val="a2"/>
    <w:link w:val="27"/>
    <w:uiPriority w:val="29"/>
    <w:rsid w:val="00456BCD"/>
    <w:rPr>
      <w:rFonts w:eastAsiaTheme="minorEastAsia"/>
      <w:i/>
      <w:iCs/>
      <w:color w:val="000000" w:themeColor="text1"/>
      <w:lang w:val="en-US"/>
    </w:rPr>
  </w:style>
  <w:style w:type="paragraph" w:styleId="af5">
    <w:name w:val="caption"/>
    <w:basedOn w:val="a1"/>
    <w:next w:val="a1"/>
    <w:uiPriority w:val="35"/>
    <w:semiHidden/>
    <w:unhideWhenUsed/>
    <w:qFormat/>
    <w:rsid w:val="00456BCD"/>
    <w:pPr>
      <w:suppressAutoHyphens w:val="0"/>
      <w:spacing w:after="200"/>
    </w:pPr>
    <w:rPr>
      <w:rFonts w:asciiTheme="minorHAnsi" w:eastAsiaTheme="minorEastAsia" w:hAnsiTheme="minorHAnsi" w:cstheme="minorBidi"/>
      <w:b/>
      <w:bCs/>
      <w:color w:val="4F81BD" w:themeColor="accent1"/>
      <w:sz w:val="18"/>
      <w:szCs w:val="18"/>
      <w:lang w:eastAsia="en-US"/>
    </w:rPr>
  </w:style>
  <w:style w:type="character" w:styleId="af6">
    <w:name w:val="Strong"/>
    <w:basedOn w:val="a2"/>
    <w:uiPriority w:val="22"/>
    <w:qFormat/>
    <w:rsid w:val="00456BCD"/>
    <w:rPr>
      <w:b/>
      <w:bCs/>
    </w:rPr>
  </w:style>
  <w:style w:type="character" w:styleId="af7">
    <w:name w:val="Emphasis"/>
    <w:basedOn w:val="a2"/>
    <w:uiPriority w:val="20"/>
    <w:qFormat/>
    <w:rsid w:val="00456BCD"/>
    <w:rPr>
      <w:i/>
      <w:iCs/>
    </w:rPr>
  </w:style>
  <w:style w:type="paragraph" w:styleId="af8">
    <w:name w:val="Intense Quote"/>
    <w:basedOn w:val="a1"/>
    <w:next w:val="a1"/>
    <w:link w:val="af9"/>
    <w:uiPriority w:val="30"/>
    <w:qFormat/>
    <w:rsid w:val="00456BCD"/>
    <w:pPr>
      <w:pBdr>
        <w:bottom w:val="single" w:sz="4" w:space="4" w:color="4F81BD" w:themeColor="accent1"/>
      </w:pBdr>
      <w:suppressAutoHyphens w:val="0"/>
      <w:spacing w:before="200" w:after="280" w:line="276" w:lineRule="auto"/>
      <w:ind w:left="936" w:right="936"/>
    </w:pPr>
    <w:rPr>
      <w:rFonts w:asciiTheme="minorHAnsi" w:eastAsiaTheme="minorEastAsia" w:hAnsiTheme="minorHAnsi" w:cstheme="minorBidi"/>
      <w:b/>
      <w:bCs/>
      <w:i/>
      <w:iCs/>
      <w:color w:val="4F81BD" w:themeColor="accent1"/>
      <w:sz w:val="22"/>
      <w:szCs w:val="22"/>
      <w:lang w:eastAsia="en-US"/>
    </w:rPr>
  </w:style>
  <w:style w:type="character" w:customStyle="1" w:styleId="af9">
    <w:name w:val="Выделенная цитата Знак"/>
    <w:basedOn w:val="a2"/>
    <w:link w:val="af8"/>
    <w:uiPriority w:val="30"/>
    <w:rsid w:val="00456BCD"/>
    <w:rPr>
      <w:rFonts w:eastAsiaTheme="minorEastAsia"/>
      <w:b/>
      <w:bCs/>
      <w:i/>
      <w:iCs/>
      <w:color w:val="4F81BD" w:themeColor="accent1"/>
      <w:lang w:val="en-US"/>
    </w:rPr>
  </w:style>
  <w:style w:type="character" w:styleId="afa">
    <w:name w:val="Subtle Emphasis"/>
    <w:basedOn w:val="a2"/>
    <w:uiPriority w:val="19"/>
    <w:qFormat/>
    <w:rsid w:val="00456BCD"/>
    <w:rPr>
      <w:i/>
      <w:iCs/>
      <w:color w:val="808080" w:themeColor="text1" w:themeTint="7F"/>
    </w:rPr>
  </w:style>
  <w:style w:type="character" w:styleId="afb">
    <w:name w:val="Intense Emphasis"/>
    <w:basedOn w:val="a2"/>
    <w:uiPriority w:val="21"/>
    <w:qFormat/>
    <w:rsid w:val="00456BCD"/>
    <w:rPr>
      <w:b/>
      <w:bCs/>
      <w:i/>
      <w:iCs/>
      <w:color w:val="4F81BD" w:themeColor="accent1"/>
    </w:rPr>
  </w:style>
  <w:style w:type="character" w:styleId="afc">
    <w:name w:val="Subtle Reference"/>
    <w:basedOn w:val="a2"/>
    <w:uiPriority w:val="31"/>
    <w:qFormat/>
    <w:rsid w:val="00456BCD"/>
    <w:rPr>
      <w:smallCaps/>
      <w:color w:val="C0504D" w:themeColor="accent2"/>
      <w:u w:val="single"/>
    </w:rPr>
  </w:style>
  <w:style w:type="character" w:styleId="afd">
    <w:name w:val="Intense Reference"/>
    <w:basedOn w:val="a2"/>
    <w:uiPriority w:val="32"/>
    <w:qFormat/>
    <w:rsid w:val="00456BCD"/>
    <w:rPr>
      <w:b/>
      <w:bCs/>
      <w:smallCaps/>
      <w:color w:val="C0504D" w:themeColor="accent2"/>
      <w:spacing w:val="5"/>
      <w:u w:val="single"/>
    </w:rPr>
  </w:style>
  <w:style w:type="character" w:styleId="afe">
    <w:name w:val="Book Title"/>
    <w:basedOn w:val="a2"/>
    <w:uiPriority w:val="33"/>
    <w:qFormat/>
    <w:rsid w:val="00456BCD"/>
    <w:rPr>
      <w:b/>
      <w:bCs/>
      <w:smallCaps/>
      <w:spacing w:val="5"/>
    </w:rPr>
  </w:style>
  <w:style w:type="paragraph" w:styleId="aff">
    <w:name w:val="TOC Heading"/>
    <w:basedOn w:val="1"/>
    <w:next w:val="a1"/>
    <w:uiPriority w:val="39"/>
    <w:semiHidden/>
    <w:unhideWhenUsed/>
    <w:qFormat/>
    <w:rsid w:val="00456BCD"/>
    <w:pPr>
      <w:outlineLvl w:val="9"/>
    </w:pPr>
  </w:style>
  <w:style w:type="table" w:styleId="aff0">
    <w:name w:val="Table Grid"/>
    <w:basedOn w:val="a3"/>
    <w:uiPriority w:val="59"/>
    <w:rsid w:val="00456BCD"/>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456BC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456BCD"/>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456BCD"/>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456BCD"/>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456BCD"/>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456BCD"/>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456BCD"/>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456BC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456BC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456BCD"/>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456BCD"/>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456BCD"/>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456BCD"/>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456BCD"/>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456BC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456BC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456BCD"/>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456BCD"/>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456BCD"/>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456BCD"/>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456BCD"/>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456BC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456BCD"/>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456BCD"/>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456BCD"/>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456BCD"/>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456BCD"/>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456BCD"/>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456BC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456BCD"/>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456BCD"/>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456BCD"/>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456BCD"/>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456BCD"/>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456BCD"/>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4">
    <w:name w:val="Сетка таблицы1"/>
    <w:basedOn w:val="a3"/>
    <w:next w:val="aff0"/>
    <w:uiPriority w:val="59"/>
    <w:rsid w:val="003D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1"/>
    <w:link w:val="aff9"/>
    <w:uiPriority w:val="99"/>
    <w:semiHidden/>
    <w:unhideWhenUsed/>
    <w:rsid w:val="000307B3"/>
    <w:rPr>
      <w:rFonts w:ascii="Tahoma" w:hAnsi="Tahoma" w:cs="Tahoma"/>
      <w:sz w:val="16"/>
      <w:szCs w:val="16"/>
    </w:rPr>
  </w:style>
  <w:style w:type="character" w:customStyle="1" w:styleId="aff9">
    <w:name w:val="Текст выноски Знак"/>
    <w:basedOn w:val="a2"/>
    <w:link w:val="aff8"/>
    <w:uiPriority w:val="99"/>
    <w:semiHidden/>
    <w:rsid w:val="000307B3"/>
    <w:rPr>
      <w:rFonts w:ascii="Tahoma" w:eastAsia="Times New Roman" w:hAnsi="Tahoma" w:cs="Tahoma"/>
      <w:sz w:val="16"/>
      <w:szCs w:val="16"/>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7DD7"/>
    <w:pPr>
      <w:suppressAutoHyphens/>
      <w:spacing w:after="0" w:line="240" w:lineRule="auto"/>
    </w:pPr>
    <w:rPr>
      <w:rFonts w:ascii="Times New Roman" w:eastAsia="Times New Roman" w:hAnsi="Times New Roman" w:cs="Times New Roman"/>
      <w:sz w:val="24"/>
      <w:szCs w:val="24"/>
      <w:lang w:val="en-US" w:eastAsia="ar-SA"/>
    </w:rPr>
  </w:style>
  <w:style w:type="paragraph" w:styleId="1">
    <w:name w:val="heading 1"/>
    <w:basedOn w:val="a1"/>
    <w:next w:val="a1"/>
    <w:link w:val="10"/>
    <w:uiPriority w:val="9"/>
    <w:qFormat/>
    <w:rsid w:val="00456BCD"/>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1">
    <w:name w:val="heading 2"/>
    <w:basedOn w:val="a1"/>
    <w:next w:val="a1"/>
    <w:link w:val="22"/>
    <w:uiPriority w:val="9"/>
    <w:unhideWhenUsed/>
    <w:qFormat/>
    <w:rsid w:val="00456BCD"/>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1">
    <w:name w:val="heading 3"/>
    <w:basedOn w:val="a1"/>
    <w:next w:val="a1"/>
    <w:link w:val="32"/>
    <w:uiPriority w:val="9"/>
    <w:unhideWhenUsed/>
    <w:qFormat/>
    <w:rsid w:val="00456BCD"/>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1"/>
    <w:next w:val="a1"/>
    <w:link w:val="40"/>
    <w:uiPriority w:val="9"/>
    <w:semiHidden/>
    <w:unhideWhenUsed/>
    <w:qFormat/>
    <w:rsid w:val="00456BCD"/>
    <w:pPr>
      <w:keepNext/>
      <w:keepLines/>
      <w:suppressAutoHyphens w:val="0"/>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1"/>
    <w:next w:val="a1"/>
    <w:link w:val="50"/>
    <w:uiPriority w:val="9"/>
    <w:semiHidden/>
    <w:unhideWhenUsed/>
    <w:qFormat/>
    <w:rsid w:val="00456BCD"/>
    <w:pPr>
      <w:keepNext/>
      <w:keepLines/>
      <w:suppressAutoHyphens w:val="0"/>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1"/>
    <w:next w:val="a1"/>
    <w:link w:val="60"/>
    <w:uiPriority w:val="9"/>
    <w:semiHidden/>
    <w:unhideWhenUsed/>
    <w:qFormat/>
    <w:rsid w:val="00456BCD"/>
    <w:pPr>
      <w:keepNext/>
      <w:keepLines/>
      <w:suppressAutoHyphens w:val="0"/>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1"/>
    <w:next w:val="a1"/>
    <w:link w:val="70"/>
    <w:uiPriority w:val="9"/>
    <w:semiHidden/>
    <w:unhideWhenUsed/>
    <w:qFormat/>
    <w:rsid w:val="00456BCD"/>
    <w:pPr>
      <w:keepNext/>
      <w:keepLines/>
      <w:suppressAutoHyphens w:val="0"/>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1"/>
    <w:next w:val="a1"/>
    <w:link w:val="80"/>
    <w:uiPriority w:val="9"/>
    <w:semiHidden/>
    <w:unhideWhenUsed/>
    <w:qFormat/>
    <w:rsid w:val="00456BCD"/>
    <w:pPr>
      <w:keepNext/>
      <w:keepLines/>
      <w:suppressAutoHyphens w:val="0"/>
      <w:spacing w:before="200" w:line="276" w:lineRule="auto"/>
      <w:outlineLvl w:val="7"/>
    </w:pPr>
    <w:rPr>
      <w:rFonts w:asciiTheme="majorHAnsi" w:eastAsiaTheme="majorEastAsia" w:hAnsiTheme="majorHAnsi" w:cstheme="majorBidi"/>
      <w:color w:val="4F81BD" w:themeColor="accent1"/>
      <w:sz w:val="20"/>
      <w:szCs w:val="20"/>
      <w:lang w:eastAsia="en-US"/>
    </w:rPr>
  </w:style>
  <w:style w:type="paragraph" w:styleId="9">
    <w:name w:val="heading 9"/>
    <w:basedOn w:val="a1"/>
    <w:next w:val="a1"/>
    <w:link w:val="90"/>
    <w:uiPriority w:val="9"/>
    <w:semiHidden/>
    <w:unhideWhenUsed/>
    <w:qFormat/>
    <w:rsid w:val="00456BCD"/>
    <w:pPr>
      <w:keepNext/>
      <w:keepLines/>
      <w:suppressAutoHyphens w:val="0"/>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EB7DD7"/>
    <w:pPr>
      <w:spacing w:after="0" w:line="240" w:lineRule="auto"/>
    </w:pPr>
    <w:rPr>
      <w:rFonts w:ascii="Calibri" w:eastAsia="Calibri" w:hAnsi="Calibri" w:cs="Times New Roman"/>
    </w:rPr>
  </w:style>
  <w:style w:type="character" w:customStyle="1" w:styleId="10">
    <w:name w:val="Заголовок 1 Знак"/>
    <w:basedOn w:val="a2"/>
    <w:link w:val="1"/>
    <w:uiPriority w:val="9"/>
    <w:rsid w:val="00456BCD"/>
    <w:rPr>
      <w:rFonts w:asciiTheme="majorHAnsi" w:eastAsiaTheme="majorEastAsia" w:hAnsiTheme="majorHAnsi" w:cstheme="majorBidi"/>
      <w:b/>
      <w:bCs/>
      <w:color w:val="365F91" w:themeColor="accent1" w:themeShade="BF"/>
      <w:sz w:val="28"/>
      <w:szCs w:val="28"/>
      <w:lang w:val="en-US"/>
    </w:rPr>
  </w:style>
  <w:style w:type="character" w:customStyle="1" w:styleId="22">
    <w:name w:val="Заголовок 2 Знак"/>
    <w:basedOn w:val="a2"/>
    <w:link w:val="21"/>
    <w:uiPriority w:val="9"/>
    <w:rsid w:val="00456BCD"/>
    <w:rPr>
      <w:rFonts w:asciiTheme="majorHAnsi" w:eastAsiaTheme="majorEastAsia" w:hAnsiTheme="majorHAnsi" w:cstheme="majorBidi"/>
      <w:b/>
      <w:bCs/>
      <w:color w:val="4F81BD" w:themeColor="accent1"/>
      <w:sz w:val="26"/>
      <w:szCs w:val="26"/>
      <w:lang w:val="en-US"/>
    </w:rPr>
  </w:style>
  <w:style w:type="character" w:customStyle="1" w:styleId="32">
    <w:name w:val="Заголовок 3 Знак"/>
    <w:basedOn w:val="a2"/>
    <w:link w:val="31"/>
    <w:uiPriority w:val="9"/>
    <w:rsid w:val="00456BCD"/>
    <w:rPr>
      <w:rFonts w:asciiTheme="majorHAnsi" w:eastAsiaTheme="majorEastAsia" w:hAnsiTheme="majorHAnsi" w:cstheme="majorBidi"/>
      <w:b/>
      <w:bCs/>
      <w:color w:val="4F81BD" w:themeColor="accent1"/>
      <w:lang w:val="en-US"/>
    </w:rPr>
  </w:style>
  <w:style w:type="character" w:customStyle="1" w:styleId="40">
    <w:name w:val="Заголовок 4 Знак"/>
    <w:basedOn w:val="a2"/>
    <w:link w:val="4"/>
    <w:uiPriority w:val="9"/>
    <w:semiHidden/>
    <w:rsid w:val="00456BCD"/>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2"/>
    <w:link w:val="5"/>
    <w:uiPriority w:val="9"/>
    <w:semiHidden/>
    <w:rsid w:val="00456BCD"/>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2"/>
    <w:link w:val="6"/>
    <w:uiPriority w:val="9"/>
    <w:semiHidden/>
    <w:rsid w:val="00456BCD"/>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semiHidden/>
    <w:rsid w:val="00456BCD"/>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456BCD"/>
    <w:rPr>
      <w:rFonts w:asciiTheme="majorHAnsi" w:eastAsiaTheme="majorEastAsia" w:hAnsiTheme="majorHAnsi" w:cstheme="majorBidi"/>
      <w:color w:val="4F81BD" w:themeColor="accent1"/>
      <w:sz w:val="20"/>
      <w:szCs w:val="20"/>
      <w:lang w:val="en-US"/>
    </w:rPr>
  </w:style>
  <w:style w:type="character" w:customStyle="1" w:styleId="90">
    <w:name w:val="Заголовок 9 Знак"/>
    <w:basedOn w:val="a2"/>
    <w:link w:val="9"/>
    <w:uiPriority w:val="9"/>
    <w:semiHidden/>
    <w:rsid w:val="00456BCD"/>
    <w:rPr>
      <w:rFonts w:asciiTheme="majorHAnsi" w:eastAsiaTheme="majorEastAsia" w:hAnsiTheme="majorHAnsi" w:cstheme="majorBidi"/>
      <w:i/>
      <w:iCs/>
      <w:color w:val="404040" w:themeColor="text1" w:themeTint="BF"/>
      <w:sz w:val="20"/>
      <w:szCs w:val="20"/>
      <w:lang w:val="en-US"/>
    </w:rPr>
  </w:style>
  <w:style w:type="paragraph" w:styleId="a6">
    <w:name w:val="header"/>
    <w:basedOn w:val="a1"/>
    <w:link w:val="a7"/>
    <w:uiPriority w:val="99"/>
    <w:unhideWhenUsed/>
    <w:rsid w:val="00456BCD"/>
    <w:pPr>
      <w:tabs>
        <w:tab w:val="center" w:pos="4680"/>
        <w:tab w:val="right" w:pos="9360"/>
      </w:tabs>
      <w:suppressAutoHyphens w:val="0"/>
    </w:pPr>
    <w:rPr>
      <w:rFonts w:asciiTheme="minorHAnsi" w:eastAsiaTheme="minorEastAsia" w:hAnsiTheme="minorHAnsi" w:cstheme="minorBidi"/>
      <w:sz w:val="22"/>
      <w:szCs w:val="22"/>
      <w:lang w:eastAsia="en-US"/>
    </w:rPr>
  </w:style>
  <w:style w:type="character" w:customStyle="1" w:styleId="a7">
    <w:name w:val="Верхний колонтитул Знак"/>
    <w:basedOn w:val="a2"/>
    <w:link w:val="a6"/>
    <w:uiPriority w:val="99"/>
    <w:rsid w:val="00456BCD"/>
    <w:rPr>
      <w:rFonts w:eastAsiaTheme="minorEastAsia"/>
      <w:lang w:val="en-US"/>
    </w:rPr>
  </w:style>
  <w:style w:type="paragraph" w:styleId="a8">
    <w:name w:val="footer"/>
    <w:basedOn w:val="a1"/>
    <w:link w:val="a9"/>
    <w:uiPriority w:val="99"/>
    <w:unhideWhenUsed/>
    <w:rsid w:val="00456BCD"/>
    <w:pPr>
      <w:tabs>
        <w:tab w:val="center" w:pos="4680"/>
        <w:tab w:val="right" w:pos="9360"/>
      </w:tabs>
      <w:suppressAutoHyphens w:val="0"/>
    </w:pPr>
    <w:rPr>
      <w:rFonts w:asciiTheme="minorHAnsi" w:eastAsiaTheme="minorEastAsia" w:hAnsiTheme="minorHAnsi" w:cstheme="minorBidi"/>
      <w:sz w:val="22"/>
      <w:szCs w:val="22"/>
      <w:lang w:eastAsia="en-US"/>
    </w:rPr>
  </w:style>
  <w:style w:type="character" w:customStyle="1" w:styleId="a9">
    <w:name w:val="Нижний колонтитул Знак"/>
    <w:basedOn w:val="a2"/>
    <w:link w:val="a8"/>
    <w:uiPriority w:val="99"/>
    <w:rsid w:val="00456BCD"/>
    <w:rPr>
      <w:rFonts w:eastAsiaTheme="minorEastAsia"/>
      <w:lang w:val="en-US"/>
    </w:rPr>
  </w:style>
  <w:style w:type="paragraph" w:styleId="aa">
    <w:name w:val="Title"/>
    <w:basedOn w:val="a1"/>
    <w:next w:val="a1"/>
    <w:link w:val="ab"/>
    <w:uiPriority w:val="10"/>
    <w:qFormat/>
    <w:rsid w:val="00456BCD"/>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Название Знак"/>
    <w:basedOn w:val="a2"/>
    <w:link w:val="aa"/>
    <w:uiPriority w:val="10"/>
    <w:rsid w:val="00456BCD"/>
    <w:rPr>
      <w:rFonts w:asciiTheme="majorHAnsi" w:eastAsiaTheme="majorEastAsia" w:hAnsiTheme="majorHAnsi" w:cstheme="majorBidi"/>
      <w:color w:val="17365D" w:themeColor="text2" w:themeShade="BF"/>
      <w:spacing w:val="5"/>
      <w:kern w:val="28"/>
      <w:sz w:val="52"/>
      <w:szCs w:val="52"/>
      <w:lang w:val="en-US"/>
    </w:rPr>
  </w:style>
  <w:style w:type="paragraph" w:styleId="ac">
    <w:name w:val="Subtitle"/>
    <w:basedOn w:val="a1"/>
    <w:next w:val="a1"/>
    <w:link w:val="ad"/>
    <w:uiPriority w:val="11"/>
    <w:qFormat/>
    <w:rsid w:val="00456BCD"/>
    <w:pPr>
      <w:numPr>
        <w:ilvl w:val="1"/>
      </w:numPr>
      <w:suppressAutoHyphens w:val="0"/>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d">
    <w:name w:val="Подзаголовок Знак"/>
    <w:basedOn w:val="a2"/>
    <w:link w:val="ac"/>
    <w:uiPriority w:val="11"/>
    <w:rsid w:val="00456BCD"/>
    <w:rPr>
      <w:rFonts w:asciiTheme="majorHAnsi" w:eastAsiaTheme="majorEastAsia" w:hAnsiTheme="majorHAnsi" w:cstheme="majorBidi"/>
      <w:i/>
      <w:iCs/>
      <w:color w:val="4F81BD" w:themeColor="accent1"/>
      <w:spacing w:val="15"/>
      <w:sz w:val="24"/>
      <w:szCs w:val="24"/>
      <w:lang w:val="en-US"/>
    </w:rPr>
  </w:style>
  <w:style w:type="paragraph" w:styleId="ae">
    <w:name w:val="List Paragraph"/>
    <w:basedOn w:val="a1"/>
    <w:uiPriority w:val="34"/>
    <w:qFormat/>
    <w:rsid w:val="00456BCD"/>
    <w:pPr>
      <w:suppressAutoHyphens w:val="0"/>
      <w:spacing w:after="200" w:line="276" w:lineRule="auto"/>
      <w:ind w:left="720"/>
      <w:contextualSpacing/>
    </w:pPr>
    <w:rPr>
      <w:rFonts w:asciiTheme="minorHAnsi" w:eastAsiaTheme="minorEastAsia" w:hAnsiTheme="minorHAnsi" w:cstheme="minorBidi"/>
      <w:sz w:val="22"/>
      <w:szCs w:val="22"/>
      <w:lang w:eastAsia="en-US"/>
    </w:rPr>
  </w:style>
  <w:style w:type="paragraph" w:styleId="af">
    <w:name w:val="Body Text"/>
    <w:basedOn w:val="a1"/>
    <w:link w:val="af0"/>
    <w:uiPriority w:val="99"/>
    <w:unhideWhenUsed/>
    <w:rsid w:val="00456BCD"/>
    <w:pPr>
      <w:suppressAutoHyphens w:val="0"/>
      <w:spacing w:after="120" w:line="276" w:lineRule="auto"/>
    </w:pPr>
    <w:rPr>
      <w:rFonts w:asciiTheme="minorHAnsi" w:eastAsiaTheme="minorEastAsia" w:hAnsiTheme="minorHAnsi" w:cstheme="minorBidi"/>
      <w:sz w:val="22"/>
      <w:szCs w:val="22"/>
      <w:lang w:eastAsia="en-US"/>
    </w:rPr>
  </w:style>
  <w:style w:type="character" w:customStyle="1" w:styleId="af0">
    <w:name w:val="Основной текст Знак"/>
    <w:basedOn w:val="a2"/>
    <w:link w:val="af"/>
    <w:uiPriority w:val="99"/>
    <w:rsid w:val="00456BCD"/>
    <w:rPr>
      <w:rFonts w:eastAsiaTheme="minorEastAsia"/>
      <w:lang w:val="en-US"/>
    </w:rPr>
  </w:style>
  <w:style w:type="paragraph" w:styleId="23">
    <w:name w:val="Body Text 2"/>
    <w:basedOn w:val="a1"/>
    <w:link w:val="24"/>
    <w:uiPriority w:val="99"/>
    <w:unhideWhenUsed/>
    <w:rsid w:val="00456BCD"/>
    <w:pPr>
      <w:suppressAutoHyphens w:val="0"/>
      <w:spacing w:after="120" w:line="480" w:lineRule="auto"/>
    </w:pPr>
    <w:rPr>
      <w:rFonts w:asciiTheme="minorHAnsi" w:eastAsiaTheme="minorEastAsia" w:hAnsiTheme="minorHAnsi" w:cstheme="minorBidi"/>
      <w:sz w:val="22"/>
      <w:szCs w:val="22"/>
      <w:lang w:eastAsia="en-US"/>
    </w:rPr>
  </w:style>
  <w:style w:type="character" w:customStyle="1" w:styleId="24">
    <w:name w:val="Основной текст 2 Знак"/>
    <w:basedOn w:val="a2"/>
    <w:link w:val="23"/>
    <w:uiPriority w:val="99"/>
    <w:rsid w:val="00456BCD"/>
    <w:rPr>
      <w:rFonts w:eastAsiaTheme="minorEastAsia"/>
      <w:lang w:val="en-US"/>
    </w:rPr>
  </w:style>
  <w:style w:type="paragraph" w:styleId="33">
    <w:name w:val="Body Text 3"/>
    <w:basedOn w:val="a1"/>
    <w:link w:val="34"/>
    <w:uiPriority w:val="99"/>
    <w:unhideWhenUsed/>
    <w:rsid w:val="00456BCD"/>
    <w:pPr>
      <w:suppressAutoHyphens w:val="0"/>
      <w:spacing w:after="120" w:line="276" w:lineRule="auto"/>
    </w:pPr>
    <w:rPr>
      <w:rFonts w:asciiTheme="minorHAnsi" w:eastAsiaTheme="minorEastAsia" w:hAnsiTheme="minorHAnsi" w:cstheme="minorBidi"/>
      <w:sz w:val="16"/>
      <w:szCs w:val="16"/>
      <w:lang w:eastAsia="en-US"/>
    </w:rPr>
  </w:style>
  <w:style w:type="character" w:customStyle="1" w:styleId="34">
    <w:name w:val="Основной текст 3 Знак"/>
    <w:basedOn w:val="a2"/>
    <w:link w:val="33"/>
    <w:uiPriority w:val="99"/>
    <w:rsid w:val="00456BCD"/>
    <w:rPr>
      <w:rFonts w:eastAsiaTheme="minorEastAsia"/>
      <w:sz w:val="16"/>
      <w:szCs w:val="16"/>
      <w:lang w:val="en-US"/>
    </w:rPr>
  </w:style>
  <w:style w:type="paragraph" w:styleId="af1">
    <w:name w:val="List"/>
    <w:basedOn w:val="a1"/>
    <w:uiPriority w:val="99"/>
    <w:unhideWhenUsed/>
    <w:rsid w:val="00456BCD"/>
    <w:pPr>
      <w:suppressAutoHyphens w:val="0"/>
      <w:spacing w:after="200" w:line="276" w:lineRule="auto"/>
      <w:ind w:left="360" w:hanging="360"/>
      <w:contextualSpacing/>
    </w:pPr>
    <w:rPr>
      <w:rFonts w:asciiTheme="minorHAnsi" w:eastAsiaTheme="minorEastAsia" w:hAnsiTheme="minorHAnsi" w:cstheme="minorBidi"/>
      <w:sz w:val="22"/>
      <w:szCs w:val="22"/>
      <w:lang w:eastAsia="en-US"/>
    </w:rPr>
  </w:style>
  <w:style w:type="paragraph" w:styleId="25">
    <w:name w:val="List 2"/>
    <w:basedOn w:val="a1"/>
    <w:uiPriority w:val="99"/>
    <w:unhideWhenUsed/>
    <w:rsid w:val="00456BCD"/>
    <w:pPr>
      <w:suppressAutoHyphens w:val="0"/>
      <w:spacing w:after="200" w:line="276" w:lineRule="auto"/>
      <w:ind w:left="720" w:hanging="360"/>
      <w:contextualSpacing/>
    </w:pPr>
    <w:rPr>
      <w:rFonts w:asciiTheme="minorHAnsi" w:eastAsiaTheme="minorEastAsia" w:hAnsiTheme="minorHAnsi" w:cstheme="minorBidi"/>
      <w:sz w:val="22"/>
      <w:szCs w:val="22"/>
      <w:lang w:eastAsia="en-US"/>
    </w:rPr>
  </w:style>
  <w:style w:type="paragraph" w:styleId="35">
    <w:name w:val="List 3"/>
    <w:basedOn w:val="a1"/>
    <w:uiPriority w:val="99"/>
    <w:unhideWhenUsed/>
    <w:rsid w:val="00456BCD"/>
    <w:pPr>
      <w:suppressAutoHyphens w:val="0"/>
      <w:spacing w:after="200" w:line="276" w:lineRule="auto"/>
      <w:ind w:left="1080" w:hanging="360"/>
      <w:contextualSpacing/>
    </w:pPr>
    <w:rPr>
      <w:rFonts w:asciiTheme="minorHAnsi" w:eastAsiaTheme="minorEastAsia" w:hAnsiTheme="minorHAnsi" w:cstheme="minorBidi"/>
      <w:sz w:val="22"/>
      <w:szCs w:val="22"/>
      <w:lang w:eastAsia="en-US"/>
    </w:rPr>
  </w:style>
  <w:style w:type="paragraph" w:styleId="a0">
    <w:name w:val="List Bullet"/>
    <w:basedOn w:val="a1"/>
    <w:uiPriority w:val="99"/>
    <w:unhideWhenUsed/>
    <w:rsid w:val="00456BCD"/>
    <w:pPr>
      <w:numPr>
        <w:numId w:val="1"/>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20">
    <w:name w:val="List Bullet 2"/>
    <w:basedOn w:val="a1"/>
    <w:uiPriority w:val="99"/>
    <w:unhideWhenUsed/>
    <w:rsid w:val="00456BCD"/>
    <w:pPr>
      <w:numPr>
        <w:numId w:val="2"/>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30">
    <w:name w:val="List Bullet 3"/>
    <w:basedOn w:val="a1"/>
    <w:uiPriority w:val="99"/>
    <w:unhideWhenUsed/>
    <w:rsid w:val="00456BCD"/>
    <w:pPr>
      <w:numPr>
        <w:numId w:val="3"/>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a">
    <w:name w:val="List Number"/>
    <w:basedOn w:val="a1"/>
    <w:uiPriority w:val="99"/>
    <w:unhideWhenUsed/>
    <w:rsid w:val="00456BCD"/>
    <w:pPr>
      <w:numPr>
        <w:numId w:val="5"/>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2">
    <w:name w:val="List Number 2"/>
    <w:basedOn w:val="a1"/>
    <w:uiPriority w:val="99"/>
    <w:unhideWhenUsed/>
    <w:rsid w:val="00456BCD"/>
    <w:pPr>
      <w:numPr>
        <w:numId w:val="6"/>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3">
    <w:name w:val="List Number 3"/>
    <w:basedOn w:val="a1"/>
    <w:uiPriority w:val="99"/>
    <w:unhideWhenUsed/>
    <w:rsid w:val="00456BCD"/>
    <w:pPr>
      <w:numPr>
        <w:numId w:val="7"/>
      </w:numPr>
      <w:suppressAutoHyphens w:val="0"/>
      <w:spacing w:after="200" w:line="276" w:lineRule="auto"/>
      <w:contextualSpacing/>
    </w:pPr>
    <w:rPr>
      <w:rFonts w:asciiTheme="minorHAnsi" w:eastAsiaTheme="minorEastAsia" w:hAnsiTheme="minorHAnsi" w:cstheme="minorBidi"/>
      <w:sz w:val="22"/>
      <w:szCs w:val="22"/>
      <w:lang w:eastAsia="en-US"/>
    </w:rPr>
  </w:style>
  <w:style w:type="paragraph" w:styleId="af2">
    <w:name w:val="List Continue"/>
    <w:basedOn w:val="a1"/>
    <w:uiPriority w:val="99"/>
    <w:unhideWhenUsed/>
    <w:rsid w:val="00456BCD"/>
    <w:pPr>
      <w:suppressAutoHyphens w:val="0"/>
      <w:spacing w:after="120" w:line="276" w:lineRule="auto"/>
      <w:ind w:left="360"/>
      <w:contextualSpacing/>
    </w:pPr>
    <w:rPr>
      <w:rFonts w:asciiTheme="minorHAnsi" w:eastAsiaTheme="minorEastAsia" w:hAnsiTheme="minorHAnsi" w:cstheme="minorBidi"/>
      <w:sz w:val="22"/>
      <w:szCs w:val="22"/>
      <w:lang w:eastAsia="en-US"/>
    </w:rPr>
  </w:style>
  <w:style w:type="paragraph" w:styleId="26">
    <w:name w:val="List Continue 2"/>
    <w:basedOn w:val="a1"/>
    <w:uiPriority w:val="99"/>
    <w:unhideWhenUsed/>
    <w:rsid w:val="00456BCD"/>
    <w:pPr>
      <w:suppressAutoHyphens w:val="0"/>
      <w:spacing w:after="120" w:line="276" w:lineRule="auto"/>
      <w:ind w:left="720"/>
      <w:contextualSpacing/>
    </w:pPr>
    <w:rPr>
      <w:rFonts w:asciiTheme="minorHAnsi" w:eastAsiaTheme="minorEastAsia" w:hAnsiTheme="minorHAnsi" w:cstheme="minorBidi"/>
      <w:sz w:val="22"/>
      <w:szCs w:val="22"/>
      <w:lang w:eastAsia="en-US"/>
    </w:rPr>
  </w:style>
  <w:style w:type="paragraph" w:styleId="36">
    <w:name w:val="List Continue 3"/>
    <w:basedOn w:val="a1"/>
    <w:uiPriority w:val="99"/>
    <w:unhideWhenUsed/>
    <w:rsid w:val="00456BCD"/>
    <w:pPr>
      <w:suppressAutoHyphens w:val="0"/>
      <w:spacing w:after="120" w:line="276" w:lineRule="auto"/>
      <w:ind w:left="1080"/>
      <w:contextualSpacing/>
    </w:pPr>
    <w:rPr>
      <w:rFonts w:asciiTheme="minorHAnsi" w:eastAsiaTheme="minorEastAsia" w:hAnsiTheme="minorHAnsi" w:cstheme="minorBidi"/>
      <w:sz w:val="22"/>
      <w:szCs w:val="22"/>
      <w:lang w:eastAsia="en-US"/>
    </w:rPr>
  </w:style>
  <w:style w:type="paragraph" w:styleId="af3">
    <w:name w:val="macro"/>
    <w:link w:val="af4"/>
    <w:uiPriority w:val="99"/>
    <w:unhideWhenUsed/>
    <w:rsid w:val="00456BCD"/>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af4">
    <w:name w:val="Текст макроса Знак"/>
    <w:basedOn w:val="a2"/>
    <w:link w:val="af3"/>
    <w:uiPriority w:val="99"/>
    <w:rsid w:val="00456BCD"/>
    <w:rPr>
      <w:rFonts w:ascii="Courier" w:eastAsiaTheme="minorEastAsia" w:hAnsi="Courier"/>
      <w:sz w:val="20"/>
      <w:szCs w:val="20"/>
      <w:lang w:val="en-US"/>
    </w:rPr>
  </w:style>
  <w:style w:type="paragraph" w:styleId="27">
    <w:name w:val="Quote"/>
    <w:basedOn w:val="a1"/>
    <w:next w:val="a1"/>
    <w:link w:val="28"/>
    <w:uiPriority w:val="29"/>
    <w:qFormat/>
    <w:rsid w:val="00456BCD"/>
    <w:pPr>
      <w:suppressAutoHyphens w:val="0"/>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28">
    <w:name w:val="Цитата 2 Знак"/>
    <w:basedOn w:val="a2"/>
    <w:link w:val="27"/>
    <w:uiPriority w:val="29"/>
    <w:rsid w:val="00456BCD"/>
    <w:rPr>
      <w:rFonts w:eastAsiaTheme="minorEastAsia"/>
      <w:i/>
      <w:iCs/>
      <w:color w:val="000000" w:themeColor="text1"/>
      <w:lang w:val="en-US"/>
    </w:rPr>
  </w:style>
  <w:style w:type="paragraph" w:styleId="af5">
    <w:name w:val="caption"/>
    <w:basedOn w:val="a1"/>
    <w:next w:val="a1"/>
    <w:uiPriority w:val="35"/>
    <w:semiHidden/>
    <w:unhideWhenUsed/>
    <w:qFormat/>
    <w:rsid w:val="00456BCD"/>
    <w:pPr>
      <w:suppressAutoHyphens w:val="0"/>
      <w:spacing w:after="200"/>
    </w:pPr>
    <w:rPr>
      <w:rFonts w:asciiTheme="minorHAnsi" w:eastAsiaTheme="minorEastAsia" w:hAnsiTheme="minorHAnsi" w:cstheme="minorBidi"/>
      <w:b/>
      <w:bCs/>
      <w:color w:val="4F81BD" w:themeColor="accent1"/>
      <w:sz w:val="18"/>
      <w:szCs w:val="18"/>
      <w:lang w:eastAsia="en-US"/>
    </w:rPr>
  </w:style>
  <w:style w:type="character" w:styleId="af6">
    <w:name w:val="Strong"/>
    <w:basedOn w:val="a2"/>
    <w:uiPriority w:val="22"/>
    <w:qFormat/>
    <w:rsid w:val="00456BCD"/>
    <w:rPr>
      <w:b/>
      <w:bCs/>
    </w:rPr>
  </w:style>
  <w:style w:type="character" w:styleId="af7">
    <w:name w:val="Emphasis"/>
    <w:basedOn w:val="a2"/>
    <w:uiPriority w:val="20"/>
    <w:qFormat/>
    <w:rsid w:val="00456BCD"/>
    <w:rPr>
      <w:i/>
      <w:iCs/>
    </w:rPr>
  </w:style>
  <w:style w:type="paragraph" w:styleId="af8">
    <w:name w:val="Intense Quote"/>
    <w:basedOn w:val="a1"/>
    <w:next w:val="a1"/>
    <w:link w:val="af9"/>
    <w:uiPriority w:val="30"/>
    <w:qFormat/>
    <w:rsid w:val="00456BCD"/>
    <w:pPr>
      <w:pBdr>
        <w:bottom w:val="single" w:sz="4" w:space="4" w:color="4F81BD" w:themeColor="accent1"/>
      </w:pBdr>
      <w:suppressAutoHyphens w:val="0"/>
      <w:spacing w:before="200" w:after="280" w:line="276" w:lineRule="auto"/>
      <w:ind w:left="936" w:right="936"/>
    </w:pPr>
    <w:rPr>
      <w:rFonts w:asciiTheme="minorHAnsi" w:eastAsiaTheme="minorEastAsia" w:hAnsiTheme="minorHAnsi" w:cstheme="minorBidi"/>
      <w:b/>
      <w:bCs/>
      <w:i/>
      <w:iCs/>
      <w:color w:val="4F81BD" w:themeColor="accent1"/>
      <w:sz w:val="22"/>
      <w:szCs w:val="22"/>
      <w:lang w:eastAsia="en-US"/>
    </w:rPr>
  </w:style>
  <w:style w:type="character" w:customStyle="1" w:styleId="af9">
    <w:name w:val="Выделенная цитата Знак"/>
    <w:basedOn w:val="a2"/>
    <w:link w:val="af8"/>
    <w:uiPriority w:val="30"/>
    <w:rsid w:val="00456BCD"/>
    <w:rPr>
      <w:rFonts w:eastAsiaTheme="minorEastAsia"/>
      <w:b/>
      <w:bCs/>
      <w:i/>
      <w:iCs/>
      <w:color w:val="4F81BD" w:themeColor="accent1"/>
      <w:lang w:val="en-US"/>
    </w:rPr>
  </w:style>
  <w:style w:type="character" w:styleId="afa">
    <w:name w:val="Subtle Emphasis"/>
    <w:basedOn w:val="a2"/>
    <w:uiPriority w:val="19"/>
    <w:qFormat/>
    <w:rsid w:val="00456BCD"/>
    <w:rPr>
      <w:i/>
      <w:iCs/>
      <w:color w:val="808080" w:themeColor="text1" w:themeTint="7F"/>
    </w:rPr>
  </w:style>
  <w:style w:type="character" w:styleId="afb">
    <w:name w:val="Intense Emphasis"/>
    <w:basedOn w:val="a2"/>
    <w:uiPriority w:val="21"/>
    <w:qFormat/>
    <w:rsid w:val="00456BCD"/>
    <w:rPr>
      <w:b/>
      <w:bCs/>
      <w:i/>
      <w:iCs/>
      <w:color w:val="4F81BD" w:themeColor="accent1"/>
    </w:rPr>
  </w:style>
  <w:style w:type="character" w:styleId="afc">
    <w:name w:val="Subtle Reference"/>
    <w:basedOn w:val="a2"/>
    <w:uiPriority w:val="31"/>
    <w:qFormat/>
    <w:rsid w:val="00456BCD"/>
    <w:rPr>
      <w:smallCaps/>
      <w:color w:val="C0504D" w:themeColor="accent2"/>
      <w:u w:val="single"/>
    </w:rPr>
  </w:style>
  <w:style w:type="character" w:styleId="afd">
    <w:name w:val="Intense Reference"/>
    <w:basedOn w:val="a2"/>
    <w:uiPriority w:val="32"/>
    <w:qFormat/>
    <w:rsid w:val="00456BCD"/>
    <w:rPr>
      <w:b/>
      <w:bCs/>
      <w:smallCaps/>
      <w:color w:val="C0504D" w:themeColor="accent2"/>
      <w:spacing w:val="5"/>
      <w:u w:val="single"/>
    </w:rPr>
  </w:style>
  <w:style w:type="character" w:styleId="afe">
    <w:name w:val="Book Title"/>
    <w:basedOn w:val="a2"/>
    <w:uiPriority w:val="33"/>
    <w:qFormat/>
    <w:rsid w:val="00456BCD"/>
    <w:rPr>
      <w:b/>
      <w:bCs/>
      <w:smallCaps/>
      <w:spacing w:val="5"/>
    </w:rPr>
  </w:style>
  <w:style w:type="paragraph" w:styleId="aff">
    <w:name w:val="TOC Heading"/>
    <w:basedOn w:val="1"/>
    <w:next w:val="a1"/>
    <w:uiPriority w:val="39"/>
    <w:semiHidden/>
    <w:unhideWhenUsed/>
    <w:qFormat/>
    <w:rsid w:val="00456BCD"/>
    <w:pPr>
      <w:outlineLvl w:val="9"/>
    </w:pPr>
  </w:style>
  <w:style w:type="table" w:styleId="aff0">
    <w:name w:val="Table Grid"/>
    <w:basedOn w:val="a3"/>
    <w:uiPriority w:val="59"/>
    <w:rsid w:val="00456BCD"/>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456BC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456BCD"/>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456BCD"/>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456BCD"/>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456BCD"/>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456BCD"/>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456BCD"/>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456BC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456BC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456BCD"/>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456BCD"/>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456BCD"/>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456BCD"/>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456BCD"/>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456BC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456BC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456BCD"/>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456BCD"/>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456BCD"/>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456BCD"/>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456BCD"/>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456BC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456BCD"/>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456BCD"/>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456BCD"/>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456BCD"/>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456BCD"/>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456BCD"/>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456BC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456BCD"/>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456BC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456BCD"/>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456BCD"/>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456BCD"/>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456BCD"/>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456BCD"/>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456BCD"/>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456BC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456BC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456BCD"/>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456BCD"/>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456BCD"/>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456BC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4">
    <w:name w:val="Сетка таблицы1"/>
    <w:basedOn w:val="a3"/>
    <w:next w:val="aff0"/>
    <w:uiPriority w:val="59"/>
    <w:rsid w:val="003D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1"/>
    <w:link w:val="aff9"/>
    <w:uiPriority w:val="99"/>
    <w:semiHidden/>
    <w:unhideWhenUsed/>
    <w:rsid w:val="000307B3"/>
    <w:rPr>
      <w:rFonts w:ascii="Tahoma" w:hAnsi="Tahoma" w:cs="Tahoma"/>
      <w:sz w:val="16"/>
      <w:szCs w:val="16"/>
    </w:rPr>
  </w:style>
  <w:style w:type="character" w:customStyle="1" w:styleId="aff9">
    <w:name w:val="Текст выноски Знак"/>
    <w:basedOn w:val="a2"/>
    <w:link w:val="aff8"/>
    <w:uiPriority w:val="99"/>
    <w:semiHidden/>
    <w:rsid w:val="000307B3"/>
    <w:rPr>
      <w:rFonts w:ascii="Tahoma" w:eastAsia="Times New Roman" w:hAnsi="Tahoma" w:cs="Tahoma"/>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23</Pages>
  <Words>5787</Words>
  <Characters>32988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Закупки</cp:lastModifiedBy>
  <cp:revision>15</cp:revision>
  <cp:lastPrinted>2022-06-14T11:50:00Z</cp:lastPrinted>
  <dcterms:created xsi:type="dcterms:W3CDTF">2022-06-10T19:17:00Z</dcterms:created>
  <dcterms:modified xsi:type="dcterms:W3CDTF">2022-06-17T10:37:00Z</dcterms:modified>
</cp:coreProperties>
</file>